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rFonts w:ascii="Cambria" w:hAnsi="Cambria" w:eastAsia="Cambria"/>
          <w:b/>
          <w:i w:val="0"/>
          <w:color w:val="1F4E79"/>
          <w:sz w:val="36"/>
        </w:rPr>
        <w:t>Internal Innovation Audit Report</w:t>
      </w:r>
    </w:p>
    <w:p>
      <w:pPr>
        <w:jc w:val="center"/>
      </w:pPr>
      <w:r>
        <w:rPr>
          <w:rFonts w:ascii="Cambria" w:hAnsi="Cambria" w:eastAsia="Cambria"/>
          <w:b/>
          <w:i w:val="0"/>
          <w:color w:val="666666"/>
          <w:sz w:val="22"/>
        </w:rPr>
        <w:t>ISO 56001:2024 TOOLKIT</w:t>
      </w:r>
    </w:p>
    <w:tbl>
      <w:tblPr>
        <w:tblW w:type="auto" w:w="0"/>
        <w:jc w:val="center"/>
        <w:tblLayout w:type="fixed"/>
        <w:tblLook w:firstColumn="1" w:firstRow="1" w:lastColumn="0" w:lastRow="0" w:noHBand="0" w:noVBand="1" w:val="04A0"/>
      </w:tblPr>
      <w:tblGrid>
        <w:gridCol w:w="5046"/>
        <w:gridCol w:w="5046"/>
      </w:tblGrid>
      <w:tr>
        <w:tc>
          <w:tcPr>
            <w:tcW w:type="dxa" w:w="2880"/>
            <w:shd w:fill="D9EAF7"/>
            <w:vAlign w:val="center"/>
            <w:tcMar>
              <w:top w:w="70" w:type="dxa"/>
              <w:start w:w="90" w:type="dxa"/>
              <w:bottom w:w="70" w:type="dxa"/>
              <w:end w:w="90" w:type="dxa"/>
            </w:tcMar>
          </w:tcPr>
          <w:p>
            <w:r>
              <w:rPr>
                <w:rFonts w:ascii="Cambria" w:hAnsi="Cambria" w:eastAsia="Cambria"/>
                <w:b/>
                <w:i w:val="0"/>
                <w:color w:val="222222"/>
                <w:sz w:val="19"/>
              </w:rPr>
              <w:t>Document Code</w:t>
            </w:r>
          </w:p>
        </w:tc>
        <w:tc>
          <w:tcPr>
            <w:tcW w:type="dxa" w:w="6624"/>
            <w:vAlign w:val="center"/>
            <w:tcMar>
              <w:top w:w="70" w:type="dxa"/>
              <w:start w:w="90" w:type="dxa"/>
              <w:bottom w:w="70" w:type="dxa"/>
              <w:end w:w="90" w:type="dxa"/>
            </w:tcMar>
          </w:tcPr>
          <w:p>
            <w:r>
              <w:rPr>
                <w:rFonts w:ascii="Cambria" w:hAnsi="Cambria" w:eastAsia="Cambria"/>
                <w:b w:val="0"/>
                <w:i w:val="0"/>
                <w:color w:val="222222"/>
                <w:sz w:val="19"/>
              </w:rPr>
              <w:t>INMS-RPT-001</w:t>
            </w:r>
          </w:p>
        </w:tc>
      </w:tr>
      <w:tr>
        <w:tc>
          <w:tcPr>
            <w:tcW w:type="dxa" w:w="2880"/>
            <w:shd w:fill="D9EAF7"/>
            <w:vAlign w:val="center"/>
            <w:tcMar>
              <w:top w:w="70" w:type="dxa"/>
              <w:start w:w="90" w:type="dxa"/>
              <w:bottom w:w="70" w:type="dxa"/>
              <w:end w:w="90" w:type="dxa"/>
            </w:tcMar>
          </w:tcPr>
          <w:p>
            <w:r>
              <w:rPr>
                <w:rFonts w:ascii="Cambria" w:hAnsi="Cambria" w:eastAsia="Cambria"/>
                <w:b/>
                <w:i w:val="0"/>
                <w:color w:val="222222"/>
                <w:sz w:val="19"/>
              </w:rPr>
              <w:t>Document Type</w:t>
            </w:r>
          </w:p>
        </w:tc>
        <w:tc>
          <w:tcPr>
            <w:tcW w:type="dxa" w:w="6624"/>
            <w:vAlign w:val="center"/>
            <w:tcMar>
              <w:top w:w="70" w:type="dxa"/>
              <w:start w:w="90" w:type="dxa"/>
              <w:bottom w:w="70" w:type="dxa"/>
              <w:end w:w="90" w:type="dxa"/>
            </w:tcMar>
          </w:tcPr>
          <w:p>
            <w:r>
              <w:rPr>
                <w:rFonts w:ascii="Cambria" w:hAnsi="Cambria" w:eastAsia="Cambria"/>
                <w:b w:val="0"/>
                <w:i w:val="0"/>
                <w:color w:val="222222"/>
                <w:sz w:val="19"/>
              </w:rPr>
              <w:t>Audit Report Template</w:t>
            </w:r>
          </w:p>
        </w:tc>
      </w:tr>
      <w:tr>
        <w:tc>
          <w:tcPr>
            <w:tcW w:type="dxa" w:w="2880"/>
            <w:shd w:fill="D9EAF7"/>
            <w:vAlign w:val="center"/>
            <w:tcMar>
              <w:top w:w="70" w:type="dxa"/>
              <w:start w:w="90" w:type="dxa"/>
              <w:bottom w:w="70" w:type="dxa"/>
              <w:end w:w="90" w:type="dxa"/>
            </w:tcMar>
          </w:tcPr>
          <w:p>
            <w:r>
              <w:rPr>
                <w:rFonts w:ascii="Cambria" w:hAnsi="Cambria" w:eastAsia="Cambria"/>
                <w:b/>
                <w:i w:val="0"/>
                <w:color w:val="222222"/>
                <w:sz w:val="19"/>
              </w:rPr>
              <w:t>Version</w:t>
            </w:r>
          </w:p>
        </w:tc>
        <w:tc>
          <w:tcPr>
            <w:tcW w:type="dxa" w:w="6624"/>
            <w:vAlign w:val="center"/>
            <w:tcMar>
              <w:top w:w="70" w:type="dxa"/>
              <w:start w:w="90" w:type="dxa"/>
              <w:bottom w:w="70" w:type="dxa"/>
              <w:end w:w="90" w:type="dxa"/>
            </w:tcMar>
          </w:tcPr>
          <w:p>
            <w:r>
              <w:rPr>
                <w:rFonts w:ascii="Cambria" w:hAnsi="Cambria" w:eastAsia="Cambria"/>
                <w:b w:val="0"/>
                <w:i w:val="0"/>
                <w:color w:val="222222"/>
                <w:sz w:val="19"/>
              </w:rPr>
              <w:t>1.0</w:t>
            </w:r>
          </w:p>
        </w:tc>
      </w:tr>
      <w:tr>
        <w:tc>
          <w:tcPr>
            <w:tcW w:type="dxa" w:w="2880"/>
            <w:shd w:fill="D9EAF7"/>
            <w:vAlign w:val="center"/>
            <w:tcMar>
              <w:top w:w="70" w:type="dxa"/>
              <w:start w:w="90" w:type="dxa"/>
              <w:bottom w:w="70" w:type="dxa"/>
              <w:end w:w="90" w:type="dxa"/>
            </w:tcMar>
          </w:tcPr>
          <w:p>
            <w:r>
              <w:rPr>
                <w:rFonts w:ascii="Cambria" w:hAnsi="Cambria" w:eastAsia="Cambria"/>
                <w:b/>
                <w:i w:val="0"/>
                <w:color w:val="222222"/>
                <w:sz w:val="19"/>
              </w:rPr>
              <w:t>Effective Date</w:t>
            </w:r>
          </w:p>
        </w:tc>
        <w:tc>
          <w:tcPr>
            <w:tcW w:type="dxa" w:w="6624"/>
            <w:vAlign w:val="center"/>
            <w:tcMar>
              <w:top w:w="70" w:type="dxa"/>
              <w:start w:w="90" w:type="dxa"/>
              <w:bottom w:w="70" w:type="dxa"/>
              <w:end w:w="90" w:type="dxa"/>
            </w:tcMar>
          </w:tcPr>
          <w:p>
            <w:r>
              <w:rPr>
                <w:rFonts w:ascii="Cambria" w:hAnsi="Cambria" w:eastAsia="Cambria"/>
                <w:b w:val="0"/>
                <w:i w:val="0"/>
                <w:color w:val="222222"/>
                <w:sz w:val="19"/>
              </w:rPr>
              <w:t>2026-09-19</w:t>
            </w:r>
          </w:p>
        </w:tc>
      </w:tr>
      <w:tr>
        <w:tc>
          <w:tcPr>
            <w:tcW w:type="dxa" w:w="2880"/>
            <w:shd w:fill="D9EAF7"/>
            <w:vAlign w:val="center"/>
            <w:tcMar>
              <w:top w:w="70" w:type="dxa"/>
              <w:start w:w="90" w:type="dxa"/>
              <w:bottom w:w="70" w:type="dxa"/>
              <w:end w:w="90" w:type="dxa"/>
            </w:tcMar>
          </w:tcPr>
          <w:p>
            <w:r>
              <w:rPr>
                <w:rFonts w:ascii="Cambria" w:hAnsi="Cambria" w:eastAsia="Cambria"/>
                <w:b/>
                <w:i w:val="0"/>
                <w:color w:val="222222"/>
                <w:sz w:val="19"/>
              </w:rPr>
              <w:t>Classification</w:t>
            </w:r>
          </w:p>
        </w:tc>
        <w:tc>
          <w:tcPr>
            <w:tcW w:type="dxa" w:w="6624"/>
            <w:vAlign w:val="center"/>
            <w:tcMar>
              <w:top w:w="70" w:type="dxa"/>
              <w:start w:w="90" w:type="dxa"/>
              <w:bottom w:w="70" w:type="dxa"/>
              <w:end w:w="90" w:type="dxa"/>
            </w:tcMar>
          </w:tcPr>
          <w:p>
            <w:r>
              <w:rPr>
                <w:rFonts w:ascii="Cambria" w:hAnsi="Cambria" w:eastAsia="Cambria"/>
                <w:b w:val="0"/>
                <w:i w:val="0"/>
                <w:color w:val="222222"/>
                <w:sz w:val="19"/>
              </w:rPr>
              <w:t>INTERNAL</w:t>
            </w:r>
          </w:p>
        </w:tc>
      </w:tr>
      <w:tr>
        <w:tc>
          <w:tcPr>
            <w:tcW w:type="dxa" w:w="2880"/>
            <w:shd w:fill="D9EAF7"/>
            <w:vAlign w:val="center"/>
            <w:tcMar>
              <w:top w:w="70" w:type="dxa"/>
              <w:start w:w="90" w:type="dxa"/>
              <w:bottom w:w="70" w:type="dxa"/>
              <w:end w:w="90" w:type="dxa"/>
            </w:tcMar>
          </w:tcPr>
          <w:p>
            <w:r>
              <w:rPr>
                <w:rFonts w:ascii="Cambria" w:hAnsi="Cambria" w:eastAsia="Cambria"/>
                <w:b/>
                <w:i w:val="0"/>
                <w:color w:val="222222"/>
                <w:sz w:val="19"/>
              </w:rPr>
              <w:t>Organization</w:t>
            </w:r>
          </w:p>
        </w:tc>
        <w:tc>
          <w:tcPr>
            <w:tcW w:type="dxa" w:w="6624"/>
            <w:vAlign w:val="center"/>
            <w:tcMar>
              <w:top w:w="70" w:type="dxa"/>
              <w:start w:w="90" w:type="dxa"/>
              <w:bottom w:w="70" w:type="dxa"/>
              <w:end w:w="90" w:type="dxa"/>
            </w:tcMar>
          </w:tcPr>
          <w:p>
            <w:r>
              <w:rPr>
                <w:rFonts w:ascii="Cambria" w:hAnsi="Cambria" w:eastAsia="Cambria"/>
                <w:b w:val="0"/>
                <w:i w:val="0"/>
                <w:color w:val="222222"/>
                <w:sz w:val="19"/>
              </w:rPr>
              <w:t>[ORGANIZATION NAME]</w:t>
            </w:r>
          </w:p>
        </w:tc>
      </w:tr>
    </w:tbl>
    <w:p/>
    <w:p>
      <w:pPr>
        <w:jc w:val="center"/>
      </w:pPr>
      <w:r>
        <w:rPr>
          <w:rFonts w:ascii="Cambria" w:hAnsi="Cambria" w:eastAsia="Cambria"/>
          <w:b w:val="0"/>
          <w:i w:val="0"/>
          <w:color w:val="404040"/>
          <w:sz w:val="21"/>
        </w:rPr>
        <w:t>Controlled report template for documenting internal ISO 56001 audit scope, evidence, conclusions, findings, improvement opportunities and corrective-action follow-up.</w:t>
      </w:r>
    </w:p>
    <w:p/>
    <w:p>
      <w:pPr>
        <w:pStyle w:val="ToolkitNote"/>
        <w:jc w:val="center"/>
      </w:pPr>
      <w:r>
        <w:t>Template / guidance content must be tailored, approved and controlled by the organization before formal use.</w:t>
      </w:r>
    </w:p>
    <w:p>
      <w:r>
        <w:br w:type="page"/>
      </w:r>
    </w:p>
    <w:p>
      <w:pPr>
        <w:pStyle w:val="Heading1"/>
      </w:pPr>
      <w:r>
        <w:t>Document Control</w:t>
      </w:r>
    </w:p>
    <w:tbl>
      <w:tblPr>
        <w:tblW w:type="auto" w:w="0"/>
        <w:jc w:val="center"/>
        <w:tblLayout w:type="fixed"/>
        <w:tblLook w:firstColumn="1" w:firstRow="1" w:lastColumn="0" w:lastRow="0" w:noHBand="0" w:noVBand="1" w:val="04A0"/>
      </w:tblPr>
      <w:tblGrid>
        <w:gridCol w:w="5046"/>
        <w:gridCol w:w="5046"/>
      </w:tblGrid>
      <w:tr>
        <w:trPr>
          <w:tblHeader w:val="true"/>
        </w:trPr>
        <w:tc>
          <w:tcPr>
            <w:tcW w:type="dxa" w:w="2880"/>
            <w:shd w:fill="D9EAF7"/>
            <w:tcMar>
              <w:top w:w="70" w:type="dxa"/>
              <w:start w:w="90" w:type="dxa"/>
              <w:bottom w:w="70" w:type="dxa"/>
              <w:end w:w="90" w:type="dxa"/>
            </w:tcMar>
          </w:tcPr>
          <w:p>
            <w:r>
              <w:rPr>
                <w:rFonts w:ascii="Cambria" w:hAnsi="Cambria" w:eastAsia="Cambria"/>
                <w:b/>
                <w:i w:val="0"/>
                <w:color w:val="222222"/>
                <w:sz w:val="17"/>
              </w:rPr>
              <w:t>Field</w:t>
            </w:r>
          </w:p>
        </w:tc>
        <w:tc>
          <w:tcPr>
            <w:tcW w:type="dxa" w:w="6912"/>
            <w:shd w:fill="D9EAF7"/>
            <w:tcMar>
              <w:top w:w="70" w:type="dxa"/>
              <w:start w:w="90" w:type="dxa"/>
              <w:bottom w:w="70" w:type="dxa"/>
              <w:end w:w="90" w:type="dxa"/>
            </w:tcMar>
          </w:tcPr>
          <w:p>
            <w:r>
              <w:rPr>
                <w:rFonts w:ascii="Cambria" w:hAnsi="Cambria" w:eastAsia="Cambria"/>
                <w:b/>
                <w:i w:val="0"/>
                <w:color w:val="222222"/>
                <w:sz w:val="17"/>
              </w:rPr>
              <w:t>Requirement / Entry</w:t>
            </w:r>
          </w:p>
        </w:tc>
      </w:tr>
      <w:tr>
        <w:trPr>
          <w:cantSplit/>
        </w:trPr>
        <w:tc>
          <w:tcPr>
            <w:tcW w:type="dxa" w:w="2880"/>
            <w:tcMar>
              <w:top w:w="70" w:type="dxa"/>
              <w:start w:w="90" w:type="dxa"/>
              <w:bottom w:w="70" w:type="dxa"/>
              <w:end w:w="90" w:type="dxa"/>
            </w:tcMar>
            <w:vAlign w:val="top"/>
          </w:tcPr>
          <w:p>
            <w:r>
              <w:rPr>
                <w:rFonts w:ascii="Cambria" w:hAnsi="Cambria" w:eastAsia="Cambria"/>
                <w:b w:val="0"/>
                <w:i w:val="0"/>
                <w:color w:val="222222"/>
                <w:sz w:val="17"/>
              </w:rPr>
              <w:t>Document code</w:t>
            </w:r>
          </w:p>
        </w:tc>
        <w:tc>
          <w:tcPr>
            <w:tcW w:type="dxa" w:w="6912"/>
            <w:tcMar>
              <w:top w:w="70" w:type="dxa"/>
              <w:start w:w="90" w:type="dxa"/>
              <w:bottom w:w="70" w:type="dxa"/>
              <w:end w:w="90" w:type="dxa"/>
            </w:tcMar>
            <w:vAlign w:val="top"/>
          </w:tcPr>
          <w:p>
            <w:r>
              <w:rPr>
                <w:rFonts w:ascii="Cambria" w:hAnsi="Cambria" w:eastAsia="Cambria"/>
                <w:b w:val="0"/>
                <w:i w:val="0"/>
                <w:color w:val="222222"/>
                <w:sz w:val="17"/>
              </w:rPr>
              <w:t>INMS-RPT-001</w:t>
            </w:r>
          </w:p>
        </w:tc>
      </w:tr>
      <w:tr>
        <w:trPr>
          <w:cantSplit/>
        </w:trPr>
        <w:tc>
          <w:tcPr>
            <w:tcW w:type="dxa" w:w="2880"/>
            <w:tcMar>
              <w:top w:w="70" w:type="dxa"/>
              <w:start w:w="90" w:type="dxa"/>
              <w:bottom w:w="70" w:type="dxa"/>
              <w:end w:w="90" w:type="dxa"/>
            </w:tcMar>
            <w:vAlign w:val="top"/>
            <w:shd w:fill="F5F8FB"/>
          </w:tcPr>
          <w:p>
            <w:r>
              <w:rPr>
                <w:rFonts w:ascii="Cambria" w:hAnsi="Cambria" w:eastAsia="Cambria"/>
                <w:b w:val="0"/>
                <w:i w:val="0"/>
                <w:color w:val="222222"/>
                <w:sz w:val="17"/>
              </w:rPr>
              <w:t>Version</w:t>
            </w:r>
          </w:p>
        </w:tc>
        <w:tc>
          <w:tcPr>
            <w:tcW w:type="dxa" w:w="6912"/>
            <w:tcMar>
              <w:top w:w="70" w:type="dxa"/>
              <w:start w:w="90" w:type="dxa"/>
              <w:bottom w:w="70" w:type="dxa"/>
              <w:end w:w="90" w:type="dxa"/>
            </w:tcMar>
            <w:vAlign w:val="top"/>
            <w:shd w:fill="F5F8FB"/>
          </w:tcPr>
          <w:p>
            <w:r>
              <w:rPr>
                <w:rFonts w:ascii="Cambria" w:hAnsi="Cambria" w:eastAsia="Cambria"/>
                <w:b w:val="0"/>
                <w:i w:val="0"/>
                <w:color w:val="222222"/>
                <w:sz w:val="17"/>
              </w:rPr>
              <w:t>1.0</w:t>
            </w:r>
          </w:p>
        </w:tc>
      </w:tr>
      <w:tr>
        <w:trPr>
          <w:cantSplit/>
        </w:trPr>
        <w:tc>
          <w:tcPr>
            <w:tcW w:type="dxa" w:w="2880"/>
            <w:tcMar>
              <w:top w:w="70" w:type="dxa"/>
              <w:start w:w="90" w:type="dxa"/>
              <w:bottom w:w="70" w:type="dxa"/>
              <w:end w:w="90" w:type="dxa"/>
            </w:tcMar>
            <w:vAlign w:val="top"/>
          </w:tcPr>
          <w:p>
            <w:r>
              <w:rPr>
                <w:rFonts w:ascii="Cambria" w:hAnsi="Cambria" w:eastAsia="Cambria"/>
                <w:b w:val="0"/>
                <w:i w:val="0"/>
                <w:color w:val="222222"/>
                <w:sz w:val="17"/>
              </w:rPr>
              <w:t>Classification</w:t>
            </w:r>
          </w:p>
        </w:tc>
        <w:tc>
          <w:tcPr>
            <w:tcW w:type="dxa" w:w="6912"/>
            <w:tcMar>
              <w:top w:w="70" w:type="dxa"/>
              <w:start w:w="90" w:type="dxa"/>
              <w:bottom w:w="70" w:type="dxa"/>
              <w:end w:w="90" w:type="dxa"/>
            </w:tcMar>
            <w:vAlign w:val="top"/>
          </w:tcPr>
          <w:p>
            <w:r>
              <w:rPr>
                <w:rFonts w:ascii="Cambria" w:hAnsi="Cambria" w:eastAsia="Cambria"/>
                <w:b w:val="0"/>
                <w:i w:val="0"/>
                <w:color w:val="222222"/>
                <w:sz w:val="17"/>
              </w:rPr>
              <w:t>INTERNAL</w:t>
            </w:r>
          </w:p>
        </w:tc>
      </w:tr>
      <w:tr>
        <w:trPr>
          <w:cantSplit/>
        </w:trPr>
        <w:tc>
          <w:tcPr>
            <w:tcW w:type="dxa" w:w="2880"/>
            <w:tcMar>
              <w:top w:w="70" w:type="dxa"/>
              <w:start w:w="90" w:type="dxa"/>
              <w:bottom w:w="70" w:type="dxa"/>
              <w:end w:w="90" w:type="dxa"/>
            </w:tcMar>
            <w:vAlign w:val="top"/>
            <w:shd w:fill="F5F8FB"/>
          </w:tcPr>
          <w:p>
            <w:r>
              <w:rPr>
                <w:rFonts w:ascii="Cambria" w:hAnsi="Cambria" w:eastAsia="Cambria"/>
                <w:b w:val="0"/>
                <w:i w:val="0"/>
                <w:color w:val="222222"/>
                <w:sz w:val="17"/>
              </w:rPr>
              <w:t>Document owner</w:t>
            </w:r>
          </w:p>
        </w:tc>
        <w:tc>
          <w:tcPr>
            <w:tcW w:type="dxa" w:w="6912"/>
            <w:tcMar>
              <w:top w:w="70" w:type="dxa"/>
              <w:start w:w="90" w:type="dxa"/>
              <w:bottom w:w="70" w:type="dxa"/>
              <w:end w:w="90" w:type="dxa"/>
            </w:tcMar>
            <w:vAlign w:val="top"/>
            <w:shd w:fill="F5F8FB"/>
          </w:tcPr>
          <w:p>
            <w:r>
              <w:rPr>
                <w:rFonts w:ascii="Cambria" w:hAnsi="Cambria" w:eastAsia="Cambria"/>
                <w:b w:val="0"/>
                <w:i w:val="0"/>
                <w:color w:val="222222"/>
                <w:sz w:val="17"/>
              </w:rPr>
              <w:t>[DOCUMENT OWNER]</w:t>
            </w:r>
          </w:p>
        </w:tc>
      </w:tr>
      <w:tr>
        <w:trPr>
          <w:cantSplit/>
        </w:trPr>
        <w:tc>
          <w:tcPr>
            <w:tcW w:type="dxa" w:w="2880"/>
            <w:tcMar>
              <w:top w:w="70" w:type="dxa"/>
              <w:start w:w="90" w:type="dxa"/>
              <w:bottom w:w="70" w:type="dxa"/>
              <w:end w:w="90" w:type="dxa"/>
            </w:tcMar>
            <w:vAlign w:val="top"/>
          </w:tcPr>
          <w:p>
            <w:r>
              <w:rPr>
                <w:rFonts w:ascii="Cambria" w:hAnsi="Cambria" w:eastAsia="Cambria"/>
                <w:b w:val="0"/>
                <w:i w:val="0"/>
                <w:color w:val="222222"/>
                <w:sz w:val="17"/>
              </w:rPr>
              <w:t>Approved by</w:t>
            </w:r>
          </w:p>
        </w:tc>
        <w:tc>
          <w:tcPr>
            <w:tcW w:type="dxa" w:w="6912"/>
            <w:tcMar>
              <w:top w:w="70" w:type="dxa"/>
              <w:start w:w="90" w:type="dxa"/>
              <w:bottom w:w="70" w:type="dxa"/>
              <w:end w:w="90" w:type="dxa"/>
            </w:tcMar>
            <w:vAlign w:val="top"/>
          </w:tcPr>
          <w:p>
            <w:r>
              <w:rPr>
                <w:rFonts w:ascii="Cambria" w:hAnsi="Cambria" w:eastAsia="Cambria"/>
                <w:b w:val="0"/>
                <w:i w:val="0"/>
                <w:color w:val="222222"/>
                <w:sz w:val="17"/>
              </w:rPr>
              <w:t>[APPROVER]</w:t>
            </w:r>
          </w:p>
        </w:tc>
      </w:tr>
      <w:tr>
        <w:trPr>
          <w:cantSplit/>
        </w:trPr>
        <w:tc>
          <w:tcPr>
            <w:tcW w:type="dxa" w:w="2880"/>
            <w:tcMar>
              <w:top w:w="70" w:type="dxa"/>
              <w:start w:w="90" w:type="dxa"/>
              <w:bottom w:w="70" w:type="dxa"/>
              <w:end w:w="90" w:type="dxa"/>
            </w:tcMar>
            <w:vAlign w:val="top"/>
            <w:shd w:fill="F5F8FB"/>
          </w:tcPr>
          <w:p>
            <w:r>
              <w:rPr>
                <w:rFonts w:ascii="Cambria" w:hAnsi="Cambria" w:eastAsia="Cambria"/>
                <w:b w:val="0"/>
                <w:i w:val="0"/>
                <w:color w:val="222222"/>
                <w:sz w:val="17"/>
              </w:rPr>
              <w:t>Effective date</w:t>
            </w:r>
          </w:p>
        </w:tc>
        <w:tc>
          <w:tcPr>
            <w:tcW w:type="dxa" w:w="6912"/>
            <w:tcMar>
              <w:top w:w="70" w:type="dxa"/>
              <w:start w:w="90" w:type="dxa"/>
              <w:bottom w:w="70" w:type="dxa"/>
              <w:end w:w="90" w:type="dxa"/>
            </w:tcMar>
            <w:vAlign w:val="top"/>
            <w:shd w:fill="F5F8FB"/>
          </w:tcPr>
          <w:p>
            <w:r>
              <w:rPr>
                <w:rFonts w:ascii="Cambria" w:hAnsi="Cambria" w:eastAsia="Cambria"/>
                <w:b w:val="0"/>
                <w:i w:val="0"/>
                <w:color w:val="222222"/>
                <w:sz w:val="17"/>
              </w:rPr>
              <w:t>2026-09-19</w:t>
            </w:r>
          </w:p>
        </w:tc>
      </w:tr>
      <w:tr>
        <w:trPr>
          <w:cantSplit/>
        </w:trPr>
        <w:tc>
          <w:tcPr>
            <w:tcW w:type="dxa" w:w="2880"/>
            <w:tcMar>
              <w:top w:w="70" w:type="dxa"/>
              <w:start w:w="90" w:type="dxa"/>
              <w:bottom w:w="70" w:type="dxa"/>
              <w:end w:w="90" w:type="dxa"/>
            </w:tcMar>
            <w:vAlign w:val="top"/>
          </w:tcPr>
          <w:p>
            <w:r>
              <w:rPr>
                <w:rFonts w:ascii="Cambria" w:hAnsi="Cambria" w:eastAsia="Cambria"/>
                <w:b w:val="0"/>
                <w:i w:val="0"/>
                <w:color w:val="222222"/>
                <w:sz w:val="17"/>
              </w:rPr>
              <w:t>Next review date</w:t>
            </w:r>
          </w:p>
        </w:tc>
        <w:tc>
          <w:tcPr>
            <w:tcW w:type="dxa" w:w="6912"/>
            <w:tcMar>
              <w:top w:w="70" w:type="dxa"/>
              <w:start w:w="90" w:type="dxa"/>
              <w:bottom w:w="70" w:type="dxa"/>
              <w:end w:w="90" w:type="dxa"/>
            </w:tcMar>
            <w:vAlign w:val="top"/>
          </w:tcPr>
          <w:p>
            <w:r>
              <w:rPr>
                <w:rFonts w:ascii="Cambria" w:hAnsi="Cambria" w:eastAsia="Cambria"/>
                <w:b w:val="0"/>
                <w:i w:val="0"/>
                <w:color w:val="222222"/>
                <w:sz w:val="17"/>
              </w:rPr>
              <w:t>[REVIEW DATE]</w:t>
            </w:r>
          </w:p>
        </w:tc>
      </w:tr>
      <w:tr>
        <w:trPr>
          <w:cantSplit/>
        </w:trPr>
        <w:tc>
          <w:tcPr>
            <w:tcW w:type="dxa" w:w="2880"/>
            <w:tcMar>
              <w:top w:w="70" w:type="dxa"/>
              <w:start w:w="90" w:type="dxa"/>
              <w:bottom w:w="70" w:type="dxa"/>
              <w:end w:w="90" w:type="dxa"/>
            </w:tcMar>
            <w:vAlign w:val="top"/>
            <w:shd w:fill="F5F8FB"/>
          </w:tcPr>
          <w:p>
            <w:r>
              <w:rPr>
                <w:rFonts w:ascii="Cambria" w:hAnsi="Cambria" w:eastAsia="Cambria"/>
                <w:b w:val="0"/>
                <w:i w:val="0"/>
                <w:color w:val="222222"/>
                <w:sz w:val="17"/>
              </w:rPr>
              <w:t>Controlled location</w:t>
            </w:r>
          </w:p>
        </w:tc>
        <w:tc>
          <w:tcPr>
            <w:tcW w:type="dxa" w:w="6912"/>
            <w:tcMar>
              <w:top w:w="70" w:type="dxa"/>
              <w:start w:w="90" w:type="dxa"/>
              <w:bottom w:w="70" w:type="dxa"/>
              <w:end w:w="90" w:type="dxa"/>
            </w:tcMar>
            <w:vAlign w:val="top"/>
            <w:shd w:fill="F5F8FB"/>
          </w:tcPr>
          <w:p>
            <w:r>
              <w:rPr>
                <w:rFonts w:ascii="Cambria" w:hAnsi="Cambria" w:eastAsia="Cambria"/>
                <w:b w:val="0"/>
                <w:i w:val="0"/>
                <w:color w:val="222222"/>
                <w:sz w:val="17"/>
              </w:rPr>
              <w:t>[CONTROLLED REPOSITORY / URL]</w:t>
            </w:r>
          </w:p>
        </w:tc>
      </w:tr>
    </w:tbl>
    <w:p/>
    <w:p>
      <w:pPr>
        <w:pStyle w:val="Heading2"/>
      </w:pPr>
      <w:r>
        <w:t>Approval</w:t>
      </w:r>
    </w:p>
    <w:tbl>
      <w:tblPr>
        <w:tblW w:type="auto" w:w="0"/>
        <w:jc w:val="center"/>
        <w:tblLayout w:type="fixed"/>
        <w:tblLook w:firstColumn="1" w:firstRow="1" w:lastColumn="0" w:lastRow="0" w:noHBand="0" w:noVBand="1" w:val="04A0"/>
      </w:tblPr>
      <w:tblGrid>
        <w:gridCol w:w="2523"/>
        <w:gridCol w:w="2523"/>
        <w:gridCol w:w="2523"/>
        <w:gridCol w:w="2523"/>
      </w:tblGrid>
      <w:tr>
        <w:trPr>
          <w:tblHeader w:val="true"/>
        </w:trPr>
        <w:tc>
          <w:tcPr>
            <w:tcW w:type="dxa" w:w="1872"/>
            <w:shd w:fill="D9EAF7"/>
            <w:tcMar>
              <w:top w:w="70" w:type="dxa"/>
              <w:start w:w="90" w:type="dxa"/>
              <w:bottom w:w="70" w:type="dxa"/>
              <w:end w:w="90" w:type="dxa"/>
            </w:tcMar>
          </w:tcPr>
          <w:p>
            <w:r>
              <w:rPr>
                <w:rFonts w:ascii="Cambria" w:hAnsi="Cambria" w:eastAsia="Cambria"/>
                <w:b/>
                <w:i w:val="0"/>
                <w:color w:val="222222"/>
                <w:sz w:val="17"/>
              </w:rPr>
              <w:t>Role</w:t>
            </w:r>
          </w:p>
        </w:tc>
        <w:tc>
          <w:tcPr>
            <w:tcW w:type="dxa" w:w="2592"/>
            <w:shd w:fill="D9EAF7"/>
            <w:tcMar>
              <w:top w:w="70" w:type="dxa"/>
              <w:start w:w="90" w:type="dxa"/>
              <w:bottom w:w="70" w:type="dxa"/>
              <w:end w:w="90" w:type="dxa"/>
            </w:tcMar>
          </w:tcPr>
          <w:p>
            <w:r>
              <w:rPr>
                <w:rFonts w:ascii="Cambria" w:hAnsi="Cambria" w:eastAsia="Cambria"/>
                <w:b/>
                <w:i w:val="0"/>
                <w:color w:val="222222"/>
                <w:sz w:val="17"/>
              </w:rPr>
              <w:t>Name</w:t>
            </w:r>
          </w:p>
        </w:tc>
        <w:tc>
          <w:tcPr>
            <w:tcW w:type="dxa" w:w="3888"/>
            <w:shd w:fill="D9EAF7"/>
            <w:tcMar>
              <w:top w:w="70" w:type="dxa"/>
              <w:start w:w="90" w:type="dxa"/>
              <w:bottom w:w="70" w:type="dxa"/>
              <w:end w:w="90" w:type="dxa"/>
            </w:tcMar>
          </w:tcPr>
          <w:p>
            <w:r>
              <w:rPr>
                <w:rFonts w:ascii="Cambria" w:hAnsi="Cambria" w:eastAsia="Cambria"/>
                <w:b/>
                <w:i w:val="0"/>
                <w:color w:val="222222"/>
                <w:sz w:val="17"/>
              </w:rPr>
              <w:t>Signature / Electronic Approval</w:t>
            </w:r>
          </w:p>
        </w:tc>
        <w:tc>
          <w:tcPr>
            <w:tcW w:type="dxa" w:w="1728"/>
            <w:shd w:fill="D9EAF7"/>
            <w:tcMar>
              <w:top w:w="70" w:type="dxa"/>
              <w:start w:w="90" w:type="dxa"/>
              <w:bottom w:w="70" w:type="dxa"/>
              <w:end w:w="90" w:type="dxa"/>
            </w:tcMar>
          </w:tcPr>
          <w:p>
            <w:r>
              <w:rPr>
                <w:rFonts w:ascii="Cambria" w:hAnsi="Cambria" w:eastAsia="Cambria"/>
                <w:b/>
                <w:i w:val="0"/>
                <w:color w:val="222222"/>
                <w:sz w:val="17"/>
              </w:rPr>
              <w:t>Date</w:t>
            </w:r>
          </w:p>
        </w:tc>
      </w:tr>
      <w:tr>
        <w:trPr>
          <w:cantSplit/>
        </w:trPr>
        <w:tc>
          <w:tcPr>
            <w:tcW w:type="dxa" w:w="1872"/>
            <w:tcMar>
              <w:top w:w="70" w:type="dxa"/>
              <w:start w:w="90" w:type="dxa"/>
              <w:bottom w:w="70" w:type="dxa"/>
              <w:end w:w="90" w:type="dxa"/>
            </w:tcMar>
            <w:vAlign w:val="top"/>
          </w:tcPr>
          <w:p>
            <w:r>
              <w:rPr>
                <w:rFonts w:ascii="Cambria" w:hAnsi="Cambria" w:eastAsia="Cambria"/>
                <w:b w:val="0"/>
                <w:i w:val="0"/>
                <w:color w:val="222222"/>
                <w:sz w:val="17"/>
              </w:rPr>
              <w:t>Prepared by</w:t>
            </w:r>
          </w:p>
        </w:tc>
        <w:tc>
          <w:tcPr>
            <w:tcW w:type="dxa" w:w="2592"/>
            <w:tcMar>
              <w:top w:w="70" w:type="dxa"/>
              <w:start w:w="90" w:type="dxa"/>
              <w:bottom w:w="70" w:type="dxa"/>
              <w:end w:w="90" w:type="dxa"/>
            </w:tcMar>
            <w:vAlign w:val="top"/>
          </w:tcPr>
          <w:p>
            <w:r>
              <w:rPr>
                <w:rFonts w:ascii="Cambria" w:hAnsi="Cambria" w:eastAsia="Cambria"/>
                <w:b w:val="0"/>
                <w:i w:val="0"/>
                <w:color w:val="222222"/>
                <w:sz w:val="17"/>
              </w:rPr>
              <w:t>[NAME]</w:t>
            </w:r>
          </w:p>
        </w:tc>
        <w:tc>
          <w:tcPr>
            <w:tcW w:type="dxa" w:w="3888"/>
            <w:tcMar>
              <w:top w:w="70" w:type="dxa"/>
              <w:start w:w="90" w:type="dxa"/>
              <w:bottom w:w="70" w:type="dxa"/>
              <w:end w:w="90" w:type="dxa"/>
            </w:tcMar>
            <w:vAlign w:val="top"/>
          </w:tcPr>
          <w:p>
            <w:r>
              <w:rPr>
                <w:rFonts w:ascii="Cambria" w:hAnsi="Cambria" w:eastAsia="Cambria"/>
                <w:b w:val="0"/>
                <w:i w:val="0"/>
                <w:color w:val="222222"/>
                <w:sz w:val="17"/>
              </w:rPr>
              <w:t>[APPROVAL]</w:t>
            </w:r>
          </w:p>
        </w:tc>
        <w:tc>
          <w:tcPr>
            <w:tcW w:type="dxa" w:w="1728"/>
            <w:tcMar>
              <w:top w:w="70" w:type="dxa"/>
              <w:start w:w="90" w:type="dxa"/>
              <w:bottom w:w="70" w:type="dxa"/>
              <w:end w:w="90" w:type="dxa"/>
            </w:tcMar>
            <w:vAlign w:val="top"/>
          </w:tcPr>
          <w:p>
            <w:r>
              <w:rPr>
                <w:rFonts w:ascii="Cambria" w:hAnsi="Cambria" w:eastAsia="Cambria"/>
                <w:b w:val="0"/>
                <w:i w:val="0"/>
                <w:color w:val="222222"/>
                <w:sz w:val="17"/>
              </w:rPr>
              <w:t>[DATE]</w:t>
            </w:r>
          </w:p>
        </w:tc>
      </w:tr>
      <w:tr>
        <w:trPr>
          <w:cantSplit/>
        </w:trPr>
        <w:tc>
          <w:tcPr>
            <w:tcW w:type="dxa" w:w="1872"/>
            <w:tcMar>
              <w:top w:w="70" w:type="dxa"/>
              <w:start w:w="90" w:type="dxa"/>
              <w:bottom w:w="70" w:type="dxa"/>
              <w:end w:w="90" w:type="dxa"/>
            </w:tcMar>
            <w:vAlign w:val="top"/>
            <w:shd w:fill="F5F8FB"/>
          </w:tcPr>
          <w:p>
            <w:r>
              <w:rPr>
                <w:rFonts w:ascii="Cambria" w:hAnsi="Cambria" w:eastAsia="Cambria"/>
                <w:b w:val="0"/>
                <w:i w:val="0"/>
                <w:color w:val="222222"/>
                <w:sz w:val="17"/>
              </w:rPr>
              <w:t>Reviewed by</w:t>
            </w:r>
          </w:p>
        </w:tc>
        <w:tc>
          <w:tcPr>
            <w:tcW w:type="dxa" w:w="2592"/>
            <w:tcMar>
              <w:top w:w="70" w:type="dxa"/>
              <w:start w:w="90" w:type="dxa"/>
              <w:bottom w:w="70" w:type="dxa"/>
              <w:end w:w="90" w:type="dxa"/>
            </w:tcMar>
            <w:vAlign w:val="top"/>
            <w:shd w:fill="F5F8FB"/>
          </w:tcPr>
          <w:p>
            <w:r>
              <w:rPr>
                <w:rFonts w:ascii="Cambria" w:hAnsi="Cambria" w:eastAsia="Cambria"/>
                <w:b w:val="0"/>
                <w:i w:val="0"/>
                <w:color w:val="222222"/>
                <w:sz w:val="17"/>
              </w:rPr>
              <w:t>[NAME]</w:t>
            </w:r>
          </w:p>
        </w:tc>
        <w:tc>
          <w:tcPr>
            <w:tcW w:type="dxa" w:w="3888"/>
            <w:tcMar>
              <w:top w:w="70" w:type="dxa"/>
              <w:start w:w="90" w:type="dxa"/>
              <w:bottom w:w="70" w:type="dxa"/>
              <w:end w:w="90" w:type="dxa"/>
            </w:tcMar>
            <w:vAlign w:val="top"/>
            <w:shd w:fill="F5F8FB"/>
          </w:tcPr>
          <w:p>
            <w:r>
              <w:rPr>
                <w:rFonts w:ascii="Cambria" w:hAnsi="Cambria" w:eastAsia="Cambria"/>
                <w:b w:val="0"/>
                <w:i w:val="0"/>
                <w:color w:val="222222"/>
                <w:sz w:val="17"/>
              </w:rPr>
              <w:t>[APPROVAL]</w:t>
            </w:r>
          </w:p>
        </w:tc>
        <w:tc>
          <w:tcPr>
            <w:tcW w:type="dxa" w:w="1728"/>
            <w:tcMar>
              <w:top w:w="70" w:type="dxa"/>
              <w:start w:w="90" w:type="dxa"/>
              <w:bottom w:w="70" w:type="dxa"/>
              <w:end w:w="90" w:type="dxa"/>
            </w:tcMar>
            <w:vAlign w:val="top"/>
            <w:shd w:fill="F5F8FB"/>
          </w:tcPr>
          <w:p>
            <w:r>
              <w:rPr>
                <w:rFonts w:ascii="Cambria" w:hAnsi="Cambria" w:eastAsia="Cambria"/>
                <w:b w:val="0"/>
                <w:i w:val="0"/>
                <w:color w:val="222222"/>
                <w:sz w:val="17"/>
              </w:rPr>
              <w:t>[DATE]</w:t>
            </w:r>
          </w:p>
        </w:tc>
      </w:tr>
      <w:tr>
        <w:trPr>
          <w:cantSplit/>
        </w:trPr>
        <w:tc>
          <w:tcPr>
            <w:tcW w:type="dxa" w:w="1872"/>
            <w:tcMar>
              <w:top w:w="70" w:type="dxa"/>
              <w:start w:w="90" w:type="dxa"/>
              <w:bottom w:w="70" w:type="dxa"/>
              <w:end w:w="90" w:type="dxa"/>
            </w:tcMar>
            <w:vAlign w:val="top"/>
          </w:tcPr>
          <w:p>
            <w:r>
              <w:rPr>
                <w:rFonts w:ascii="Cambria" w:hAnsi="Cambria" w:eastAsia="Cambria"/>
                <w:b w:val="0"/>
                <w:i w:val="0"/>
                <w:color w:val="222222"/>
                <w:sz w:val="17"/>
              </w:rPr>
              <w:t>Approved by</w:t>
            </w:r>
          </w:p>
        </w:tc>
        <w:tc>
          <w:tcPr>
            <w:tcW w:type="dxa" w:w="2592"/>
            <w:tcMar>
              <w:top w:w="70" w:type="dxa"/>
              <w:start w:w="90" w:type="dxa"/>
              <w:bottom w:w="70" w:type="dxa"/>
              <w:end w:w="90" w:type="dxa"/>
            </w:tcMar>
            <w:vAlign w:val="top"/>
          </w:tcPr>
          <w:p>
            <w:r>
              <w:rPr>
                <w:rFonts w:ascii="Cambria" w:hAnsi="Cambria" w:eastAsia="Cambria"/>
                <w:b w:val="0"/>
                <w:i w:val="0"/>
                <w:color w:val="222222"/>
                <w:sz w:val="17"/>
              </w:rPr>
              <w:t>[NAME]</w:t>
            </w:r>
          </w:p>
        </w:tc>
        <w:tc>
          <w:tcPr>
            <w:tcW w:type="dxa" w:w="3888"/>
            <w:tcMar>
              <w:top w:w="70" w:type="dxa"/>
              <w:start w:w="90" w:type="dxa"/>
              <w:bottom w:w="70" w:type="dxa"/>
              <w:end w:w="90" w:type="dxa"/>
            </w:tcMar>
            <w:vAlign w:val="top"/>
          </w:tcPr>
          <w:p>
            <w:r>
              <w:rPr>
                <w:rFonts w:ascii="Cambria" w:hAnsi="Cambria" w:eastAsia="Cambria"/>
                <w:b w:val="0"/>
                <w:i w:val="0"/>
                <w:color w:val="222222"/>
                <w:sz w:val="17"/>
              </w:rPr>
              <w:t>[APPROVAL]</w:t>
            </w:r>
          </w:p>
        </w:tc>
        <w:tc>
          <w:tcPr>
            <w:tcW w:type="dxa" w:w="1728"/>
            <w:tcMar>
              <w:top w:w="70" w:type="dxa"/>
              <w:start w:w="90" w:type="dxa"/>
              <w:bottom w:w="70" w:type="dxa"/>
              <w:end w:w="90" w:type="dxa"/>
            </w:tcMar>
            <w:vAlign w:val="top"/>
          </w:tcPr>
          <w:p>
            <w:r>
              <w:rPr>
                <w:rFonts w:ascii="Cambria" w:hAnsi="Cambria" w:eastAsia="Cambria"/>
                <w:b w:val="0"/>
                <w:i w:val="0"/>
                <w:color w:val="222222"/>
                <w:sz w:val="17"/>
              </w:rPr>
              <w:t>[DATE]</w:t>
            </w:r>
          </w:p>
        </w:tc>
      </w:tr>
    </w:tbl>
    <w:p/>
    <w:p>
      <w:pPr>
        <w:pStyle w:val="Heading2"/>
      </w:pPr>
      <w:r>
        <w:t>Revision History</w:t>
      </w:r>
    </w:p>
    <w:tbl>
      <w:tblPr>
        <w:tblW w:type="auto" w:w="0"/>
        <w:jc w:val="center"/>
        <w:tblLayout w:type="fixed"/>
        <w:tblLook w:firstColumn="1" w:firstRow="1" w:lastColumn="0" w:lastRow="0" w:noHBand="0" w:noVBand="1" w:val="04A0"/>
      </w:tblPr>
      <w:tblGrid>
        <w:gridCol w:w="2523"/>
        <w:gridCol w:w="2523"/>
        <w:gridCol w:w="2523"/>
        <w:gridCol w:w="2523"/>
      </w:tblGrid>
      <w:tr>
        <w:trPr>
          <w:tblHeader w:val="true"/>
        </w:trPr>
        <w:tc>
          <w:tcPr>
            <w:tcW w:type="dxa" w:w="1440"/>
            <w:shd w:fill="D9EAF7"/>
            <w:tcMar>
              <w:top w:w="70" w:type="dxa"/>
              <w:start w:w="90" w:type="dxa"/>
              <w:bottom w:w="70" w:type="dxa"/>
              <w:end w:w="90" w:type="dxa"/>
            </w:tcMar>
          </w:tcPr>
          <w:p>
            <w:r>
              <w:rPr>
                <w:rFonts w:ascii="Cambria" w:hAnsi="Cambria" w:eastAsia="Cambria"/>
                <w:b/>
                <w:i w:val="0"/>
                <w:color w:val="222222"/>
                <w:sz w:val="17"/>
              </w:rPr>
              <w:t>Version</w:t>
            </w:r>
          </w:p>
        </w:tc>
        <w:tc>
          <w:tcPr>
            <w:tcW w:type="dxa" w:w="1872"/>
            <w:shd w:fill="D9EAF7"/>
            <w:tcMar>
              <w:top w:w="70" w:type="dxa"/>
              <w:start w:w="90" w:type="dxa"/>
              <w:bottom w:w="70" w:type="dxa"/>
              <w:end w:w="90" w:type="dxa"/>
            </w:tcMar>
          </w:tcPr>
          <w:p>
            <w:r>
              <w:rPr>
                <w:rFonts w:ascii="Cambria" w:hAnsi="Cambria" w:eastAsia="Cambria"/>
                <w:b/>
                <w:i w:val="0"/>
                <w:color w:val="222222"/>
                <w:sz w:val="17"/>
              </w:rPr>
              <w:t>Date</w:t>
            </w:r>
          </w:p>
        </w:tc>
        <w:tc>
          <w:tcPr>
            <w:tcW w:type="dxa" w:w="5472"/>
            <w:shd w:fill="D9EAF7"/>
            <w:tcMar>
              <w:top w:w="70" w:type="dxa"/>
              <w:start w:w="90" w:type="dxa"/>
              <w:bottom w:w="70" w:type="dxa"/>
              <w:end w:w="90" w:type="dxa"/>
            </w:tcMar>
          </w:tcPr>
          <w:p>
            <w:r>
              <w:rPr>
                <w:rFonts w:ascii="Cambria" w:hAnsi="Cambria" w:eastAsia="Cambria"/>
                <w:b/>
                <w:i w:val="0"/>
                <w:color w:val="222222"/>
                <w:sz w:val="17"/>
              </w:rPr>
              <w:t>Change Summary</w:t>
            </w:r>
          </w:p>
        </w:tc>
        <w:tc>
          <w:tcPr>
            <w:tcW w:type="dxa" w:w="1440"/>
            <w:shd w:fill="D9EAF7"/>
            <w:tcMar>
              <w:top w:w="70" w:type="dxa"/>
              <w:start w:w="90" w:type="dxa"/>
              <w:bottom w:w="70" w:type="dxa"/>
              <w:end w:w="90" w:type="dxa"/>
            </w:tcMar>
          </w:tcPr>
          <w:p>
            <w:r>
              <w:rPr>
                <w:rFonts w:ascii="Cambria" w:hAnsi="Cambria" w:eastAsia="Cambria"/>
                <w:b/>
                <w:i w:val="0"/>
                <w:color w:val="222222"/>
                <w:sz w:val="17"/>
              </w:rPr>
              <w:t>Approved By</w:t>
            </w:r>
          </w:p>
        </w:tc>
      </w:tr>
      <w:tr>
        <w:trPr>
          <w:cantSplit/>
        </w:trPr>
        <w:tc>
          <w:tcPr>
            <w:tcW w:type="dxa" w:w="1440"/>
            <w:tcMar>
              <w:top w:w="70" w:type="dxa"/>
              <w:start w:w="90" w:type="dxa"/>
              <w:bottom w:w="70" w:type="dxa"/>
              <w:end w:w="90" w:type="dxa"/>
            </w:tcMar>
            <w:vAlign w:val="top"/>
          </w:tcPr>
          <w:p>
            <w:r>
              <w:rPr>
                <w:rFonts w:ascii="Cambria" w:hAnsi="Cambria" w:eastAsia="Cambria"/>
                <w:b w:val="0"/>
                <w:i w:val="0"/>
                <w:color w:val="222222"/>
                <w:sz w:val="17"/>
              </w:rPr>
              <w:t>1.0</w:t>
            </w:r>
          </w:p>
        </w:tc>
        <w:tc>
          <w:tcPr>
            <w:tcW w:type="dxa" w:w="1872"/>
            <w:tcMar>
              <w:top w:w="70" w:type="dxa"/>
              <w:start w:w="90" w:type="dxa"/>
              <w:bottom w:w="70" w:type="dxa"/>
              <w:end w:w="90" w:type="dxa"/>
            </w:tcMar>
            <w:vAlign w:val="top"/>
          </w:tcPr>
          <w:p>
            <w:r>
              <w:rPr>
                <w:rFonts w:ascii="Cambria" w:hAnsi="Cambria" w:eastAsia="Cambria"/>
                <w:b w:val="0"/>
                <w:i w:val="0"/>
                <w:color w:val="222222"/>
                <w:sz w:val="17"/>
              </w:rPr>
              <w:t>2026-09-19</w:t>
            </w:r>
          </w:p>
        </w:tc>
        <w:tc>
          <w:tcPr>
            <w:tcW w:type="dxa" w:w="5472"/>
            <w:tcMar>
              <w:top w:w="70" w:type="dxa"/>
              <w:start w:w="90" w:type="dxa"/>
              <w:bottom w:w="70" w:type="dxa"/>
              <w:end w:w="90" w:type="dxa"/>
            </w:tcMar>
            <w:vAlign w:val="top"/>
          </w:tcPr>
          <w:p>
            <w:r>
              <w:rPr>
                <w:rFonts w:ascii="Cambria" w:hAnsi="Cambria" w:eastAsia="Cambria"/>
                <w:b w:val="0"/>
                <w:i w:val="0"/>
                <w:color w:val="222222"/>
                <w:sz w:val="17"/>
              </w:rPr>
              <w:t>Initial toolkit issue</w:t>
            </w:r>
          </w:p>
        </w:tc>
        <w:tc>
          <w:tcPr>
            <w:tcW w:type="dxa" w:w="1440"/>
            <w:tcMar>
              <w:top w:w="70" w:type="dxa"/>
              <w:start w:w="90" w:type="dxa"/>
              <w:bottom w:w="70" w:type="dxa"/>
              <w:end w:w="90" w:type="dxa"/>
            </w:tcMar>
            <w:vAlign w:val="top"/>
          </w:tcPr>
          <w:p>
            <w:r>
              <w:rPr>
                <w:rFonts w:ascii="Cambria" w:hAnsi="Cambria" w:eastAsia="Cambria"/>
                <w:b w:val="0"/>
                <w:i w:val="0"/>
                <w:color w:val="222222"/>
                <w:sz w:val="17"/>
              </w:rPr>
              <w:t>[APPROVER]</w:t>
            </w:r>
          </w:p>
        </w:tc>
      </w:tr>
      <w:tr>
        <w:trPr>
          <w:cantSplit/>
        </w:trPr>
        <w:tc>
          <w:tcPr>
            <w:tcW w:type="dxa" w:w="1440"/>
            <w:tcMar>
              <w:top w:w="70" w:type="dxa"/>
              <w:start w:w="90" w:type="dxa"/>
              <w:bottom w:w="70" w:type="dxa"/>
              <w:end w:w="90" w:type="dxa"/>
            </w:tcMar>
            <w:vAlign w:val="top"/>
            <w:shd w:fill="F5F8FB"/>
          </w:tcPr>
          <w:p>
            <w:r>
              <w:rPr>
                <w:rFonts w:ascii="Cambria" w:hAnsi="Cambria" w:eastAsia="Cambria"/>
                <w:b w:val="0"/>
                <w:i w:val="0"/>
                <w:color w:val="222222"/>
                <w:sz w:val="17"/>
              </w:rPr>
            </w:r>
          </w:p>
        </w:tc>
        <w:tc>
          <w:tcPr>
            <w:tcW w:type="dxa" w:w="1872"/>
            <w:tcMar>
              <w:top w:w="70" w:type="dxa"/>
              <w:start w:w="90" w:type="dxa"/>
              <w:bottom w:w="70" w:type="dxa"/>
              <w:end w:w="90" w:type="dxa"/>
            </w:tcMar>
            <w:vAlign w:val="top"/>
            <w:shd w:fill="F5F8FB"/>
          </w:tcPr>
          <w:p>
            <w:r>
              <w:rPr>
                <w:rFonts w:ascii="Cambria" w:hAnsi="Cambria" w:eastAsia="Cambria"/>
                <w:b w:val="0"/>
                <w:i w:val="0"/>
                <w:color w:val="222222"/>
                <w:sz w:val="17"/>
              </w:rPr>
            </w:r>
          </w:p>
        </w:tc>
        <w:tc>
          <w:tcPr>
            <w:tcW w:type="dxa" w:w="5472"/>
            <w:tcMar>
              <w:top w:w="70" w:type="dxa"/>
              <w:start w:w="90" w:type="dxa"/>
              <w:bottom w:w="70" w:type="dxa"/>
              <w:end w:w="90" w:type="dxa"/>
            </w:tcMar>
            <w:vAlign w:val="top"/>
            <w:shd w:fill="F5F8FB"/>
          </w:tcPr>
          <w:p>
            <w:r>
              <w:rPr>
                <w:rFonts w:ascii="Cambria" w:hAnsi="Cambria" w:eastAsia="Cambria"/>
                <w:b w:val="0"/>
                <w:i w:val="0"/>
                <w:color w:val="222222"/>
                <w:sz w:val="17"/>
              </w:rPr>
            </w:r>
          </w:p>
        </w:tc>
        <w:tc>
          <w:tcPr>
            <w:tcW w:type="dxa" w:w="1440"/>
            <w:tcMar>
              <w:top w:w="70" w:type="dxa"/>
              <w:start w:w="90" w:type="dxa"/>
              <w:bottom w:w="70" w:type="dxa"/>
              <w:end w:w="90" w:type="dxa"/>
            </w:tcMar>
            <w:vAlign w:val="top"/>
            <w:shd w:fill="F5F8FB"/>
          </w:tcPr>
          <w:p>
            <w:r>
              <w:rPr>
                <w:rFonts w:ascii="Cambria" w:hAnsi="Cambria" w:eastAsia="Cambria"/>
                <w:b w:val="0"/>
                <w:i w:val="0"/>
                <w:color w:val="222222"/>
                <w:sz w:val="17"/>
              </w:rPr>
            </w:r>
          </w:p>
        </w:tc>
      </w:tr>
      <w:tr>
        <w:trPr>
          <w:cantSplit/>
        </w:trPr>
        <w:tc>
          <w:tcPr>
            <w:tcW w:type="dxa" w:w="1440"/>
            <w:tcMar>
              <w:top w:w="70" w:type="dxa"/>
              <w:start w:w="90" w:type="dxa"/>
              <w:bottom w:w="70" w:type="dxa"/>
              <w:end w:w="90" w:type="dxa"/>
            </w:tcMar>
            <w:vAlign w:val="top"/>
          </w:tcPr>
          <w:p>
            <w:r>
              <w:rPr>
                <w:rFonts w:ascii="Cambria" w:hAnsi="Cambria" w:eastAsia="Cambria"/>
                <w:b w:val="0"/>
                <w:i w:val="0"/>
                <w:color w:val="222222"/>
                <w:sz w:val="17"/>
              </w:rPr>
            </w:r>
          </w:p>
        </w:tc>
        <w:tc>
          <w:tcPr>
            <w:tcW w:type="dxa" w:w="1872"/>
            <w:tcMar>
              <w:top w:w="70" w:type="dxa"/>
              <w:start w:w="90" w:type="dxa"/>
              <w:bottom w:w="70" w:type="dxa"/>
              <w:end w:w="90" w:type="dxa"/>
            </w:tcMar>
            <w:vAlign w:val="top"/>
          </w:tcPr>
          <w:p>
            <w:r>
              <w:rPr>
                <w:rFonts w:ascii="Cambria" w:hAnsi="Cambria" w:eastAsia="Cambria"/>
                <w:b w:val="0"/>
                <w:i w:val="0"/>
                <w:color w:val="222222"/>
                <w:sz w:val="17"/>
              </w:rPr>
            </w:r>
          </w:p>
        </w:tc>
        <w:tc>
          <w:tcPr>
            <w:tcW w:type="dxa" w:w="5472"/>
            <w:tcMar>
              <w:top w:w="70" w:type="dxa"/>
              <w:start w:w="90" w:type="dxa"/>
              <w:bottom w:w="70" w:type="dxa"/>
              <w:end w:w="90" w:type="dxa"/>
            </w:tcMar>
            <w:vAlign w:val="top"/>
          </w:tcPr>
          <w:p>
            <w:r>
              <w:rPr>
                <w:rFonts w:ascii="Cambria" w:hAnsi="Cambria" w:eastAsia="Cambria"/>
                <w:b w:val="0"/>
                <w:i w:val="0"/>
                <w:color w:val="222222"/>
                <w:sz w:val="17"/>
              </w:rPr>
            </w:r>
          </w:p>
        </w:tc>
        <w:tc>
          <w:tcPr>
            <w:tcW w:type="dxa" w:w="1440"/>
            <w:tcMar>
              <w:top w:w="70" w:type="dxa"/>
              <w:start w:w="90" w:type="dxa"/>
              <w:bottom w:w="70" w:type="dxa"/>
              <w:end w:w="90" w:type="dxa"/>
            </w:tcMar>
            <w:vAlign w:val="top"/>
          </w:tcPr>
          <w:p>
            <w:r>
              <w:rPr>
                <w:rFonts w:ascii="Cambria" w:hAnsi="Cambria" w:eastAsia="Cambria"/>
                <w:b w:val="0"/>
                <w:i w:val="0"/>
                <w:color w:val="222222"/>
                <w:sz w:val="17"/>
              </w:rPr>
            </w:r>
          </w:p>
        </w:tc>
      </w:tr>
    </w:tbl>
    <w:p/>
    <w:p>
      <w:pPr>
        <w:pStyle w:val="Heading1"/>
      </w:pPr>
      <w:r>
        <w:t>Document Contents</w:t>
      </w:r>
    </w:p>
    <w:tbl>
      <w:tblPr>
        <w:tblW w:type="auto" w:w="0"/>
        <w:jc w:val="center"/>
        <w:tblLayout w:type="fixed"/>
        <w:tblLook w:firstColumn="1" w:firstRow="1" w:lastColumn="0" w:lastRow="0" w:noHBand="0" w:noVBand="1" w:val="04A0"/>
      </w:tblPr>
      <w:tblGrid>
        <w:gridCol w:w="5046"/>
        <w:gridCol w:w="5046"/>
      </w:tblGrid>
      <w:tr>
        <w:trPr>
          <w:tblHeader w:val="true"/>
        </w:trPr>
        <w:tc>
          <w:tcPr>
            <w:tcW w:type="dxa" w:w="1152"/>
            <w:shd w:fill="D9EAF7"/>
            <w:tcMar>
              <w:top w:w="70" w:type="dxa"/>
              <w:start w:w="90" w:type="dxa"/>
              <w:bottom w:w="70" w:type="dxa"/>
              <w:end w:w="90" w:type="dxa"/>
            </w:tcMar>
          </w:tcPr>
          <w:p>
            <w:r>
              <w:rPr>
                <w:rFonts w:ascii="Cambria" w:hAnsi="Cambria" w:eastAsia="Cambria"/>
                <w:b/>
                <w:i w:val="0"/>
                <w:color w:val="222222"/>
                <w:sz w:val="18"/>
              </w:rPr>
              <w:t>Section</w:t>
            </w:r>
          </w:p>
        </w:tc>
        <w:tc>
          <w:tcPr>
            <w:tcW w:type="dxa" w:w="8928"/>
            <w:shd w:fill="D9EAF7"/>
            <w:tcMar>
              <w:top w:w="70" w:type="dxa"/>
              <w:start w:w="90" w:type="dxa"/>
              <w:bottom w:w="70" w:type="dxa"/>
              <w:end w:w="90" w:type="dxa"/>
            </w:tcMar>
          </w:tcPr>
          <w:p>
            <w:r>
              <w:rPr>
                <w:rFonts w:ascii="Cambria" w:hAnsi="Cambria" w:eastAsia="Cambria"/>
                <w:b/>
                <w:i w:val="0"/>
                <w:color w:val="222222"/>
                <w:sz w:val="18"/>
              </w:rPr>
              <w:t>Content</w:t>
            </w:r>
          </w:p>
        </w:tc>
      </w:tr>
      <w:tr>
        <w:trPr>
          <w:cantSplit/>
        </w:trPr>
        <w:tc>
          <w:tcPr>
            <w:tcW w:type="dxa" w:w="1152"/>
            <w:tcMar>
              <w:top w:w="70" w:type="dxa"/>
              <w:start w:w="90" w:type="dxa"/>
              <w:bottom w:w="70" w:type="dxa"/>
              <w:end w:w="90" w:type="dxa"/>
            </w:tcMar>
            <w:vAlign w:val="top"/>
          </w:tcPr>
          <w:p>
            <w:r>
              <w:rPr>
                <w:rFonts w:ascii="Cambria" w:hAnsi="Cambria" w:eastAsia="Cambria"/>
                <w:b w:val="0"/>
                <w:i w:val="0"/>
                <w:color w:val="222222"/>
                <w:sz w:val="18"/>
              </w:rPr>
              <w:t>1</w:t>
            </w:r>
          </w:p>
        </w:tc>
        <w:tc>
          <w:tcPr>
            <w:tcW w:type="dxa" w:w="8928"/>
            <w:tcMar>
              <w:top w:w="70" w:type="dxa"/>
              <w:start w:w="90" w:type="dxa"/>
              <w:bottom w:w="70" w:type="dxa"/>
              <w:end w:w="90" w:type="dxa"/>
            </w:tcMar>
            <w:vAlign w:val="top"/>
          </w:tcPr>
          <w:p>
            <w:r>
              <w:rPr>
                <w:rFonts w:ascii="Cambria" w:hAnsi="Cambria" w:eastAsia="Cambria"/>
                <w:b w:val="0"/>
                <w:i w:val="0"/>
                <w:color w:val="222222"/>
                <w:sz w:val="18"/>
              </w:rPr>
              <w:t>Audit identification and approval</w:t>
            </w:r>
          </w:p>
        </w:tc>
      </w:tr>
      <w:tr>
        <w:trPr>
          <w:cantSplit/>
        </w:trPr>
        <w:tc>
          <w:tcPr>
            <w:tcW w:type="dxa" w:w="1152"/>
            <w:tcMar>
              <w:top w:w="70" w:type="dxa"/>
              <w:start w:w="90" w:type="dxa"/>
              <w:bottom w:w="70" w:type="dxa"/>
              <w:end w:w="90" w:type="dxa"/>
            </w:tcMar>
            <w:vAlign w:val="top"/>
            <w:shd w:fill="F5F8FB"/>
          </w:tcPr>
          <w:p>
            <w:r>
              <w:rPr>
                <w:rFonts w:ascii="Cambria" w:hAnsi="Cambria" w:eastAsia="Cambria"/>
                <w:b w:val="0"/>
                <w:i w:val="0"/>
                <w:color w:val="222222"/>
                <w:sz w:val="18"/>
              </w:rPr>
              <w:t>2</w:t>
            </w:r>
          </w:p>
        </w:tc>
        <w:tc>
          <w:tcPr>
            <w:tcW w:type="dxa" w:w="8928"/>
            <w:tcMar>
              <w:top w:w="70" w:type="dxa"/>
              <w:start w:w="90" w:type="dxa"/>
              <w:bottom w:w="70" w:type="dxa"/>
              <w:end w:w="90" w:type="dxa"/>
            </w:tcMar>
            <w:vAlign w:val="top"/>
            <w:shd w:fill="F5F8FB"/>
          </w:tcPr>
          <w:p>
            <w:r>
              <w:rPr>
                <w:rFonts w:ascii="Cambria" w:hAnsi="Cambria" w:eastAsia="Cambria"/>
                <w:b w:val="0"/>
                <w:i w:val="0"/>
                <w:color w:val="222222"/>
                <w:sz w:val="18"/>
              </w:rPr>
              <w:t>Executive summary</w:t>
            </w:r>
          </w:p>
        </w:tc>
      </w:tr>
      <w:tr>
        <w:trPr>
          <w:cantSplit/>
        </w:trPr>
        <w:tc>
          <w:tcPr>
            <w:tcW w:type="dxa" w:w="1152"/>
            <w:tcMar>
              <w:top w:w="70" w:type="dxa"/>
              <w:start w:w="90" w:type="dxa"/>
              <w:bottom w:w="70" w:type="dxa"/>
              <w:end w:w="90" w:type="dxa"/>
            </w:tcMar>
            <w:vAlign w:val="top"/>
          </w:tcPr>
          <w:p>
            <w:r>
              <w:rPr>
                <w:rFonts w:ascii="Cambria" w:hAnsi="Cambria" w:eastAsia="Cambria"/>
                <w:b w:val="0"/>
                <w:i w:val="0"/>
                <w:color w:val="222222"/>
                <w:sz w:val="18"/>
              </w:rPr>
              <w:t>3</w:t>
            </w:r>
          </w:p>
        </w:tc>
        <w:tc>
          <w:tcPr>
            <w:tcW w:type="dxa" w:w="8928"/>
            <w:tcMar>
              <w:top w:w="70" w:type="dxa"/>
              <w:start w:w="90" w:type="dxa"/>
              <w:bottom w:w="70" w:type="dxa"/>
              <w:end w:w="90" w:type="dxa"/>
            </w:tcMar>
            <w:vAlign w:val="top"/>
          </w:tcPr>
          <w:p>
            <w:r>
              <w:rPr>
                <w:rFonts w:ascii="Cambria" w:hAnsi="Cambria" w:eastAsia="Cambria"/>
                <w:b w:val="0"/>
                <w:i w:val="0"/>
                <w:color w:val="222222"/>
                <w:sz w:val="18"/>
              </w:rPr>
              <w:t>Scope, criteria and methodology</w:t>
            </w:r>
          </w:p>
        </w:tc>
      </w:tr>
      <w:tr>
        <w:trPr>
          <w:cantSplit/>
        </w:trPr>
        <w:tc>
          <w:tcPr>
            <w:tcW w:type="dxa" w:w="1152"/>
            <w:tcMar>
              <w:top w:w="70" w:type="dxa"/>
              <w:start w:w="90" w:type="dxa"/>
              <w:bottom w:w="70" w:type="dxa"/>
              <w:end w:w="90" w:type="dxa"/>
            </w:tcMar>
            <w:vAlign w:val="top"/>
            <w:shd w:fill="F5F8FB"/>
          </w:tcPr>
          <w:p>
            <w:r>
              <w:rPr>
                <w:rFonts w:ascii="Cambria" w:hAnsi="Cambria" w:eastAsia="Cambria"/>
                <w:b w:val="0"/>
                <w:i w:val="0"/>
                <w:color w:val="222222"/>
                <w:sz w:val="18"/>
              </w:rPr>
              <w:t>4</w:t>
            </w:r>
          </w:p>
        </w:tc>
        <w:tc>
          <w:tcPr>
            <w:tcW w:type="dxa" w:w="8928"/>
            <w:tcMar>
              <w:top w:w="70" w:type="dxa"/>
              <w:start w:w="90" w:type="dxa"/>
              <w:bottom w:w="70" w:type="dxa"/>
              <w:end w:w="90" w:type="dxa"/>
            </w:tcMar>
            <w:vAlign w:val="top"/>
            <w:shd w:fill="F5F8FB"/>
          </w:tcPr>
          <w:p>
            <w:r>
              <w:rPr>
                <w:rFonts w:ascii="Cambria" w:hAnsi="Cambria" w:eastAsia="Cambria"/>
                <w:b w:val="0"/>
                <w:i w:val="0"/>
                <w:color w:val="222222"/>
                <w:sz w:val="18"/>
              </w:rPr>
              <w:t>Audit sample and evidence</w:t>
            </w:r>
          </w:p>
        </w:tc>
      </w:tr>
      <w:tr>
        <w:trPr>
          <w:cantSplit/>
        </w:trPr>
        <w:tc>
          <w:tcPr>
            <w:tcW w:type="dxa" w:w="1152"/>
            <w:tcMar>
              <w:top w:w="70" w:type="dxa"/>
              <w:start w:w="90" w:type="dxa"/>
              <w:bottom w:w="70" w:type="dxa"/>
              <w:end w:w="90" w:type="dxa"/>
            </w:tcMar>
            <w:vAlign w:val="top"/>
          </w:tcPr>
          <w:p>
            <w:r>
              <w:rPr>
                <w:rFonts w:ascii="Cambria" w:hAnsi="Cambria" w:eastAsia="Cambria"/>
                <w:b w:val="0"/>
                <w:i w:val="0"/>
                <w:color w:val="222222"/>
                <w:sz w:val="18"/>
              </w:rPr>
              <w:t>5</w:t>
            </w:r>
          </w:p>
        </w:tc>
        <w:tc>
          <w:tcPr>
            <w:tcW w:type="dxa" w:w="8928"/>
            <w:tcMar>
              <w:top w:w="70" w:type="dxa"/>
              <w:start w:w="90" w:type="dxa"/>
              <w:bottom w:w="70" w:type="dxa"/>
              <w:end w:w="90" w:type="dxa"/>
            </w:tcMar>
            <w:vAlign w:val="top"/>
          </w:tcPr>
          <w:p>
            <w:r>
              <w:rPr>
                <w:rFonts w:ascii="Cambria" w:hAnsi="Cambria" w:eastAsia="Cambria"/>
                <w:b w:val="0"/>
                <w:i w:val="0"/>
                <w:color w:val="222222"/>
                <w:sz w:val="18"/>
              </w:rPr>
              <w:t>Findings summary</w:t>
            </w:r>
          </w:p>
        </w:tc>
      </w:tr>
      <w:tr>
        <w:trPr>
          <w:cantSplit/>
        </w:trPr>
        <w:tc>
          <w:tcPr>
            <w:tcW w:type="dxa" w:w="1152"/>
            <w:tcMar>
              <w:top w:w="70" w:type="dxa"/>
              <w:start w:w="90" w:type="dxa"/>
              <w:bottom w:w="70" w:type="dxa"/>
              <w:end w:w="90" w:type="dxa"/>
            </w:tcMar>
            <w:vAlign w:val="top"/>
            <w:shd w:fill="F5F8FB"/>
          </w:tcPr>
          <w:p>
            <w:r>
              <w:rPr>
                <w:rFonts w:ascii="Cambria" w:hAnsi="Cambria" w:eastAsia="Cambria"/>
                <w:b w:val="0"/>
                <w:i w:val="0"/>
                <w:color w:val="222222"/>
                <w:sz w:val="18"/>
              </w:rPr>
              <w:t>6</w:t>
            </w:r>
          </w:p>
        </w:tc>
        <w:tc>
          <w:tcPr>
            <w:tcW w:type="dxa" w:w="8928"/>
            <w:tcMar>
              <w:top w:w="70" w:type="dxa"/>
              <w:start w:w="90" w:type="dxa"/>
              <w:bottom w:w="70" w:type="dxa"/>
              <w:end w:w="90" w:type="dxa"/>
            </w:tcMar>
            <w:vAlign w:val="top"/>
            <w:shd w:fill="F5F8FB"/>
          </w:tcPr>
          <w:p>
            <w:r>
              <w:rPr>
                <w:rFonts w:ascii="Cambria" w:hAnsi="Cambria" w:eastAsia="Cambria"/>
                <w:b w:val="0"/>
                <w:i w:val="0"/>
                <w:color w:val="222222"/>
                <w:sz w:val="18"/>
              </w:rPr>
              <w:t>Detailed findings</w:t>
            </w:r>
          </w:p>
        </w:tc>
      </w:tr>
      <w:tr>
        <w:trPr>
          <w:cantSplit/>
        </w:trPr>
        <w:tc>
          <w:tcPr>
            <w:tcW w:type="dxa" w:w="1152"/>
            <w:tcMar>
              <w:top w:w="70" w:type="dxa"/>
              <w:start w:w="90" w:type="dxa"/>
              <w:bottom w:w="70" w:type="dxa"/>
              <w:end w:w="90" w:type="dxa"/>
            </w:tcMar>
            <w:vAlign w:val="top"/>
          </w:tcPr>
          <w:p>
            <w:r>
              <w:rPr>
                <w:rFonts w:ascii="Cambria" w:hAnsi="Cambria" w:eastAsia="Cambria"/>
                <w:b w:val="0"/>
                <w:i w:val="0"/>
                <w:color w:val="222222"/>
                <w:sz w:val="18"/>
              </w:rPr>
              <w:t>7</w:t>
            </w:r>
          </w:p>
        </w:tc>
        <w:tc>
          <w:tcPr>
            <w:tcW w:type="dxa" w:w="8928"/>
            <w:tcMar>
              <w:top w:w="70" w:type="dxa"/>
              <w:start w:w="90" w:type="dxa"/>
              <w:bottom w:w="70" w:type="dxa"/>
              <w:end w:w="90" w:type="dxa"/>
            </w:tcMar>
            <w:vAlign w:val="top"/>
          </w:tcPr>
          <w:p>
            <w:r>
              <w:rPr>
                <w:rFonts w:ascii="Cambria" w:hAnsi="Cambria" w:eastAsia="Cambria"/>
                <w:b w:val="0"/>
                <w:i w:val="0"/>
                <w:color w:val="222222"/>
                <w:sz w:val="18"/>
              </w:rPr>
              <w:t>Observations and opportunities</w:t>
            </w:r>
          </w:p>
        </w:tc>
      </w:tr>
      <w:tr>
        <w:trPr>
          <w:cantSplit/>
        </w:trPr>
        <w:tc>
          <w:tcPr>
            <w:tcW w:type="dxa" w:w="1152"/>
            <w:tcMar>
              <w:top w:w="70" w:type="dxa"/>
              <w:start w:w="90" w:type="dxa"/>
              <w:bottom w:w="70" w:type="dxa"/>
              <w:end w:w="90" w:type="dxa"/>
            </w:tcMar>
            <w:vAlign w:val="top"/>
            <w:shd w:fill="F5F8FB"/>
          </w:tcPr>
          <w:p>
            <w:r>
              <w:rPr>
                <w:rFonts w:ascii="Cambria" w:hAnsi="Cambria" w:eastAsia="Cambria"/>
                <w:b w:val="0"/>
                <w:i w:val="0"/>
                <w:color w:val="222222"/>
                <w:sz w:val="18"/>
              </w:rPr>
              <w:t>8</w:t>
            </w:r>
          </w:p>
        </w:tc>
        <w:tc>
          <w:tcPr>
            <w:tcW w:type="dxa" w:w="8928"/>
            <w:tcMar>
              <w:top w:w="70" w:type="dxa"/>
              <w:start w:w="90" w:type="dxa"/>
              <w:bottom w:w="70" w:type="dxa"/>
              <w:end w:w="90" w:type="dxa"/>
            </w:tcMar>
            <w:vAlign w:val="top"/>
            <w:shd w:fill="F5F8FB"/>
          </w:tcPr>
          <w:p>
            <w:r>
              <w:rPr>
                <w:rFonts w:ascii="Cambria" w:hAnsi="Cambria" w:eastAsia="Cambria"/>
                <w:b w:val="0"/>
                <w:i w:val="0"/>
                <w:color w:val="222222"/>
                <w:sz w:val="18"/>
              </w:rPr>
              <w:t>Positive practices</w:t>
            </w:r>
          </w:p>
        </w:tc>
      </w:tr>
      <w:tr>
        <w:trPr>
          <w:cantSplit/>
        </w:trPr>
        <w:tc>
          <w:tcPr>
            <w:tcW w:type="dxa" w:w="1152"/>
            <w:tcMar>
              <w:top w:w="70" w:type="dxa"/>
              <w:start w:w="90" w:type="dxa"/>
              <w:bottom w:w="70" w:type="dxa"/>
              <w:end w:w="90" w:type="dxa"/>
            </w:tcMar>
            <w:vAlign w:val="top"/>
          </w:tcPr>
          <w:p>
            <w:r>
              <w:rPr>
                <w:rFonts w:ascii="Cambria" w:hAnsi="Cambria" w:eastAsia="Cambria"/>
                <w:b w:val="0"/>
                <w:i w:val="0"/>
                <w:color w:val="222222"/>
                <w:sz w:val="18"/>
              </w:rPr>
              <w:t>9</w:t>
            </w:r>
          </w:p>
        </w:tc>
        <w:tc>
          <w:tcPr>
            <w:tcW w:type="dxa" w:w="8928"/>
            <w:tcMar>
              <w:top w:w="70" w:type="dxa"/>
              <w:start w:w="90" w:type="dxa"/>
              <w:bottom w:w="70" w:type="dxa"/>
              <w:end w:w="90" w:type="dxa"/>
            </w:tcMar>
            <w:vAlign w:val="top"/>
          </w:tcPr>
          <w:p>
            <w:r>
              <w:rPr>
                <w:rFonts w:ascii="Cambria" w:hAnsi="Cambria" w:eastAsia="Cambria"/>
                <w:b w:val="0"/>
                <w:i w:val="0"/>
                <w:color w:val="222222"/>
                <w:sz w:val="18"/>
              </w:rPr>
              <w:t>Overall conclusion and limitations</w:t>
            </w:r>
          </w:p>
        </w:tc>
      </w:tr>
      <w:tr>
        <w:trPr>
          <w:cantSplit/>
        </w:trPr>
        <w:tc>
          <w:tcPr>
            <w:tcW w:type="dxa" w:w="1152"/>
            <w:tcMar>
              <w:top w:w="70" w:type="dxa"/>
              <w:start w:w="90" w:type="dxa"/>
              <w:bottom w:w="70" w:type="dxa"/>
              <w:end w:w="90" w:type="dxa"/>
            </w:tcMar>
            <w:vAlign w:val="top"/>
            <w:shd w:fill="F5F8FB"/>
          </w:tcPr>
          <w:p>
            <w:r>
              <w:rPr>
                <w:rFonts w:ascii="Cambria" w:hAnsi="Cambria" w:eastAsia="Cambria"/>
                <w:b w:val="0"/>
                <w:i w:val="0"/>
                <w:color w:val="222222"/>
                <w:sz w:val="18"/>
              </w:rPr>
              <w:t>10</w:t>
            </w:r>
          </w:p>
        </w:tc>
        <w:tc>
          <w:tcPr>
            <w:tcW w:type="dxa" w:w="8928"/>
            <w:tcMar>
              <w:top w:w="70" w:type="dxa"/>
              <w:start w:w="90" w:type="dxa"/>
              <w:bottom w:w="70" w:type="dxa"/>
              <w:end w:w="90" w:type="dxa"/>
            </w:tcMar>
            <w:vAlign w:val="top"/>
            <w:shd w:fill="F5F8FB"/>
          </w:tcPr>
          <w:p>
            <w:r>
              <w:rPr>
                <w:rFonts w:ascii="Cambria" w:hAnsi="Cambria" w:eastAsia="Cambria"/>
                <w:b w:val="0"/>
                <w:i w:val="0"/>
                <w:color w:val="222222"/>
                <w:sz w:val="18"/>
              </w:rPr>
              <w:t>Corrective-action follow-up and annexes</w:t>
            </w:r>
          </w:p>
        </w:tc>
      </w:tr>
    </w:tbl>
    <w:p/>
    <w:p>
      <w:pPr>
        <w:pStyle w:val="Heading1"/>
      </w:pPr>
      <w:r>
        <w:t>1. Audit Identification</w:t>
      </w:r>
    </w:p>
    <w:tbl>
      <w:tblPr>
        <w:tblW w:type="auto" w:w="0"/>
        <w:jc w:val="center"/>
        <w:tblLayout w:type="fixed"/>
        <w:tblLook w:firstColumn="1" w:firstRow="1" w:lastColumn="0" w:lastRow="0" w:noHBand="0" w:noVBand="1" w:val="04A0"/>
      </w:tblPr>
      <w:tblGrid>
        <w:gridCol w:w="5046"/>
        <w:gridCol w:w="5046"/>
      </w:tblGrid>
      <w:tr>
        <w:trPr>
          <w:tblHeader w:val="true"/>
        </w:trPr>
        <w:tc>
          <w:tcPr>
            <w:tcW w:type="dxa" w:w="3024"/>
            <w:shd w:fill="D9EAF7"/>
            <w:tcMar>
              <w:top w:w="70" w:type="dxa"/>
              <w:start w:w="90" w:type="dxa"/>
              <w:bottom w:w="70" w:type="dxa"/>
              <w:end w:w="90" w:type="dxa"/>
            </w:tcMar>
          </w:tcPr>
          <w:p>
            <w:r>
              <w:rPr>
                <w:rFonts w:ascii="Cambria" w:hAnsi="Cambria" w:eastAsia="Cambria"/>
                <w:b/>
                <w:i w:val="0"/>
                <w:color w:val="222222"/>
                <w:sz w:val="17"/>
              </w:rPr>
              <w:t>Field</w:t>
            </w:r>
          </w:p>
        </w:tc>
        <w:tc>
          <w:tcPr>
            <w:tcW w:type="dxa" w:w="7056"/>
            <w:shd w:fill="D9EAF7"/>
            <w:tcMar>
              <w:top w:w="70" w:type="dxa"/>
              <w:start w:w="90" w:type="dxa"/>
              <w:bottom w:w="70" w:type="dxa"/>
              <w:end w:w="90" w:type="dxa"/>
            </w:tcMar>
          </w:tcPr>
          <w:p>
            <w:r>
              <w:rPr>
                <w:rFonts w:ascii="Cambria" w:hAnsi="Cambria" w:eastAsia="Cambria"/>
                <w:b/>
                <w:i w:val="0"/>
                <w:color w:val="222222"/>
                <w:sz w:val="17"/>
              </w:rPr>
              <w:t>Entry</w:t>
            </w:r>
          </w:p>
        </w:tc>
      </w:tr>
      <w:tr>
        <w:trPr>
          <w:cantSplit/>
        </w:trPr>
        <w:tc>
          <w:tcPr>
            <w:tcW w:type="dxa" w:w="3024"/>
            <w:tcMar>
              <w:top w:w="70" w:type="dxa"/>
              <w:start w:w="90" w:type="dxa"/>
              <w:bottom w:w="70" w:type="dxa"/>
              <w:end w:w="90" w:type="dxa"/>
            </w:tcMar>
            <w:vAlign w:val="top"/>
          </w:tcPr>
          <w:p>
            <w:r>
              <w:rPr>
                <w:rFonts w:ascii="Cambria" w:hAnsi="Cambria" w:eastAsia="Cambria"/>
                <w:b w:val="0"/>
                <w:i w:val="0"/>
                <w:color w:val="222222"/>
                <w:sz w:val="17"/>
              </w:rPr>
              <w:t>Audit ID</w:t>
            </w:r>
          </w:p>
        </w:tc>
        <w:tc>
          <w:tcPr>
            <w:tcW w:type="dxa" w:w="7056"/>
            <w:tcMar>
              <w:top w:w="70" w:type="dxa"/>
              <w:start w:w="90" w:type="dxa"/>
              <w:bottom w:w="70" w:type="dxa"/>
              <w:end w:w="90" w:type="dxa"/>
            </w:tcMar>
            <w:vAlign w:val="top"/>
          </w:tcPr>
          <w:p>
            <w:r>
              <w:rPr>
                <w:rFonts w:ascii="Cambria" w:hAnsi="Cambria" w:eastAsia="Cambria"/>
                <w:b w:val="0"/>
                <w:i w:val="0"/>
                <w:color w:val="222222"/>
                <w:sz w:val="17"/>
              </w:rPr>
              <w:t>[AUDIT ID]</w:t>
            </w:r>
          </w:p>
        </w:tc>
      </w:tr>
      <w:tr>
        <w:trPr>
          <w:cantSplit/>
        </w:trPr>
        <w:tc>
          <w:tcPr>
            <w:tcW w:type="dxa" w:w="3024"/>
            <w:tcMar>
              <w:top w:w="70" w:type="dxa"/>
              <w:start w:w="90" w:type="dxa"/>
              <w:bottom w:w="70" w:type="dxa"/>
              <w:end w:w="90" w:type="dxa"/>
            </w:tcMar>
            <w:vAlign w:val="top"/>
            <w:shd w:fill="F5F8FB"/>
          </w:tcPr>
          <w:p>
            <w:r>
              <w:rPr>
                <w:rFonts w:ascii="Cambria" w:hAnsi="Cambria" w:eastAsia="Cambria"/>
                <w:b w:val="0"/>
                <w:i w:val="0"/>
                <w:color w:val="222222"/>
                <w:sz w:val="17"/>
              </w:rPr>
              <w:t>Audit title</w:t>
            </w:r>
          </w:p>
        </w:tc>
        <w:tc>
          <w:tcPr>
            <w:tcW w:type="dxa" w:w="7056"/>
            <w:tcMar>
              <w:top w:w="70" w:type="dxa"/>
              <w:start w:w="90" w:type="dxa"/>
              <w:bottom w:w="70" w:type="dxa"/>
              <w:end w:w="90" w:type="dxa"/>
            </w:tcMar>
            <w:vAlign w:val="top"/>
            <w:shd w:fill="F5F8FB"/>
          </w:tcPr>
          <w:p>
            <w:r>
              <w:rPr>
                <w:rFonts w:ascii="Cambria" w:hAnsi="Cambria" w:eastAsia="Cambria"/>
                <w:b w:val="0"/>
                <w:i w:val="0"/>
                <w:color w:val="222222"/>
                <w:sz w:val="17"/>
              </w:rPr>
              <w:t>[TITLE]</w:t>
            </w:r>
          </w:p>
        </w:tc>
      </w:tr>
      <w:tr>
        <w:trPr>
          <w:cantSplit/>
        </w:trPr>
        <w:tc>
          <w:tcPr>
            <w:tcW w:type="dxa" w:w="3024"/>
            <w:tcMar>
              <w:top w:w="70" w:type="dxa"/>
              <w:start w:w="90" w:type="dxa"/>
              <w:bottom w:w="70" w:type="dxa"/>
              <w:end w:w="90" w:type="dxa"/>
            </w:tcMar>
            <w:vAlign w:val="top"/>
          </w:tcPr>
          <w:p>
            <w:r>
              <w:rPr>
                <w:rFonts w:ascii="Cambria" w:hAnsi="Cambria" w:eastAsia="Cambria"/>
                <w:b w:val="0"/>
                <w:i w:val="0"/>
                <w:color w:val="222222"/>
                <w:sz w:val="17"/>
              </w:rPr>
              <w:t>Audit dates</w:t>
            </w:r>
          </w:p>
        </w:tc>
        <w:tc>
          <w:tcPr>
            <w:tcW w:type="dxa" w:w="7056"/>
            <w:tcMar>
              <w:top w:w="70" w:type="dxa"/>
              <w:start w:w="90" w:type="dxa"/>
              <w:bottom w:w="70" w:type="dxa"/>
              <w:end w:w="90" w:type="dxa"/>
            </w:tcMar>
            <w:vAlign w:val="top"/>
          </w:tcPr>
          <w:p>
            <w:r>
              <w:rPr>
                <w:rFonts w:ascii="Cambria" w:hAnsi="Cambria" w:eastAsia="Cambria"/>
                <w:b w:val="0"/>
                <w:i w:val="0"/>
                <w:color w:val="222222"/>
                <w:sz w:val="17"/>
              </w:rPr>
              <w:t>[DATE / DATE RANGE]</w:t>
            </w:r>
          </w:p>
        </w:tc>
      </w:tr>
      <w:tr>
        <w:trPr>
          <w:cantSplit/>
        </w:trPr>
        <w:tc>
          <w:tcPr>
            <w:tcW w:type="dxa" w:w="3024"/>
            <w:tcMar>
              <w:top w:w="70" w:type="dxa"/>
              <w:start w:w="90" w:type="dxa"/>
              <w:bottom w:w="70" w:type="dxa"/>
              <w:end w:w="90" w:type="dxa"/>
            </w:tcMar>
            <w:vAlign w:val="top"/>
            <w:shd w:fill="F5F8FB"/>
          </w:tcPr>
          <w:p>
            <w:r>
              <w:rPr>
                <w:rFonts w:ascii="Cambria" w:hAnsi="Cambria" w:eastAsia="Cambria"/>
                <w:b w:val="0"/>
                <w:i w:val="0"/>
                <w:color w:val="222222"/>
                <w:sz w:val="17"/>
              </w:rPr>
              <w:t>Lead auditor</w:t>
            </w:r>
          </w:p>
        </w:tc>
        <w:tc>
          <w:tcPr>
            <w:tcW w:type="dxa" w:w="7056"/>
            <w:tcMar>
              <w:top w:w="70" w:type="dxa"/>
              <w:start w:w="90" w:type="dxa"/>
              <w:bottom w:w="70" w:type="dxa"/>
              <w:end w:w="90" w:type="dxa"/>
            </w:tcMar>
            <w:vAlign w:val="top"/>
            <w:shd w:fill="F5F8FB"/>
          </w:tcPr>
          <w:p>
            <w:r>
              <w:rPr>
                <w:rFonts w:ascii="Cambria" w:hAnsi="Cambria" w:eastAsia="Cambria"/>
                <w:b w:val="0"/>
                <w:i w:val="0"/>
                <w:color w:val="222222"/>
                <w:sz w:val="17"/>
              </w:rPr>
              <w:t>[NAME / ROLE]</w:t>
            </w:r>
          </w:p>
        </w:tc>
      </w:tr>
      <w:tr>
        <w:trPr>
          <w:cantSplit/>
        </w:trPr>
        <w:tc>
          <w:tcPr>
            <w:tcW w:type="dxa" w:w="3024"/>
            <w:tcMar>
              <w:top w:w="70" w:type="dxa"/>
              <w:start w:w="90" w:type="dxa"/>
              <w:bottom w:w="70" w:type="dxa"/>
              <w:end w:w="90" w:type="dxa"/>
            </w:tcMar>
            <w:vAlign w:val="top"/>
          </w:tcPr>
          <w:p>
            <w:r>
              <w:rPr>
                <w:rFonts w:ascii="Cambria" w:hAnsi="Cambria" w:eastAsia="Cambria"/>
                <w:b w:val="0"/>
                <w:i w:val="0"/>
                <w:color w:val="222222"/>
                <w:sz w:val="17"/>
              </w:rPr>
              <w:t>Audit team</w:t>
            </w:r>
          </w:p>
        </w:tc>
        <w:tc>
          <w:tcPr>
            <w:tcW w:type="dxa" w:w="7056"/>
            <w:tcMar>
              <w:top w:w="70" w:type="dxa"/>
              <w:start w:w="90" w:type="dxa"/>
              <w:bottom w:w="70" w:type="dxa"/>
              <w:end w:w="90" w:type="dxa"/>
            </w:tcMar>
            <w:vAlign w:val="top"/>
          </w:tcPr>
          <w:p>
            <w:r>
              <w:rPr>
                <w:rFonts w:ascii="Cambria" w:hAnsi="Cambria" w:eastAsia="Cambria"/>
                <w:b w:val="0"/>
                <w:i w:val="0"/>
                <w:color w:val="222222"/>
                <w:sz w:val="17"/>
              </w:rPr>
              <w:t>[NAMES / ROLES]</w:t>
            </w:r>
          </w:p>
        </w:tc>
      </w:tr>
      <w:tr>
        <w:trPr>
          <w:cantSplit/>
        </w:trPr>
        <w:tc>
          <w:tcPr>
            <w:tcW w:type="dxa" w:w="3024"/>
            <w:tcMar>
              <w:top w:w="70" w:type="dxa"/>
              <w:start w:w="90" w:type="dxa"/>
              <w:bottom w:w="70" w:type="dxa"/>
              <w:end w:w="90" w:type="dxa"/>
            </w:tcMar>
            <w:vAlign w:val="top"/>
            <w:shd w:fill="F5F8FB"/>
          </w:tcPr>
          <w:p>
            <w:r>
              <w:rPr>
                <w:rFonts w:ascii="Cambria" w:hAnsi="Cambria" w:eastAsia="Cambria"/>
                <w:b w:val="0"/>
                <w:i w:val="0"/>
                <w:color w:val="222222"/>
                <w:sz w:val="17"/>
              </w:rPr>
              <w:t>Audited functions / locations</w:t>
            </w:r>
          </w:p>
        </w:tc>
        <w:tc>
          <w:tcPr>
            <w:tcW w:type="dxa" w:w="7056"/>
            <w:tcMar>
              <w:top w:w="70" w:type="dxa"/>
              <w:start w:w="90" w:type="dxa"/>
              <w:bottom w:w="70" w:type="dxa"/>
              <w:end w:w="90" w:type="dxa"/>
            </w:tcMar>
            <w:vAlign w:val="top"/>
            <w:shd w:fill="F5F8FB"/>
          </w:tcPr>
          <w:p>
            <w:r>
              <w:rPr>
                <w:rFonts w:ascii="Cambria" w:hAnsi="Cambria" w:eastAsia="Cambria"/>
                <w:b w:val="0"/>
                <w:i w:val="0"/>
                <w:color w:val="222222"/>
                <w:sz w:val="17"/>
              </w:rPr>
              <w:t>[DEFINE]</w:t>
            </w:r>
          </w:p>
        </w:tc>
      </w:tr>
      <w:tr>
        <w:trPr>
          <w:cantSplit/>
        </w:trPr>
        <w:tc>
          <w:tcPr>
            <w:tcW w:type="dxa" w:w="3024"/>
            <w:tcMar>
              <w:top w:w="70" w:type="dxa"/>
              <w:start w:w="90" w:type="dxa"/>
              <w:bottom w:w="70" w:type="dxa"/>
              <w:end w:w="90" w:type="dxa"/>
            </w:tcMar>
            <w:vAlign w:val="top"/>
          </w:tcPr>
          <w:p>
            <w:r>
              <w:rPr>
                <w:rFonts w:ascii="Cambria" w:hAnsi="Cambria" w:eastAsia="Cambria"/>
                <w:b w:val="0"/>
                <w:i w:val="0"/>
                <w:color w:val="222222"/>
                <w:sz w:val="17"/>
              </w:rPr>
              <w:t>Report issue date</w:t>
            </w:r>
          </w:p>
        </w:tc>
        <w:tc>
          <w:tcPr>
            <w:tcW w:type="dxa" w:w="7056"/>
            <w:tcMar>
              <w:top w:w="70" w:type="dxa"/>
              <w:start w:w="90" w:type="dxa"/>
              <w:bottom w:w="70" w:type="dxa"/>
              <w:end w:w="90" w:type="dxa"/>
            </w:tcMar>
            <w:vAlign w:val="top"/>
          </w:tcPr>
          <w:p>
            <w:r>
              <w:rPr>
                <w:rFonts w:ascii="Cambria" w:hAnsi="Cambria" w:eastAsia="Cambria"/>
                <w:b w:val="0"/>
                <w:i w:val="0"/>
                <w:color w:val="222222"/>
                <w:sz w:val="17"/>
              </w:rPr>
              <w:t>[DATE]</w:t>
            </w:r>
          </w:p>
        </w:tc>
      </w:tr>
      <w:tr>
        <w:trPr>
          <w:cantSplit/>
        </w:trPr>
        <w:tc>
          <w:tcPr>
            <w:tcW w:type="dxa" w:w="3024"/>
            <w:tcMar>
              <w:top w:w="70" w:type="dxa"/>
              <w:start w:w="90" w:type="dxa"/>
              <w:bottom w:w="70" w:type="dxa"/>
              <w:end w:w="90" w:type="dxa"/>
            </w:tcMar>
            <w:vAlign w:val="top"/>
            <w:shd w:fill="F5F8FB"/>
          </w:tcPr>
          <w:p>
            <w:r>
              <w:rPr>
                <w:rFonts w:ascii="Cambria" w:hAnsi="Cambria" w:eastAsia="Cambria"/>
                <w:b w:val="0"/>
                <w:i w:val="0"/>
                <w:color w:val="222222"/>
                <w:sz w:val="17"/>
              </w:rPr>
              <w:t>Distribution</w:t>
            </w:r>
          </w:p>
        </w:tc>
        <w:tc>
          <w:tcPr>
            <w:tcW w:type="dxa" w:w="7056"/>
            <w:tcMar>
              <w:top w:w="70" w:type="dxa"/>
              <w:start w:w="90" w:type="dxa"/>
              <w:bottom w:w="70" w:type="dxa"/>
              <w:end w:w="90" w:type="dxa"/>
            </w:tcMar>
            <w:vAlign w:val="top"/>
            <w:shd w:fill="F5F8FB"/>
          </w:tcPr>
          <w:p>
            <w:r>
              <w:rPr>
                <w:rFonts w:ascii="Cambria" w:hAnsi="Cambria" w:eastAsia="Cambria"/>
                <w:b w:val="0"/>
                <w:i w:val="0"/>
                <w:color w:val="222222"/>
                <w:sz w:val="17"/>
              </w:rPr>
              <w:t>[CONTROLLED DISTRIBUTION LIST]</w:t>
            </w:r>
          </w:p>
        </w:tc>
      </w:tr>
    </w:tbl>
    <w:p/>
    <w:p>
      <w:pPr>
        <w:pStyle w:val="Heading1"/>
      </w:pPr>
      <w:r>
        <w:t>2. Audit Objective</w:t>
      </w:r>
    </w:p>
    <w:p>
      <w:r>
        <w:rPr>
          <w:rFonts w:ascii="Cambria" w:hAnsi="Cambria" w:eastAsia="Cambria"/>
          <w:b w:val="0"/>
          <w:i w:val="0"/>
          <w:color w:val="222222"/>
          <w:sz w:val="21"/>
        </w:rPr>
        <w:t>[State why the audit was conducted, for example: to evaluate conformity and effectiveness of selected Innovation Management System processes against ISO 56001:2024 and approved internal controls, and to identify information relevant to improvement.]</w:t>
      </w:r>
    </w:p>
    <w:p>
      <w:pPr>
        <w:pStyle w:val="Heading1"/>
      </w:pPr>
      <w:r>
        <w:t>3. Scope</w:t>
      </w:r>
    </w:p>
    <w:p>
      <w:r>
        <w:rPr>
          <w:rFonts w:ascii="Cambria" w:hAnsi="Cambria" w:eastAsia="Cambria"/>
          <w:b w:val="0"/>
          <w:i w:val="0"/>
          <w:color w:val="222222"/>
          <w:sz w:val="21"/>
        </w:rPr>
        <w:t>[Define organizational boundaries, processes, portfolios, initiative samples, locations and time period covered.]</w:t>
      </w:r>
    </w:p>
    <w:p>
      <w:pPr>
        <w:pStyle w:val="Heading1"/>
      </w:pPr>
      <w:r>
        <w:t>4. Audit Criteria</w:t>
      </w:r>
    </w:p>
    <w:p>
      <w:pPr>
        <w:pStyle w:val="ListBullet"/>
      </w:pPr>
      <w:r>
        <w:rPr>
          <w:rFonts w:ascii="Cambria" w:hAnsi="Cambria" w:eastAsia="Cambria"/>
          <w:b w:val="0"/>
          <w:i w:val="0"/>
          <w:color w:val="222222"/>
          <w:sz w:val="20"/>
        </w:rPr>
        <w:t>ISO 56001:2024 — applicable clause themes.</w:t>
      </w:r>
    </w:p>
    <w:p>
      <w:pPr>
        <w:pStyle w:val="ListBullet"/>
      </w:pPr>
      <w:r>
        <w:rPr>
          <w:rFonts w:ascii="Cambria" w:hAnsi="Cambria" w:eastAsia="Cambria"/>
          <w:b w:val="0"/>
          <w:i w:val="0"/>
          <w:color w:val="222222"/>
          <w:sz w:val="20"/>
        </w:rPr>
        <w:t>Approved Innovation Management Manual, policy, procedures, governance requirements and other controlled internal criteria.</w:t>
      </w:r>
    </w:p>
    <w:p>
      <w:pPr>
        <w:pStyle w:val="ListBullet"/>
      </w:pPr>
      <w:r>
        <w:rPr>
          <w:rFonts w:ascii="Cambria" w:hAnsi="Cambria" w:eastAsia="Cambria"/>
          <w:b w:val="0"/>
          <w:i w:val="0"/>
          <w:color w:val="222222"/>
          <w:sz w:val="20"/>
        </w:rPr>
        <w:t>Applicable contractual, regulatory or organizational requirements included in the audit scope, where relevant.</w:t>
      </w:r>
    </w:p>
    <w:p>
      <w:pPr>
        <w:pStyle w:val="Heading1"/>
      </w:pPr>
      <w:r>
        <w:t>5. Executive Summary</w:t>
      </w:r>
    </w:p>
    <w:tbl>
      <w:tblPr>
        <w:tblW w:type="auto" w:w="0"/>
        <w:jc w:val="center"/>
        <w:tblLayout w:type="fixed"/>
        <w:tblLook w:firstColumn="1" w:firstRow="1" w:lastColumn="0" w:lastRow="0" w:noHBand="0" w:noVBand="1" w:val="04A0"/>
      </w:tblPr>
      <w:tblGrid>
        <w:gridCol w:w="5046"/>
        <w:gridCol w:w="5046"/>
      </w:tblGrid>
      <w:tr>
        <w:trPr>
          <w:tblHeader w:val="true"/>
        </w:trPr>
        <w:tc>
          <w:tcPr>
            <w:tcW w:type="dxa" w:w="4032"/>
            <w:shd w:fill="D9EAF7"/>
            <w:tcMar>
              <w:top w:w="70" w:type="dxa"/>
              <w:start w:w="90" w:type="dxa"/>
              <w:bottom w:w="70" w:type="dxa"/>
              <w:end w:w="90" w:type="dxa"/>
            </w:tcMar>
          </w:tcPr>
          <w:p>
            <w:r>
              <w:rPr>
                <w:rFonts w:ascii="Cambria" w:hAnsi="Cambria" w:eastAsia="Cambria"/>
                <w:b/>
                <w:i w:val="0"/>
                <w:color w:val="222222"/>
                <w:sz w:val="17"/>
              </w:rPr>
              <w:t>Summary Item</w:t>
            </w:r>
          </w:p>
        </w:tc>
        <w:tc>
          <w:tcPr>
            <w:tcW w:type="dxa" w:w="6048"/>
            <w:shd w:fill="D9EAF7"/>
            <w:tcMar>
              <w:top w:w="70" w:type="dxa"/>
              <w:start w:w="90" w:type="dxa"/>
              <w:bottom w:w="70" w:type="dxa"/>
              <w:end w:w="90" w:type="dxa"/>
            </w:tcMar>
          </w:tcPr>
          <w:p>
            <w:r>
              <w:rPr>
                <w:rFonts w:ascii="Cambria" w:hAnsi="Cambria" w:eastAsia="Cambria"/>
                <w:b/>
                <w:i w:val="0"/>
                <w:color w:val="222222"/>
                <w:sz w:val="17"/>
              </w:rPr>
              <w:t>Result / Narrative</w:t>
            </w:r>
          </w:p>
        </w:tc>
      </w:tr>
      <w:tr>
        <w:trPr>
          <w:cantSplit/>
        </w:trPr>
        <w:tc>
          <w:tcPr>
            <w:tcW w:type="dxa" w:w="4032"/>
            <w:tcMar>
              <w:top w:w="70" w:type="dxa"/>
              <w:start w:w="90" w:type="dxa"/>
              <w:bottom w:w="70" w:type="dxa"/>
              <w:end w:w="90" w:type="dxa"/>
            </w:tcMar>
            <w:vAlign w:val="top"/>
          </w:tcPr>
          <w:p>
            <w:r>
              <w:rPr>
                <w:rFonts w:ascii="Cambria" w:hAnsi="Cambria" w:eastAsia="Cambria"/>
                <w:b w:val="0"/>
                <w:i w:val="0"/>
                <w:color w:val="222222"/>
                <w:sz w:val="17"/>
              </w:rPr>
              <w:t>Overall conclusion</w:t>
            </w:r>
          </w:p>
        </w:tc>
        <w:tc>
          <w:tcPr>
            <w:tcW w:type="dxa" w:w="6048"/>
            <w:tcMar>
              <w:top w:w="70" w:type="dxa"/>
              <w:start w:w="90" w:type="dxa"/>
              <w:bottom w:w="70" w:type="dxa"/>
              <w:end w:w="90" w:type="dxa"/>
            </w:tcMar>
            <w:vAlign w:val="top"/>
          </w:tcPr>
          <w:p>
            <w:r>
              <w:rPr>
                <w:rFonts w:ascii="Cambria" w:hAnsi="Cambria" w:eastAsia="Cambria"/>
                <w:b w:val="0"/>
                <w:i w:val="0"/>
                <w:color w:val="222222"/>
                <w:sz w:val="17"/>
              </w:rPr>
              <w:t>[CONCLUSION]</w:t>
            </w:r>
          </w:p>
        </w:tc>
      </w:tr>
      <w:tr>
        <w:trPr>
          <w:cantSplit/>
        </w:trPr>
        <w:tc>
          <w:tcPr>
            <w:tcW w:type="dxa" w:w="4032"/>
            <w:tcMar>
              <w:top w:w="70" w:type="dxa"/>
              <w:start w:w="90" w:type="dxa"/>
              <w:bottom w:w="70" w:type="dxa"/>
              <w:end w:w="90" w:type="dxa"/>
            </w:tcMar>
            <w:vAlign w:val="top"/>
            <w:shd w:fill="F5F8FB"/>
          </w:tcPr>
          <w:p>
            <w:r>
              <w:rPr>
                <w:rFonts w:ascii="Cambria" w:hAnsi="Cambria" w:eastAsia="Cambria"/>
                <w:b w:val="0"/>
                <w:i w:val="0"/>
                <w:color w:val="222222"/>
                <w:sz w:val="17"/>
              </w:rPr>
              <w:t>Major nonconformities</w:t>
            </w:r>
          </w:p>
        </w:tc>
        <w:tc>
          <w:tcPr>
            <w:tcW w:type="dxa" w:w="6048"/>
            <w:tcMar>
              <w:top w:w="70" w:type="dxa"/>
              <w:start w:w="90" w:type="dxa"/>
              <w:bottom w:w="70" w:type="dxa"/>
              <w:end w:w="90" w:type="dxa"/>
            </w:tcMar>
            <w:vAlign w:val="top"/>
            <w:shd w:fill="F5F8FB"/>
          </w:tcPr>
          <w:p>
            <w:r>
              <w:rPr>
                <w:rFonts w:ascii="Cambria" w:hAnsi="Cambria" w:eastAsia="Cambria"/>
                <w:b w:val="0"/>
                <w:i w:val="0"/>
                <w:color w:val="222222"/>
                <w:sz w:val="17"/>
              </w:rPr>
              <w:t>[0]</w:t>
            </w:r>
          </w:p>
        </w:tc>
      </w:tr>
      <w:tr>
        <w:trPr>
          <w:cantSplit/>
        </w:trPr>
        <w:tc>
          <w:tcPr>
            <w:tcW w:type="dxa" w:w="4032"/>
            <w:tcMar>
              <w:top w:w="70" w:type="dxa"/>
              <w:start w:w="90" w:type="dxa"/>
              <w:bottom w:w="70" w:type="dxa"/>
              <w:end w:w="90" w:type="dxa"/>
            </w:tcMar>
            <w:vAlign w:val="top"/>
          </w:tcPr>
          <w:p>
            <w:r>
              <w:rPr>
                <w:rFonts w:ascii="Cambria" w:hAnsi="Cambria" w:eastAsia="Cambria"/>
                <w:b w:val="0"/>
                <w:i w:val="0"/>
                <w:color w:val="222222"/>
                <w:sz w:val="17"/>
              </w:rPr>
              <w:t>Minor nonconformities</w:t>
            </w:r>
          </w:p>
        </w:tc>
        <w:tc>
          <w:tcPr>
            <w:tcW w:type="dxa" w:w="6048"/>
            <w:tcMar>
              <w:top w:w="70" w:type="dxa"/>
              <w:start w:w="90" w:type="dxa"/>
              <w:bottom w:w="70" w:type="dxa"/>
              <w:end w:w="90" w:type="dxa"/>
            </w:tcMar>
            <w:vAlign w:val="top"/>
          </w:tcPr>
          <w:p>
            <w:r>
              <w:rPr>
                <w:rFonts w:ascii="Cambria" w:hAnsi="Cambria" w:eastAsia="Cambria"/>
                <w:b w:val="0"/>
                <w:i w:val="0"/>
                <w:color w:val="222222"/>
                <w:sz w:val="17"/>
              </w:rPr>
              <w:t>[0]</w:t>
            </w:r>
          </w:p>
        </w:tc>
      </w:tr>
      <w:tr>
        <w:trPr>
          <w:cantSplit/>
        </w:trPr>
        <w:tc>
          <w:tcPr>
            <w:tcW w:type="dxa" w:w="4032"/>
            <w:tcMar>
              <w:top w:w="70" w:type="dxa"/>
              <w:start w:w="90" w:type="dxa"/>
              <w:bottom w:w="70" w:type="dxa"/>
              <w:end w:w="90" w:type="dxa"/>
            </w:tcMar>
            <w:vAlign w:val="top"/>
            <w:shd w:fill="F5F8FB"/>
          </w:tcPr>
          <w:p>
            <w:r>
              <w:rPr>
                <w:rFonts w:ascii="Cambria" w:hAnsi="Cambria" w:eastAsia="Cambria"/>
                <w:b w:val="0"/>
                <w:i w:val="0"/>
                <w:color w:val="222222"/>
                <w:sz w:val="17"/>
              </w:rPr>
              <w:t>Observations</w:t>
            </w:r>
          </w:p>
        </w:tc>
        <w:tc>
          <w:tcPr>
            <w:tcW w:type="dxa" w:w="6048"/>
            <w:tcMar>
              <w:top w:w="70" w:type="dxa"/>
              <w:start w:w="90" w:type="dxa"/>
              <w:bottom w:w="70" w:type="dxa"/>
              <w:end w:w="90" w:type="dxa"/>
            </w:tcMar>
            <w:vAlign w:val="top"/>
            <w:shd w:fill="F5F8FB"/>
          </w:tcPr>
          <w:p>
            <w:r>
              <w:rPr>
                <w:rFonts w:ascii="Cambria" w:hAnsi="Cambria" w:eastAsia="Cambria"/>
                <w:b w:val="0"/>
                <w:i w:val="0"/>
                <w:color w:val="222222"/>
                <w:sz w:val="17"/>
              </w:rPr>
              <w:t>[0]</w:t>
            </w:r>
          </w:p>
        </w:tc>
      </w:tr>
      <w:tr>
        <w:trPr>
          <w:cantSplit/>
        </w:trPr>
        <w:tc>
          <w:tcPr>
            <w:tcW w:type="dxa" w:w="4032"/>
            <w:tcMar>
              <w:top w:w="70" w:type="dxa"/>
              <w:start w:w="90" w:type="dxa"/>
              <w:bottom w:w="70" w:type="dxa"/>
              <w:end w:w="90" w:type="dxa"/>
            </w:tcMar>
            <w:vAlign w:val="top"/>
          </w:tcPr>
          <w:p>
            <w:r>
              <w:rPr>
                <w:rFonts w:ascii="Cambria" w:hAnsi="Cambria" w:eastAsia="Cambria"/>
                <w:b w:val="0"/>
                <w:i w:val="0"/>
                <w:color w:val="222222"/>
                <w:sz w:val="17"/>
              </w:rPr>
              <w:t>Opportunities for improvement</w:t>
            </w:r>
          </w:p>
        </w:tc>
        <w:tc>
          <w:tcPr>
            <w:tcW w:type="dxa" w:w="6048"/>
            <w:tcMar>
              <w:top w:w="70" w:type="dxa"/>
              <w:start w:w="90" w:type="dxa"/>
              <w:bottom w:w="70" w:type="dxa"/>
              <w:end w:w="90" w:type="dxa"/>
            </w:tcMar>
            <w:vAlign w:val="top"/>
          </w:tcPr>
          <w:p>
            <w:r>
              <w:rPr>
                <w:rFonts w:ascii="Cambria" w:hAnsi="Cambria" w:eastAsia="Cambria"/>
                <w:b w:val="0"/>
                <w:i w:val="0"/>
                <w:color w:val="222222"/>
                <w:sz w:val="17"/>
              </w:rPr>
              <w:t>[0]</w:t>
            </w:r>
          </w:p>
        </w:tc>
      </w:tr>
      <w:tr>
        <w:trPr>
          <w:cantSplit/>
        </w:trPr>
        <w:tc>
          <w:tcPr>
            <w:tcW w:type="dxa" w:w="4032"/>
            <w:tcMar>
              <w:top w:w="70" w:type="dxa"/>
              <w:start w:w="90" w:type="dxa"/>
              <w:bottom w:w="70" w:type="dxa"/>
              <w:end w:w="90" w:type="dxa"/>
            </w:tcMar>
            <w:vAlign w:val="top"/>
            <w:shd w:fill="F5F8FB"/>
          </w:tcPr>
          <w:p>
            <w:r>
              <w:rPr>
                <w:rFonts w:ascii="Cambria" w:hAnsi="Cambria" w:eastAsia="Cambria"/>
                <w:b w:val="0"/>
                <w:i w:val="0"/>
                <w:color w:val="222222"/>
                <w:sz w:val="17"/>
              </w:rPr>
              <w:t>Positive / effective practices</w:t>
            </w:r>
          </w:p>
        </w:tc>
        <w:tc>
          <w:tcPr>
            <w:tcW w:type="dxa" w:w="6048"/>
            <w:tcMar>
              <w:top w:w="70" w:type="dxa"/>
              <w:start w:w="90" w:type="dxa"/>
              <w:bottom w:w="70" w:type="dxa"/>
              <w:end w:w="90" w:type="dxa"/>
            </w:tcMar>
            <w:vAlign w:val="top"/>
            <w:shd w:fill="F5F8FB"/>
          </w:tcPr>
          <w:p>
            <w:r>
              <w:rPr>
                <w:rFonts w:ascii="Cambria" w:hAnsi="Cambria" w:eastAsia="Cambria"/>
                <w:b w:val="0"/>
                <w:i w:val="0"/>
                <w:color w:val="222222"/>
                <w:sz w:val="17"/>
              </w:rPr>
              <w:t>[SUMMARY]</w:t>
            </w:r>
          </w:p>
        </w:tc>
      </w:tr>
      <w:tr>
        <w:trPr>
          <w:cantSplit/>
        </w:trPr>
        <w:tc>
          <w:tcPr>
            <w:tcW w:type="dxa" w:w="4032"/>
            <w:tcMar>
              <w:top w:w="70" w:type="dxa"/>
              <w:start w:w="90" w:type="dxa"/>
              <w:bottom w:w="70" w:type="dxa"/>
              <w:end w:w="90" w:type="dxa"/>
            </w:tcMar>
            <w:vAlign w:val="top"/>
          </w:tcPr>
          <w:p>
            <w:r>
              <w:rPr>
                <w:rFonts w:ascii="Cambria" w:hAnsi="Cambria" w:eastAsia="Cambria"/>
                <w:b w:val="0"/>
                <w:i w:val="0"/>
                <w:color w:val="222222"/>
                <w:sz w:val="17"/>
              </w:rPr>
              <w:t>High-impact themes requiring management attention</w:t>
            </w:r>
          </w:p>
        </w:tc>
        <w:tc>
          <w:tcPr>
            <w:tcW w:type="dxa" w:w="6048"/>
            <w:tcMar>
              <w:top w:w="70" w:type="dxa"/>
              <w:start w:w="90" w:type="dxa"/>
              <w:bottom w:w="70" w:type="dxa"/>
              <w:end w:w="90" w:type="dxa"/>
            </w:tcMar>
            <w:vAlign w:val="top"/>
          </w:tcPr>
          <w:p>
            <w:r>
              <w:rPr>
                <w:rFonts w:ascii="Cambria" w:hAnsi="Cambria" w:eastAsia="Cambria"/>
                <w:b w:val="0"/>
                <w:i w:val="0"/>
                <w:color w:val="222222"/>
                <w:sz w:val="17"/>
              </w:rPr>
              <w:t>[SUMMARY]</w:t>
            </w:r>
          </w:p>
        </w:tc>
      </w:tr>
      <w:tr>
        <w:trPr>
          <w:cantSplit/>
        </w:trPr>
        <w:tc>
          <w:tcPr>
            <w:tcW w:type="dxa" w:w="4032"/>
            <w:tcMar>
              <w:top w:w="70" w:type="dxa"/>
              <w:start w:w="90" w:type="dxa"/>
              <w:bottom w:w="70" w:type="dxa"/>
              <w:end w:w="90" w:type="dxa"/>
            </w:tcMar>
            <w:vAlign w:val="top"/>
            <w:shd w:fill="F5F8FB"/>
          </w:tcPr>
          <w:p>
            <w:r>
              <w:rPr>
                <w:rFonts w:ascii="Cambria" w:hAnsi="Cambria" w:eastAsia="Cambria"/>
                <w:b w:val="0"/>
                <w:i w:val="0"/>
                <w:color w:val="222222"/>
                <w:sz w:val="17"/>
              </w:rPr>
              <w:t>Key assessment limitations</w:t>
            </w:r>
          </w:p>
        </w:tc>
        <w:tc>
          <w:tcPr>
            <w:tcW w:type="dxa" w:w="6048"/>
            <w:tcMar>
              <w:top w:w="70" w:type="dxa"/>
              <w:start w:w="90" w:type="dxa"/>
              <w:bottom w:w="70" w:type="dxa"/>
              <w:end w:w="90" w:type="dxa"/>
            </w:tcMar>
            <w:vAlign w:val="top"/>
            <w:shd w:fill="F5F8FB"/>
          </w:tcPr>
          <w:p>
            <w:r>
              <w:rPr>
                <w:rFonts w:ascii="Cambria" w:hAnsi="Cambria" w:eastAsia="Cambria"/>
                <w:b w:val="0"/>
                <w:i w:val="0"/>
                <w:color w:val="222222"/>
                <w:sz w:val="17"/>
              </w:rPr>
              <w:t>[SUMMARY / NONE]</w:t>
            </w:r>
          </w:p>
        </w:tc>
      </w:tr>
    </w:tbl>
    <w:p/>
    <w:p>
      <w:pPr>
        <w:pStyle w:val="ToolkitNote"/>
      </w:pPr>
      <w:r>
        <w:rPr>
          <w:rFonts w:ascii="Cambria" w:hAnsi="Cambria" w:eastAsia="Cambria"/>
          <w:b w:val="0"/>
          <w:i/>
          <w:color w:val="C00000"/>
          <w:sz w:val="18"/>
        </w:rPr>
        <w:t>[Note] Do not enter Example Data in an issued internal audit report. This template intentionally uses placeholders instead of invented audit outcomes.</w:t>
      </w:r>
    </w:p>
    <w:p>
      <w:pPr>
        <w:pStyle w:val="Heading1"/>
      </w:pPr>
      <w:r>
        <w:t>6. Methodology</w:t>
      </w:r>
    </w:p>
    <w:p>
      <w:pPr>
        <w:pStyle w:val="ListBullet"/>
      </w:pPr>
      <w:r>
        <w:rPr>
          <w:rFonts w:ascii="Cambria" w:hAnsi="Cambria" w:eastAsia="Cambria"/>
          <w:b w:val="0"/>
          <w:i w:val="0"/>
          <w:color w:val="222222"/>
          <w:sz w:val="20"/>
        </w:rPr>
        <w:t>Opening meeting and scope confirmation.</w:t>
      </w:r>
    </w:p>
    <w:p>
      <w:pPr>
        <w:pStyle w:val="ListBullet"/>
      </w:pPr>
      <w:r>
        <w:rPr>
          <w:rFonts w:ascii="Cambria" w:hAnsi="Cambria" w:eastAsia="Cambria"/>
          <w:b w:val="0"/>
          <w:i w:val="0"/>
          <w:color w:val="222222"/>
          <w:sz w:val="20"/>
        </w:rPr>
        <w:t>Interviews with selected leaders, process owners, portfolio roles, initiative teams and enabling functions.</w:t>
      </w:r>
    </w:p>
    <w:p>
      <w:pPr>
        <w:pStyle w:val="ListBullet"/>
      </w:pPr>
      <w:r>
        <w:rPr>
          <w:rFonts w:ascii="Cambria" w:hAnsi="Cambria" w:eastAsia="Cambria"/>
          <w:b w:val="0"/>
          <w:i w:val="0"/>
          <w:color w:val="222222"/>
          <w:sz w:val="20"/>
        </w:rPr>
        <w:t>Review of controlled documented information and records.</w:t>
      </w:r>
    </w:p>
    <w:p>
      <w:pPr>
        <w:pStyle w:val="ListBullet"/>
      </w:pPr>
      <w:r>
        <w:rPr>
          <w:rFonts w:ascii="Cambria" w:hAnsi="Cambria" w:eastAsia="Cambria"/>
          <w:b w:val="0"/>
          <w:i w:val="0"/>
          <w:color w:val="222222"/>
          <w:sz w:val="20"/>
        </w:rPr>
        <w:t>Sampling of representative innovation initiatives across relevant stages / horizons.</w:t>
      </w:r>
    </w:p>
    <w:p>
      <w:pPr>
        <w:pStyle w:val="ListBullet"/>
      </w:pPr>
      <w:r>
        <w:rPr>
          <w:rFonts w:ascii="Cambria" w:hAnsi="Cambria" w:eastAsia="Cambria"/>
          <w:b w:val="0"/>
          <w:i w:val="0"/>
          <w:color w:val="222222"/>
          <w:sz w:val="20"/>
        </w:rPr>
        <w:t>Trace-through of selected governance decisions, measurements and corrective actions.</w:t>
      </w:r>
    </w:p>
    <w:p>
      <w:pPr>
        <w:pStyle w:val="ListBullet"/>
      </w:pPr>
      <w:r>
        <w:rPr>
          <w:rFonts w:ascii="Cambria" w:hAnsi="Cambria" w:eastAsia="Cambria"/>
          <w:b w:val="0"/>
          <w:i w:val="0"/>
          <w:color w:val="222222"/>
          <w:sz w:val="20"/>
        </w:rPr>
        <w:t>Closing meeting to present factual audit results and follow-up requirements.</w:t>
      </w:r>
    </w:p>
    <w:p>
      <w:pPr>
        <w:pStyle w:val="Heading1"/>
      </w:pPr>
      <w:r>
        <w:t>7. Audit Sample</w:t>
      </w:r>
    </w:p>
    <w:tbl>
      <w:tblPr>
        <w:tblW w:type="auto" w:w="0"/>
        <w:jc w:val="center"/>
        <w:tblLayout w:type="fixed"/>
        <w:tblLook w:firstColumn="1" w:firstRow="1" w:lastColumn="0" w:lastRow="0" w:noHBand="0" w:noVBand="1" w:val="04A0"/>
      </w:tblPr>
      <w:tblGrid>
        <w:gridCol w:w="2018"/>
        <w:gridCol w:w="2018"/>
        <w:gridCol w:w="2018"/>
        <w:gridCol w:w="2018"/>
        <w:gridCol w:w="2018"/>
      </w:tblGrid>
      <w:tr>
        <w:trPr>
          <w:tblHeader w:val="true"/>
        </w:trPr>
        <w:tc>
          <w:tcPr>
            <w:tcW w:type="dxa" w:w="1152"/>
            <w:shd w:fill="D9EAF7"/>
            <w:tcMar>
              <w:top w:w="70" w:type="dxa"/>
              <w:start w:w="90" w:type="dxa"/>
              <w:bottom w:w="70" w:type="dxa"/>
              <w:end w:w="90" w:type="dxa"/>
            </w:tcMar>
          </w:tcPr>
          <w:p>
            <w:r>
              <w:rPr>
                <w:rFonts w:ascii="Cambria" w:hAnsi="Cambria" w:eastAsia="Cambria"/>
                <w:b/>
                <w:i w:val="0"/>
                <w:color w:val="222222"/>
                <w:sz w:val="16"/>
              </w:rPr>
              <w:t>Sample ID</w:t>
            </w:r>
          </w:p>
        </w:tc>
        <w:tc>
          <w:tcPr>
            <w:tcW w:type="dxa" w:w="2880"/>
            <w:shd w:fill="D9EAF7"/>
            <w:tcMar>
              <w:top w:w="70" w:type="dxa"/>
              <w:start w:w="90" w:type="dxa"/>
              <w:bottom w:w="70" w:type="dxa"/>
              <w:end w:w="90" w:type="dxa"/>
            </w:tcMar>
          </w:tcPr>
          <w:p>
            <w:r>
              <w:rPr>
                <w:rFonts w:ascii="Cambria" w:hAnsi="Cambria" w:eastAsia="Cambria"/>
                <w:b/>
                <w:i w:val="0"/>
                <w:color w:val="222222"/>
                <w:sz w:val="16"/>
              </w:rPr>
              <w:t>Process / Portfolio / Initiative</w:t>
            </w:r>
          </w:p>
        </w:tc>
        <w:tc>
          <w:tcPr>
            <w:tcW w:type="dxa" w:w="2880"/>
            <w:shd w:fill="D9EAF7"/>
            <w:tcMar>
              <w:top w:w="70" w:type="dxa"/>
              <w:start w:w="90" w:type="dxa"/>
              <w:bottom w:w="70" w:type="dxa"/>
              <w:end w:w="90" w:type="dxa"/>
            </w:tcMar>
          </w:tcPr>
          <w:p>
            <w:r>
              <w:rPr>
                <w:rFonts w:ascii="Cambria" w:hAnsi="Cambria" w:eastAsia="Cambria"/>
                <w:b/>
                <w:i w:val="0"/>
                <w:color w:val="222222"/>
                <w:sz w:val="16"/>
              </w:rPr>
              <w:t>Reason for Selection</w:t>
            </w:r>
          </w:p>
        </w:tc>
        <w:tc>
          <w:tcPr>
            <w:tcW w:type="dxa" w:w="2880"/>
            <w:shd w:fill="D9EAF7"/>
            <w:tcMar>
              <w:top w:w="70" w:type="dxa"/>
              <w:start w:w="90" w:type="dxa"/>
              <w:bottom w:w="70" w:type="dxa"/>
              <w:end w:w="90" w:type="dxa"/>
            </w:tcMar>
          </w:tcPr>
          <w:p>
            <w:r>
              <w:rPr>
                <w:rFonts w:ascii="Cambria" w:hAnsi="Cambria" w:eastAsia="Cambria"/>
                <w:b/>
                <w:i w:val="0"/>
                <w:color w:val="222222"/>
                <w:sz w:val="16"/>
              </w:rPr>
              <w:t>Evidence Reviewed</w:t>
            </w:r>
          </w:p>
        </w:tc>
        <w:tc>
          <w:tcPr>
            <w:tcW w:type="dxa" w:w="1440"/>
            <w:shd w:fill="D9EAF7"/>
            <w:tcMar>
              <w:top w:w="70" w:type="dxa"/>
              <w:start w:w="90" w:type="dxa"/>
              <w:bottom w:w="70" w:type="dxa"/>
              <w:end w:w="90" w:type="dxa"/>
            </w:tcMar>
          </w:tcPr>
          <w:p>
            <w:r>
              <w:rPr>
                <w:rFonts w:ascii="Cambria" w:hAnsi="Cambria" w:eastAsia="Cambria"/>
                <w:b/>
                <w:i w:val="0"/>
                <w:color w:val="222222"/>
                <w:sz w:val="16"/>
              </w:rPr>
              <w:t>Result Reference</w:t>
            </w:r>
          </w:p>
        </w:tc>
      </w:tr>
      <w:tr>
        <w:trPr>
          <w:cantSplit/>
        </w:trPr>
        <w:tc>
          <w:tcPr>
            <w:tcW w:type="dxa" w:w="1152"/>
            <w:tcMar>
              <w:top w:w="70" w:type="dxa"/>
              <w:start w:w="90" w:type="dxa"/>
              <w:bottom w:w="70" w:type="dxa"/>
              <w:end w:w="90" w:type="dxa"/>
            </w:tcMar>
            <w:vAlign w:val="top"/>
          </w:tcPr>
          <w:p>
            <w:r>
              <w:rPr>
                <w:rFonts w:ascii="Cambria" w:hAnsi="Cambria" w:eastAsia="Cambria"/>
                <w:b w:val="0"/>
                <w:i w:val="0"/>
                <w:color w:val="222222"/>
                <w:sz w:val="16"/>
              </w:rPr>
            </w:r>
          </w:p>
        </w:tc>
        <w:tc>
          <w:tcPr>
            <w:tcW w:type="dxa" w:w="2880"/>
            <w:tcMar>
              <w:top w:w="70" w:type="dxa"/>
              <w:start w:w="90" w:type="dxa"/>
              <w:bottom w:w="70" w:type="dxa"/>
              <w:end w:w="90" w:type="dxa"/>
            </w:tcMar>
            <w:vAlign w:val="top"/>
          </w:tcPr>
          <w:p>
            <w:r>
              <w:rPr>
                <w:rFonts w:ascii="Cambria" w:hAnsi="Cambria" w:eastAsia="Cambria"/>
                <w:b w:val="0"/>
                <w:i w:val="0"/>
                <w:color w:val="222222"/>
                <w:sz w:val="16"/>
              </w:rPr>
            </w:r>
          </w:p>
        </w:tc>
        <w:tc>
          <w:tcPr>
            <w:tcW w:type="dxa" w:w="2880"/>
            <w:tcMar>
              <w:top w:w="70" w:type="dxa"/>
              <w:start w:w="90" w:type="dxa"/>
              <w:bottom w:w="70" w:type="dxa"/>
              <w:end w:w="90" w:type="dxa"/>
            </w:tcMar>
            <w:vAlign w:val="top"/>
          </w:tcPr>
          <w:p>
            <w:r>
              <w:rPr>
                <w:rFonts w:ascii="Cambria" w:hAnsi="Cambria" w:eastAsia="Cambria"/>
                <w:b w:val="0"/>
                <w:i w:val="0"/>
                <w:color w:val="222222"/>
                <w:sz w:val="16"/>
              </w:rPr>
            </w:r>
          </w:p>
        </w:tc>
        <w:tc>
          <w:tcPr>
            <w:tcW w:type="dxa" w:w="2880"/>
            <w:tcMar>
              <w:top w:w="70" w:type="dxa"/>
              <w:start w:w="90" w:type="dxa"/>
              <w:bottom w:w="70" w:type="dxa"/>
              <w:end w:w="90" w:type="dxa"/>
            </w:tcMar>
            <w:vAlign w:val="top"/>
          </w:tcPr>
          <w:p>
            <w:r>
              <w:rPr>
                <w:rFonts w:ascii="Cambria" w:hAnsi="Cambria" w:eastAsia="Cambria"/>
                <w:b w:val="0"/>
                <w:i w:val="0"/>
                <w:color w:val="222222"/>
                <w:sz w:val="16"/>
              </w:rPr>
            </w:r>
          </w:p>
        </w:tc>
        <w:tc>
          <w:tcPr>
            <w:tcW w:type="dxa" w:w="1440"/>
            <w:tcMar>
              <w:top w:w="70" w:type="dxa"/>
              <w:start w:w="90" w:type="dxa"/>
              <w:bottom w:w="70" w:type="dxa"/>
              <w:end w:w="90" w:type="dxa"/>
            </w:tcMar>
            <w:vAlign w:val="top"/>
          </w:tcPr>
          <w:p>
            <w:r>
              <w:rPr>
                <w:rFonts w:ascii="Cambria" w:hAnsi="Cambria" w:eastAsia="Cambria"/>
                <w:b w:val="0"/>
                <w:i w:val="0"/>
                <w:color w:val="222222"/>
                <w:sz w:val="16"/>
              </w:rPr>
            </w:r>
          </w:p>
        </w:tc>
      </w:tr>
      <w:tr>
        <w:trPr>
          <w:cantSplit/>
        </w:trPr>
        <w:tc>
          <w:tcPr>
            <w:tcW w:type="dxa" w:w="1152"/>
            <w:tcMar>
              <w:top w:w="70" w:type="dxa"/>
              <w:start w:w="90" w:type="dxa"/>
              <w:bottom w:w="70" w:type="dxa"/>
              <w:end w:w="90" w:type="dxa"/>
            </w:tcMar>
            <w:vAlign w:val="top"/>
            <w:shd w:fill="F5F8FB"/>
          </w:tcPr>
          <w:p>
            <w:r>
              <w:rPr>
                <w:rFonts w:ascii="Cambria" w:hAnsi="Cambria" w:eastAsia="Cambria"/>
                <w:b w:val="0"/>
                <w:i w:val="0"/>
                <w:color w:val="222222"/>
                <w:sz w:val="16"/>
              </w:rPr>
            </w:r>
          </w:p>
        </w:tc>
        <w:tc>
          <w:tcPr>
            <w:tcW w:type="dxa" w:w="2880"/>
            <w:tcMar>
              <w:top w:w="70" w:type="dxa"/>
              <w:start w:w="90" w:type="dxa"/>
              <w:bottom w:w="70" w:type="dxa"/>
              <w:end w:w="90" w:type="dxa"/>
            </w:tcMar>
            <w:vAlign w:val="top"/>
            <w:shd w:fill="F5F8FB"/>
          </w:tcPr>
          <w:p>
            <w:r>
              <w:rPr>
                <w:rFonts w:ascii="Cambria" w:hAnsi="Cambria" w:eastAsia="Cambria"/>
                <w:b w:val="0"/>
                <w:i w:val="0"/>
                <w:color w:val="222222"/>
                <w:sz w:val="16"/>
              </w:rPr>
            </w:r>
          </w:p>
        </w:tc>
        <w:tc>
          <w:tcPr>
            <w:tcW w:type="dxa" w:w="2880"/>
            <w:tcMar>
              <w:top w:w="70" w:type="dxa"/>
              <w:start w:w="90" w:type="dxa"/>
              <w:bottom w:w="70" w:type="dxa"/>
              <w:end w:w="90" w:type="dxa"/>
            </w:tcMar>
            <w:vAlign w:val="top"/>
            <w:shd w:fill="F5F8FB"/>
          </w:tcPr>
          <w:p>
            <w:r>
              <w:rPr>
                <w:rFonts w:ascii="Cambria" w:hAnsi="Cambria" w:eastAsia="Cambria"/>
                <w:b w:val="0"/>
                <w:i w:val="0"/>
                <w:color w:val="222222"/>
                <w:sz w:val="16"/>
              </w:rPr>
            </w:r>
          </w:p>
        </w:tc>
        <w:tc>
          <w:tcPr>
            <w:tcW w:type="dxa" w:w="2880"/>
            <w:tcMar>
              <w:top w:w="70" w:type="dxa"/>
              <w:start w:w="90" w:type="dxa"/>
              <w:bottom w:w="70" w:type="dxa"/>
              <w:end w:w="90" w:type="dxa"/>
            </w:tcMar>
            <w:vAlign w:val="top"/>
            <w:shd w:fill="F5F8FB"/>
          </w:tcPr>
          <w:p>
            <w:r>
              <w:rPr>
                <w:rFonts w:ascii="Cambria" w:hAnsi="Cambria" w:eastAsia="Cambria"/>
                <w:b w:val="0"/>
                <w:i w:val="0"/>
                <w:color w:val="222222"/>
                <w:sz w:val="16"/>
              </w:rPr>
            </w:r>
          </w:p>
        </w:tc>
        <w:tc>
          <w:tcPr>
            <w:tcW w:type="dxa" w:w="1440"/>
            <w:tcMar>
              <w:top w:w="70" w:type="dxa"/>
              <w:start w:w="90" w:type="dxa"/>
              <w:bottom w:w="70" w:type="dxa"/>
              <w:end w:w="90" w:type="dxa"/>
            </w:tcMar>
            <w:vAlign w:val="top"/>
            <w:shd w:fill="F5F8FB"/>
          </w:tcPr>
          <w:p>
            <w:r>
              <w:rPr>
                <w:rFonts w:ascii="Cambria" w:hAnsi="Cambria" w:eastAsia="Cambria"/>
                <w:b w:val="0"/>
                <w:i w:val="0"/>
                <w:color w:val="222222"/>
                <w:sz w:val="16"/>
              </w:rPr>
            </w:r>
          </w:p>
        </w:tc>
      </w:tr>
      <w:tr>
        <w:trPr>
          <w:cantSplit/>
        </w:trPr>
        <w:tc>
          <w:tcPr>
            <w:tcW w:type="dxa" w:w="1152"/>
            <w:tcMar>
              <w:top w:w="70" w:type="dxa"/>
              <w:start w:w="90" w:type="dxa"/>
              <w:bottom w:w="70" w:type="dxa"/>
              <w:end w:w="90" w:type="dxa"/>
            </w:tcMar>
            <w:vAlign w:val="top"/>
          </w:tcPr>
          <w:p>
            <w:r>
              <w:rPr>
                <w:rFonts w:ascii="Cambria" w:hAnsi="Cambria" w:eastAsia="Cambria"/>
                <w:b w:val="0"/>
                <w:i w:val="0"/>
                <w:color w:val="222222"/>
                <w:sz w:val="16"/>
              </w:rPr>
            </w:r>
          </w:p>
        </w:tc>
        <w:tc>
          <w:tcPr>
            <w:tcW w:type="dxa" w:w="2880"/>
            <w:tcMar>
              <w:top w:w="70" w:type="dxa"/>
              <w:start w:w="90" w:type="dxa"/>
              <w:bottom w:w="70" w:type="dxa"/>
              <w:end w:w="90" w:type="dxa"/>
            </w:tcMar>
            <w:vAlign w:val="top"/>
          </w:tcPr>
          <w:p>
            <w:r>
              <w:rPr>
                <w:rFonts w:ascii="Cambria" w:hAnsi="Cambria" w:eastAsia="Cambria"/>
                <w:b w:val="0"/>
                <w:i w:val="0"/>
                <w:color w:val="222222"/>
                <w:sz w:val="16"/>
              </w:rPr>
            </w:r>
          </w:p>
        </w:tc>
        <w:tc>
          <w:tcPr>
            <w:tcW w:type="dxa" w:w="2880"/>
            <w:tcMar>
              <w:top w:w="70" w:type="dxa"/>
              <w:start w:w="90" w:type="dxa"/>
              <w:bottom w:w="70" w:type="dxa"/>
              <w:end w:w="90" w:type="dxa"/>
            </w:tcMar>
            <w:vAlign w:val="top"/>
          </w:tcPr>
          <w:p>
            <w:r>
              <w:rPr>
                <w:rFonts w:ascii="Cambria" w:hAnsi="Cambria" w:eastAsia="Cambria"/>
                <w:b w:val="0"/>
                <w:i w:val="0"/>
                <w:color w:val="222222"/>
                <w:sz w:val="16"/>
              </w:rPr>
            </w:r>
          </w:p>
        </w:tc>
        <w:tc>
          <w:tcPr>
            <w:tcW w:type="dxa" w:w="2880"/>
            <w:tcMar>
              <w:top w:w="70" w:type="dxa"/>
              <w:start w:w="90" w:type="dxa"/>
              <w:bottom w:w="70" w:type="dxa"/>
              <w:end w:w="90" w:type="dxa"/>
            </w:tcMar>
            <w:vAlign w:val="top"/>
          </w:tcPr>
          <w:p>
            <w:r>
              <w:rPr>
                <w:rFonts w:ascii="Cambria" w:hAnsi="Cambria" w:eastAsia="Cambria"/>
                <w:b w:val="0"/>
                <w:i w:val="0"/>
                <w:color w:val="222222"/>
                <w:sz w:val="16"/>
              </w:rPr>
            </w:r>
          </w:p>
        </w:tc>
        <w:tc>
          <w:tcPr>
            <w:tcW w:type="dxa" w:w="1440"/>
            <w:tcMar>
              <w:top w:w="70" w:type="dxa"/>
              <w:start w:w="90" w:type="dxa"/>
              <w:bottom w:w="70" w:type="dxa"/>
              <w:end w:w="90" w:type="dxa"/>
            </w:tcMar>
            <w:vAlign w:val="top"/>
          </w:tcPr>
          <w:p>
            <w:r>
              <w:rPr>
                <w:rFonts w:ascii="Cambria" w:hAnsi="Cambria" w:eastAsia="Cambria"/>
                <w:b w:val="0"/>
                <w:i w:val="0"/>
                <w:color w:val="222222"/>
                <w:sz w:val="16"/>
              </w:rPr>
            </w:r>
          </w:p>
        </w:tc>
      </w:tr>
      <w:tr>
        <w:trPr>
          <w:cantSplit/>
        </w:trPr>
        <w:tc>
          <w:tcPr>
            <w:tcW w:type="dxa" w:w="1152"/>
            <w:tcMar>
              <w:top w:w="70" w:type="dxa"/>
              <w:start w:w="90" w:type="dxa"/>
              <w:bottom w:w="70" w:type="dxa"/>
              <w:end w:w="90" w:type="dxa"/>
            </w:tcMar>
            <w:vAlign w:val="top"/>
            <w:shd w:fill="F5F8FB"/>
          </w:tcPr>
          <w:p>
            <w:r>
              <w:rPr>
                <w:rFonts w:ascii="Cambria" w:hAnsi="Cambria" w:eastAsia="Cambria"/>
                <w:b w:val="0"/>
                <w:i w:val="0"/>
                <w:color w:val="222222"/>
                <w:sz w:val="16"/>
              </w:rPr>
            </w:r>
          </w:p>
        </w:tc>
        <w:tc>
          <w:tcPr>
            <w:tcW w:type="dxa" w:w="2880"/>
            <w:tcMar>
              <w:top w:w="70" w:type="dxa"/>
              <w:start w:w="90" w:type="dxa"/>
              <w:bottom w:w="70" w:type="dxa"/>
              <w:end w:w="90" w:type="dxa"/>
            </w:tcMar>
            <w:vAlign w:val="top"/>
            <w:shd w:fill="F5F8FB"/>
          </w:tcPr>
          <w:p>
            <w:r>
              <w:rPr>
                <w:rFonts w:ascii="Cambria" w:hAnsi="Cambria" w:eastAsia="Cambria"/>
                <w:b w:val="0"/>
                <w:i w:val="0"/>
                <w:color w:val="222222"/>
                <w:sz w:val="16"/>
              </w:rPr>
            </w:r>
          </w:p>
        </w:tc>
        <w:tc>
          <w:tcPr>
            <w:tcW w:type="dxa" w:w="2880"/>
            <w:tcMar>
              <w:top w:w="70" w:type="dxa"/>
              <w:start w:w="90" w:type="dxa"/>
              <w:bottom w:w="70" w:type="dxa"/>
              <w:end w:w="90" w:type="dxa"/>
            </w:tcMar>
            <w:vAlign w:val="top"/>
            <w:shd w:fill="F5F8FB"/>
          </w:tcPr>
          <w:p>
            <w:r>
              <w:rPr>
                <w:rFonts w:ascii="Cambria" w:hAnsi="Cambria" w:eastAsia="Cambria"/>
                <w:b w:val="0"/>
                <w:i w:val="0"/>
                <w:color w:val="222222"/>
                <w:sz w:val="16"/>
              </w:rPr>
            </w:r>
          </w:p>
        </w:tc>
        <w:tc>
          <w:tcPr>
            <w:tcW w:type="dxa" w:w="2880"/>
            <w:tcMar>
              <w:top w:w="70" w:type="dxa"/>
              <w:start w:w="90" w:type="dxa"/>
              <w:bottom w:w="70" w:type="dxa"/>
              <w:end w:w="90" w:type="dxa"/>
            </w:tcMar>
            <w:vAlign w:val="top"/>
            <w:shd w:fill="F5F8FB"/>
          </w:tcPr>
          <w:p>
            <w:r>
              <w:rPr>
                <w:rFonts w:ascii="Cambria" w:hAnsi="Cambria" w:eastAsia="Cambria"/>
                <w:b w:val="0"/>
                <w:i w:val="0"/>
                <w:color w:val="222222"/>
                <w:sz w:val="16"/>
              </w:rPr>
            </w:r>
          </w:p>
        </w:tc>
        <w:tc>
          <w:tcPr>
            <w:tcW w:type="dxa" w:w="1440"/>
            <w:tcMar>
              <w:top w:w="70" w:type="dxa"/>
              <w:start w:w="90" w:type="dxa"/>
              <w:bottom w:w="70" w:type="dxa"/>
              <w:end w:w="90" w:type="dxa"/>
            </w:tcMar>
            <w:vAlign w:val="top"/>
            <w:shd w:fill="F5F8FB"/>
          </w:tcPr>
          <w:p>
            <w:r>
              <w:rPr>
                <w:rFonts w:ascii="Cambria" w:hAnsi="Cambria" w:eastAsia="Cambria"/>
                <w:b w:val="0"/>
                <w:i w:val="0"/>
                <w:color w:val="222222"/>
                <w:sz w:val="16"/>
              </w:rPr>
            </w:r>
          </w:p>
        </w:tc>
      </w:tr>
      <w:tr>
        <w:trPr>
          <w:cantSplit/>
        </w:trPr>
        <w:tc>
          <w:tcPr>
            <w:tcW w:type="dxa" w:w="1152"/>
            <w:tcMar>
              <w:top w:w="70" w:type="dxa"/>
              <w:start w:w="90" w:type="dxa"/>
              <w:bottom w:w="70" w:type="dxa"/>
              <w:end w:w="90" w:type="dxa"/>
            </w:tcMar>
            <w:vAlign w:val="top"/>
          </w:tcPr>
          <w:p>
            <w:r>
              <w:rPr>
                <w:rFonts w:ascii="Cambria" w:hAnsi="Cambria" w:eastAsia="Cambria"/>
                <w:b w:val="0"/>
                <w:i w:val="0"/>
                <w:color w:val="222222"/>
                <w:sz w:val="16"/>
              </w:rPr>
            </w:r>
          </w:p>
        </w:tc>
        <w:tc>
          <w:tcPr>
            <w:tcW w:type="dxa" w:w="2880"/>
            <w:tcMar>
              <w:top w:w="70" w:type="dxa"/>
              <w:start w:w="90" w:type="dxa"/>
              <w:bottom w:w="70" w:type="dxa"/>
              <w:end w:w="90" w:type="dxa"/>
            </w:tcMar>
            <w:vAlign w:val="top"/>
          </w:tcPr>
          <w:p>
            <w:r>
              <w:rPr>
                <w:rFonts w:ascii="Cambria" w:hAnsi="Cambria" w:eastAsia="Cambria"/>
                <w:b w:val="0"/>
                <w:i w:val="0"/>
                <w:color w:val="222222"/>
                <w:sz w:val="16"/>
              </w:rPr>
            </w:r>
          </w:p>
        </w:tc>
        <w:tc>
          <w:tcPr>
            <w:tcW w:type="dxa" w:w="2880"/>
            <w:tcMar>
              <w:top w:w="70" w:type="dxa"/>
              <w:start w:w="90" w:type="dxa"/>
              <w:bottom w:w="70" w:type="dxa"/>
              <w:end w:w="90" w:type="dxa"/>
            </w:tcMar>
            <w:vAlign w:val="top"/>
          </w:tcPr>
          <w:p>
            <w:r>
              <w:rPr>
                <w:rFonts w:ascii="Cambria" w:hAnsi="Cambria" w:eastAsia="Cambria"/>
                <w:b w:val="0"/>
                <w:i w:val="0"/>
                <w:color w:val="222222"/>
                <w:sz w:val="16"/>
              </w:rPr>
            </w:r>
          </w:p>
        </w:tc>
        <w:tc>
          <w:tcPr>
            <w:tcW w:type="dxa" w:w="2880"/>
            <w:tcMar>
              <w:top w:w="70" w:type="dxa"/>
              <w:start w:w="90" w:type="dxa"/>
              <w:bottom w:w="70" w:type="dxa"/>
              <w:end w:w="90" w:type="dxa"/>
            </w:tcMar>
            <w:vAlign w:val="top"/>
          </w:tcPr>
          <w:p>
            <w:r>
              <w:rPr>
                <w:rFonts w:ascii="Cambria" w:hAnsi="Cambria" w:eastAsia="Cambria"/>
                <w:b w:val="0"/>
                <w:i w:val="0"/>
                <w:color w:val="222222"/>
                <w:sz w:val="16"/>
              </w:rPr>
            </w:r>
          </w:p>
        </w:tc>
        <w:tc>
          <w:tcPr>
            <w:tcW w:type="dxa" w:w="1440"/>
            <w:tcMar>
              <w:top w:w="70" w:type="dxa"/>
              <w:start w:w="90" w:type="dxa"/>
              <w:bottom w:w="70" w:type="dxa"/>
              <w:end w:w="90" w:type="dxa"/>
            </w:tcMar>
            <w:vAlign w:val="top"/>
          </w:tcPr>
          <w:p>
            <w:r>
              <w:rPr>
                <w:rFonts w:ascii="Cambria" w:hAnsi="Cambria" w:eastAsia="Cambria"/>
                <w:b w:val="0"/>
                <w:i w:val="0"/>
                <w:color w:val="222222"/>
                <w:sz w:val="16"/>
              </w:rPr>
            </w:r>
          </w:p>
        </w:tc>
      </w:tr>
      <w:tr>
        <w:trPr>
          <w:cantSplit/>
        </w:trPr>
        <w:tc>
          <w:tcPr>
            <w:tcW w:type="dxa" w:w="1152"/>
            <w:tcMar>
              <w:top w:w="70" w:type="dxa"/>
              <w:start w:w="90" w:type="dxa"/>
              <w:bottom w:w="70" w:type="dxa"/>
              <w:end w:w="90" w:type="dxa"/>
            </w:tcMar>
            <w:vAlign w:val="top"/>
            <w:shd w:fill="F5F8FB"/>
          </w:tcPr>
          <w:p>
            <w:r>
              <w:rPr>
                <w:rFonts w:ascii="Cambria" w:hAnsi="Cambria" w:eastAsia="Cambria"/>
                <w:b w:val="0"/>
                <w:i w:val="0"/>
                <w:color w:val="222222"/>
                <w:sz w:val="16"/>
              </w:rPr>
            </w:r>
          </w:p>
        </w:tc>
        <w:tc>
          <w:tcPr>
            <w:tcW w:type="dxa" w:w="2880"/>
            <w:tcMar>
              <w:top w:w="70" w:type="dxa"/>
              <w:start w:w="90" w:type="dxa"/>
              <w:bottom w:w="70" w:type="dxa"/>
              <w:end w:w="90" w:type="dxa"/>
            </w:tcMar>
            <w:vAlign w:val="top"/>
            <w:shd w:fill="F5F8FB"/>
          </w:tcPr>
          <w:p>
            <w:r>
              <w:rPr>
                <w:rFonts w:ascii="Cambria" w:hAnsi="Cambria" w:eastAsia="Cambria"/>
                <w:b w:val="0"/>
                <w:i w:val="0"/>
                <w:color w:val="222222"/>
                <w:sz w:val="16"/>
              </w:rPr>
            </w:r>
          </w:p>
        </w:tc>
        <w:tc>
          <w:tcPr>
            <w:tcW w:type="dxa" w:w="2880"/>
            <w:tcMar>
              <w:top w:w="70" w:type="dxa"/>
              <w:start w:w="90" w:type="dxa"/>
              <w:bottom w:w="70" w:type="dxa"/>
              <w:end w:w="90" w:type="dxa"/>
            </w:tcMar>
            <w:vAlign w:val="top"/>
            <w:shd w:fill="F5F8FB"/>
          </w:tcPr>
          <w:p>
            <w:r>
              <w:rPr>
                <w:rFonts w:ascii="Cambria" w:hAnsi="Cambria" w:eastAsia="Cambria"/>
                <w:b w:val="0"/>
                <w:i w:val="0"/>
                <w:color w:val="222222"/>
                <w:sz w:val="16"/>
              </w:rPr>
            </w:r>
          </w:p>
        </w:tc>
        <w:tc>
          <w:tcPr>
            <w:tcW w:type="dxa" w:w="2880"/>
            <w:tcMar>
              <w:top w:w="70" w:type="dxa"/>
              <w:start w:w="90" w:type="dxa"/>
              <w:bottom w:w="70" w:type="dxa"/>
              <w:end w:w="90" w:type="dxa"/>
            </w:tcMar>
            <w:vAlign w:val="top"/>
            <w:shd w:fill="F5F8FB"/>
          </w:tcPr>
          <w:p>
            <w:r>
              <w:rPr>
                <w:rFonts w:ascii="Cambria" w:hAnsi="Cambria" w:eastAsia="Cambria"/>
                <w:b w:val="0"/>
                <w:i w:val="0"/>
                <w:color w:val="222222"/>
                <w:sz w:val="16"/>
              </w:rPr>
            </w:r>
          </w:p>
        </w:tc>
        <w:tc>
          <w:tcPr>
            <w:tcW w:type="dxa" w:w="1440"/>
            <w:tcMar>
              <w:top w:w="70" w:type="dxa"/>
              <w:start w:w="90" w:type="dxa"/>
              <w:bottom w:w="70" w:type="dxa"/>
              <w:end w:w="90" w:type="dxa"/>
            </w:tcMar>
            <w:vAlign w:val="top"/>
            <w:shd w:fill="F5F8FB"/>
          </w:tcPr>
          <w:p>
            <w:r>
              <w:rPr>
                <w:rFonts w:ascii="Cambria" w:hAnsi="Cambria" w:eastAsia="Cambria"/>
                <w:b w:val="0"/>
                <w:i w:val="0"/>
                <w:color w:val="222222"/>
                <w:sz w:val="16"/>
              </w:rPr>
            </w:r>
          </w:p>
        </w:tc>
      </w:tr>
      <w:tr>
        <w:trPr>
          <w:cantSplit/>
        </w:trPr>
        <w:tc>
          <w:tcPr>
            <w:tcW w:type="dxa" w:w="1152"/>
            <w:tcMar>
              <w:top w:w="70" w:type="dxa"/>
              <w:start w:w="90" w:type="dxa"/>
              <w:bottom w:w="70" w:type="dxa"/>
              <w:end w:w="90" w:type="dxa"/>
            </w:tcMar>
            <w:vAlign w:val="top"/>
          </w:tcPr>
          <w:p>
            <w:r>
              <w:rPr>
                <w:rFonts w:ascii="Cambria" w:hAnsi="Cambria" w:eastAsia="Cambria"/>
                <w:b w:val="0"/>
                <w:i w:val="0"/>
                <w:color w:val="222222"/>
                <w:sz w:val="16"/>
              </w:rPr>
            </w:r>
          </w:p>
        </w:tc>
        <w:tc>
          <w:tcPr>
            <w:tcW w:type="dxa" w:w="2880"/>
            <w:tcMar>
              <w:top w:w="70" w:type="dxa"/>
              <w:start w:w="90" w:type="dxa"/>
              <w:bottom w:w="70" w:type="dxa"/>
              <w:end w:w="90" w:type="dxa"/>
            </w:tcMar>
            <w:vAlign w:val="top"/>
          </w:tcPr>
          <w:p>
            <w:r>
              <w:rPr>
                <w:rFonts w:ascii="Cambria" w:hAnsi="Cambria" w:eastAsia="Cambria"/>
                <w:b w:val="0"/>
                <w:i w:val="0"/>
                <w:color w:val="222222"/>
                <w:sz w:val="16"/>
              </w:rPr>
            </w:r>
          </w:p>
        </w:tc>
        <w:tc>
          <w:tcPr>
            <w:tcW w:type="dxa" w:w="2880"/>
            <w:tcMar>
              <w:top w:w="70" w:type="dxa"/>
              <w:start w:w="90" w:type="dxa"/>
              <w:bottom w:w="70" w:type="dxa"/>
              <w:end w:w="90" w:type="dxa"/>
            </w:tcMar>
            <w:vAlign w:val="top"/>
          </w:tcPr>
          <w:p>
            <w:r>
              <w:rPr>
                <w:rFonts w:ascii="Cambria" w:hAnsi="Cambria" w:eastAsia="Cambria"/>
                <w:b w:val="0"/>
                <w:i w:val="0"/>
                <w:color w:val="222222"/>
                <w:sz w:val="16"/>
              </w:rPr>
            </w:r>
          </w:p>
        </w:tc>
        <w:tc>
          <w:tcPr>
            <w:tcW w:type="dxa" w:w="2880"/>
            <w:tcMar>
              <w:top w:w="70" w:type="dxa"/>
              <w:start w:w="90" w:type="dxa"/>
              <w:bottom w:w="70" w:type="dxa"/>
              <w:end w:w="90" w:type="dxa"/>
            </w:tcMar>
            <w:vAlign w:val="top"/>
          </w:tcPr>
          <w:p>
            <w:r>
              <w:rPr>
                <w:rFonts w:ascii="Cambria" w:hAnsi="Cambria" w:eastAsia="Cambria"/>
                <w:b w:val="0"/>
                <w:i w:val="0"/>
                <w:color w:val="222222"/>
                <w:sz w:val="16"/>
              </w:rPr>
            </w:r>
          </w:p>
        </w:tc>
        <w:tc>
          <w:tcPr>
            <w:tcW w:type="dxa" w:w="1440"/>
            <w:tcMar>
              <w:top w:w="70" w:type="dxa"/>
              <w:start w:w="90" w:type="dxa"/>
              <w:bottom w:w="70" w:type="dxa"/>
              <w:end w:w="90" w:type="dxa"/>
            </w:tcMar>
            <w:vAlign w:val="top"/>
          </w:tcPr>
          <w:p>
            <w:r>
              <w:rPr>
                <w:rFonts w:ascii="Cambria" w:hAnsi="Cambria" w:eastAsia="Cambria"/>
                <w:b w:val="0"/>
                <w:i w:val="0"/>
                <w:color w:val="222222"/>
                <w:sz w:val="16"/>
              </w:rPr>
            </w:r>
          </w:p>
        </w:tc>
      </w:tr>
      <w:tr>
        <w:trPr>
          <w:cantSplit/>
        </w:trPr>
        <w:tc>
          <w:tcPr>
            <w:tcW w:type="dxa" w:w="1152"/>
            <w:tcMar>
              <w:top w:w="70" w:type="dxa"/>
              <w:start w:w="90" w:type="dxa"/>
              <w:bottom w:w="70" w:type="dxa"/>
              <w:end w:w="90" w:type="dxa"/>
            </w:tcMar>
            <w:vAlign w:val="top"/>
            <w:shd w:fill="F5F8FB"/>
          </w:tcPr>
          <w:p>
            <w:r>
              <w:rPr>
                <w:rFonts w:ascii="Cambria" w:hAnsi="Cambria" w:eastAsia="Cambria"/>
                <w:b w:val="0"/>
                <w:i w:val="0"/>
                <w:color w:val="222222"/>
                <w:sz w:val="16"/>
              </w:rPr>
            </w:r>
          </w:p>
        </w:tc>
        <w:tc>
          <w:tcPr>
            <w:tcW w:type="dxa" w:w="2880"/>
            <w:tcMar>
              <w:top w:w="70" w:type="dxa"/>
              <w:start w:w="90" w:type="dxa"/>
              <w:bottom w:w="70" w:type="dxa"/>
              <w:end w:w="90" w:type="dxa"/>
            </w:tcMar>
            <w:vAlign w:val="top"/>
            <w:shd w:fill="F5F8FB"/>
          </w:tcPr>
          <w:p>
            <w:r>
              <w:rPr>
                <w:rFonts w:ascii="Cambria" w:hAnsi="Cambria" w:eastAsia="Cambria"/>
                <w:b w:val="0"/>
                <w:i w:val="0"/>
                <w:color w:val="222222"/>
                <w:sz w:val="16"/>
              </w:rPr>
            </w:r>
          </w:p>
        </w:tc>
        <w:tc>
          <w:tcPr>
            <w:tcW w:type="dxa" w:w="2880"/>
            <w:tcMar>
              <w:top w:w="70" w:type="dxa"/>
              <w:start w:w="90" w:type="dxa"/>
              <w:bottom w:w="70" w:type="dxa"/>
              <w:end w:w="90" w:type="dxa"/>
            </w:tcMar>
            <w:vAlign w:val="top"/>
            <w:shd w:fill="F5F8FB"/>
          </w:tcPr>
          <w:p>
            <w:r>
              <w:rPr>
                <w:rFonts w:ascii="Cambria" w:hAnsi="Cambria" w:eastAsia="Cambria"/>
                <w:b w:val="0"/>
                <w:i w:val="0"/>
                <w:color w:val="222222"/>
                <w:sz w:val="16"/>
              </w:rPr>
            </w:r>
          </w:p>
        </w:tc>
        <w:tc>
          <w:tcPr>
            <w:tcW w:type="dxa" w:w="2880"/>
            <w:tcMar>
              <w:top w:w="70" w:type="dxa"/>
              <w:start w:w="90" w:type="dxa"/>
              <w:bottom w:w="70" w:type="dxa"/>
              <w:end w:w="90" w:type="dxa"/>
            </w:tcMar>
            <w:vAlign w:val="top"/>
            <w:shd w:fill="F5F8FB"/>
          </w:tcPr>
          <w:p>
            <w:r>
              <w:rPr>
                <w:rFonts w:ascii="Cambria" w:hAnsi="Cambria" w:eastAsia="Cambria"/>
                <w:b w:val="0"/>
                <w:i w:val="0"/>
                <w:color w:val="222222"/>
                <w:sz w:val="16"/>
              </w:rPr>
            </w:r>
          </w:p>
        </w:tc>
        <w:tc>
          <w:tcPr>
            <w:tcW w:type="dxa" w:w="1440"/>
            <w:tcMar>
              <w:top w:w="70" w:type="dxa"/>
              <w:start w:w="90" w:type="dxa"/>
              <w:bottom w:w="70" w:type="dxa"/>
              <w:end w:w="90" w:type="dxa"/>
            </w:tcMar>
            <w:vAlign w:val="top"/>
            <w:shd w:fill="F5F8FB"/>
          </w:tcPr>
          <w:p>
            <w:r>
              <w:rPr>
                <w:rFonts w:ascii="Cambria" w:hAnsi="Cambria" w:eastAsia="Cambria"/>
                <w:b w:val="0"/>
                <w:i w:val="0"/>
                <w:color w:val="222222"/>
                <w:sz w:val="16"/>
              </w:rPr>
            </w:r>
          </w:p>
        </w:tc>
      </w:tr>
    </w:tbl>
    <w:p/>
    <w:p>
      <w:pPr>
        <w:pStyle w:val="Heading1"/>
      </w:pPr>
      <w:r>
        <w:t>8. Evidence Reviewed</w:t>
      </w:r>
    </w:p>
    <w:tbl>
      <w:tblPr>
        <w:tblW w:type="auto" w:w="0"/>
        <w:jc w:val="center"/>
        <w:tblLayout w:type="fixed"/>
        <w:tblLook w:firstColumn="1" w:firstRow="1" w:lastColumn="0" w:lastRow="0" w:noHBand="0" w:noVBand="1" w:val="04A0"/>
      </w:tblPr>
      <w:tblGrid>
        <w:gridCol w:w="5046"/>
        <w:gridCol w:w="5046"/>
      </w:tblGrid>
      <w:tr>
        <w:trPr>
          <w:tblHeader w:val="true"/>
        </w:trPr>
        <w:tc>
          <w:tcPr>
            <w:tcW w:type="dxa" w:w="3600"/>
            <w:shd w:fill="D9EAF7"/>
            <w:tcMar>
              <w:top w:w="70" w:type="dxa"/>
              <w:start w:w="90" w:type="dxa"/>
              <w:bottom w:w="70" w:type="dxa"/>
              <w:end w:w="90" w:type="dxa"/>
            </w:tcMar>
          </w:tcPr>
          <w:p>
            <w:r>
              <w:rPr>
                <w:rFonts w:ascii="Cambria" w:hAnsi="Cambria" w:eastAsia="Cambria"/>
                <w:b/>
                <w:i w:val="0"/>
                <w:color w:val="222222"/>
                <w:sz w:val="17"/>
              </w:rPr>
              <w:t>Evidence Category</w:t>
            </w:r>
          </w:p>
        </w:tc>
        <w:tc>
          <w:tcPr>
            <w:tcW w:type="dxa" w:w="6480"/>
            <w:shd w:fill="D9EAF7"/>
            <w:tcMar>
              <w:top w:w="70" w:type="dxa"/>
              <w:start w:w="90" w:type="dxa"/>
              <w:bottom w:w="70" w:type="dxa"/>
              <w:end w:w="90" w:type="dxa"/>
            </w:tcMar>
          </w:tcPr>
          <w:p>
            <w:r>
              <w:rPr>
                <w:rFonts w:ascii="Cambria" w:hAnsi="Cambria" w:eastAsia="Cambria"/>
                <w:b/>
                <w:i w:val="0"/>
                <w:color w:val="222222"/>
                <w:sz w:val="17"/>
              </w:rPr>
              <w:t>Documents / Records / Data Reviewed</w:t>
            </w:r>
          </w:p>
        </w:tc>
      </w:tr>
      <w:tr>
        <w:trPr>
          <w:cantSplit/>
        </w:trPr>
        <w:tc>
          <w:tcPr>
            <w:tcW w:type="dxa" w:w="3600"/>
            <w:tcMar>
              <w:top w:w="70" w:type="dxa"/>
              <w:start w:w="90" w:type="dxa"/>
              <w:bottom w:w="70" w:type="dxa"/>
              <w:end w:w="90" w:type="dxa"/>
            </w:tcMar>
            <w:vAlign w:val="top"/>
          </w:tcPr>
          <w:p>
            <w:r>
              <w:rPr>
                <w:rFonts w:ascii="Cambria" w:hAnsi="Cambria" w:eastAsia="Cambria"/>
                <w:b w:val="0"/>
                <w:i w:val="0"/>
                <w:color w:val="222222"/>
                <w:sz w:val="17"/>
              </w:rPr>
              <w:t>Context / strategic intelligence</w:t>
            </w:r>
          </w:p>
        </w:tc>
        <w:tc>
          <w:tcPr>
            <w:tcW w:type="dxa" w:w="6480"/>
            <w:tcMar>
              <w:top w:w="70" w:type="dxa"/>
              <w:start w:w="90" w:type="dxa"/>
              <w:bottom w:w="70" w:type="dxa"/>
              <w:end w:w="90" w:type="dxa"/>
            </w:tcMar>
            <w:vAlign w:val="top"/>
          </w:tcPr>
          <w:p>
            <w:r>
              <w:rPr>
                <w:rFonts w:ascii="Cambria" w:hAnsi="Cambria" w:eastAsia="Cambria"/>
                <w:b w:val="0"/>
                <w:i w:val="0"/>
                <w:color w:val="222222"/>
                <w:sz w:val="17"/>
              </w:rPr>
            </w:r>
          </w:p>
        </w:tc>
      </w:tr>
      <w:tr>
        <w:trPr>
          <w:cantSplit/>
        </w:trPr>
        <w:tc>
          <w:tcPr>
            <w:tcW w:type="dxa" w:w="3600"/>
            <w:tcMar>
              <w:top w:w="70" w:type="dxa"/>
              <w:start w:w="90" w:type="dxa"/>
              <w:bottom w:w="70" w:type="dxa"/>
              <w:end w:w="90" w:type="dxa"/>
            </w:tcMar>
            <w:vAlign w:val="top"/>
            <w:shd w:fill="F5F8FB"/>
          </w:tcPr>
          <w:p>
            <w:r>
              <w:rPr>
                <w:rFonts w:ascii="Cambria" w:hAnsi="Cambria" w:eastAsia="Cambria"/>
                <w:b w:val="0"/>
                <w:i w:val="0"/>
                <w:color w:val="222222"/>
                <w:sz w:val="17"/>
              </w:rPr>
              <w:t>Innovation intent / policy / strategy</w:t>
            </w:r>
          </w:p>
        </w:tc>
        <w:tc>
          <w:tcPr>
            <w:tcW w:type="dxa" w:w="6480"/>
            <w:tcMar>
              <w:top w:w="70" w:type="dxa"/>
              <w:start w:w="90" w:type="dxa"/>
              <w:bottom w:w="70" w:type="dxa"/>
              <w:end w:w="90" w:type="dxa"/>
            </w:tcMar>
            <w:vAlign w:val="top"/>
            <w:shd w:fill="F5F8FB"/>
          </w:tcPr>
          <w:p>
            <w:r>
              <w:rPr>
                <w:rFonts w:ascii="Cambria" w:hAnsi="Cambria" w:eastAsia="Cambria"/>
                <w:b w:val="0"/>
                <w:i w:val="0"/>
                <w:color w:val="222222"/>
                <w:sz w:val="17"/>
              </w:rPr>
            </w:r>
          </w:p>
        </w:tc>
      </w:tr>
      <w:tr>
        <w:trPr>
          <w:cantSplit/>
        </w:trPr>
        <w:tc>
          <w:tcPr>
            <w:tcW w:type="dxa" w:w="3600"/>
            <w:tcMar>
              <w:top w:w="70" w:type="dxa"/>
              <w:start w:w="90" w:type="dxa"/>
              <w:bottom w:w="70" w:type="dxa"/>
              <w:end w:w="90" w:type="dxa"/>
            </w:tcMar>
            <w:vAlign w:val="top"/>
          </w:tcPr>
          <w:p>
            <w:r>
              <w:rPr>
                <w:rFonts w:ascii="Cambria" w:hAnsi="Cambria" w:eastAsia="Cambria"/>
                <w:b w:val="0"/>
                <w:i w:val="0"/>
                <w:color w:val="222222"/>
                <w:sz w:val="17"/>
              </w:rPr>
              <w:t>Governance / role records</w:t>
            </w:r>
          </w:p>
        </w:tc>
        <w:tc>
          <w:tcPr>
            <w:tcW w:type="dxa" w:w="6480"/>
            <w:tcMar>
              <w:top w:w="70" w:type="dxa"/>
              <w:start w:w="90" w:type="dxa"/>
              <w:bottom w:w="70" w:type="dxa"/>
              <w:end w:w="90" w:type="dxa"/>
            </w:tcMar>
            <w:vAlign w:val="top"/>
          </w:tcPr>
          <w:p>
            <w:r>
              <w:rPr>
                <w:rFonts w:ascii="Cambria" w:hAnsi="Cambria" w:eastAsia="Cambria"/>
                <w:b w:val="0"/>
                <w:i w:val="0"/>
                <w:color w:val="222222"/>
                <w:sz w:val="17"/>
              </w:rPr>
            </w:r>
          </w:p>
        </w:tc>
      </w:tr>
      <w:tr>
        <w:trPr>
          <w:cantSplit/>
        </w:trPr>
        <w:tc>
          <w:tcPr>
            <w:tcW w:type="dxa" w:w="3600"/>
            <w:tcMar>
              <w:top w:w="70" w:type="dxa"/>
              <w:start w:w="90" w:type="dxa"/>
              <w:bottom w:w="70" w:type="dxa"/>
              <w:end w:w="90" w:type="dxa"/>
            </w:tcMar>
            <w:vAlign w:val="top"/>
            <w:shd w:fill="F5F8FB"/>
          </w:tcPr>
          <w:p>
            <w:r>
              <w:rPr>
                <w:rFonts w:ascii="Cambria" w:hAnsi="Cambria" w:eastAsia="Cambria"/>
                <w:b w:val="0"/>
                <w:i w:val="0"/>
                <w:color w:val="222222"/>
                <w:sz w:val="17"/>
              </w:rPr>
              <w:t>Portfolio records</w:t>
            </w:r>
          </w:p>
        </w:tc>
        <w:tc>
          <w:tcPr>
            <w:tcW w:type="dxa" w:w="6480"/>
            <w:tcMar>
              <w:top w:w="70" w:type="dxa"/>
              <w:start w:w="90" w:type="dxa"/>
              <w:bottom w:w="70" w:type="dxa"/>
              <w:end w:w="90" w:type="dxa"/>
            </w:tcMar>
            <w:vAlign w:val="top"/>
            <w:shd w:fill="F5F8FB"/>
          </w:tcPr>
          <w:p>
            <w:r>
              <w:rPr>
                <w:rFonts w:ascii="Cambria" w:hAnsi="Cambria" w:eastAsia="Cambria"/>
                <w:b w:val="0"/>
                <w:i w:val="0"/>
                <w:color w:val="222222"/>
                <w:sz w:val="17"/>
              </w:rPr>
            </w:r>
          </w:p>
        </w:tc>
      </w:tr>
      <w:tr>
        <w:trPr>
          <w:cantSplit/>
        </w:trPr>
        <w:tc>
          <w:tcPr>
            <w:tcW w:type="dxa" w:w="3600"/>
            <w:tcMar>
              <w:top w:w="70" w:type="dxa"/>
              <w:start w:w="90" w:type="dxa"/>
              <w:bottom w:w="70" w:type="dxa"/>
              <w:end w:w="90" w:type="dxa"/>
            </w:tcMar>
            <w:vAlign w:val="top"/>
          </w:tcPr>
          <w:p>
            <w:r>
              <w:rPr>
                <w:rFonts w:ascii="Cambria" w:hAnsi="Cambria" w:eastAsia="Cambria"/>
                <w:b w:val="0"/>
                <w:i w:val="0"/>
                <w:color w:val="222222"/>
                <w:sz w:val="17"/>
              </w:rPr>
              <w:t>Initiative evidence / decision logs</w:t>
            </w:r>
          </w:p>
        </w:tc>
        <w:tc>
          <w:tcPr>
            <w:tcW w:type="dxa" w:w="6480"/>
            <w:tcMar>
              <w:top w:w="70" w:type="dxa"/>
              <w:start w:w="90" w:type="dxa"/>
              <w:bottom w:w="70" w:type="dxa"/>
              <w:end w:w="90" w:type="dxa"/>
            </w:tcMar>
            <w:vAlign w:val="top"/>
          </w:tcPr>
          <w:p>
            <w:r>
              <w:rPr>
                <w:rFonts w:ascii="Cambria" w:hAnsi="Cambria" w:eastAsia="Cambria"/>
                <w:b w:val="0"/>
                <w:i w:val="0"/>
                <w:color w:val="222222"/>
                <w:sz w:val="17"/>
              </w:rPr>
            </w:r>
          </w:p>
        </w:tc>
      </w:tr>
      <w:tr>
        <w:trPr>
          <w:cantSplit/>
        </w:trPr>
        <w:tc>
          <w:tcPr>
            <w:tcW w:type="dxa" w:w="3600"/>
            <w:tcMar>
              <w:top w:w="70" w:type="dxa"/>
              <w:start w:w="90" w:type="dxa"/>
              <w:bottom w:w="70" w:type="dxa"/>
              <w:end w:w="90" w:type="dxa"/>
            </w:tcMar>
            <w:vAlign w:val="top"/>
            <w:shd w:fill="F5F8FB"/>
          </w:tcPr>
          <w:p>
            <w:r>
              <w:rPr>
                <w:rFonts w:ascii="Cambria" w:hAnsi="Cambria" w:eastAsia="Cambria"/>
                <w:b w:val="0"/>
                <w:i w:val="0"/>
                <w:color w:val="222222"/>
                <w:sz w:val="17"/>
              </w:rPr>
              <w:t>Support / competence / knowledge / IP / collaboration</w:t>
            </w:r>
          </w:p>
        </w:tc>
        <w:tc>
          <w:tcPr>
            <w:tcW w:type="dxa" w:w="6480"/>
            <w:tcMar>
              <w:top w:w="70" w:type="dxa"/>
              <w:start w:w="90" w:type="dxa"/>
              <w:bottom w:w="70" w:type="dxa"/>
              <w:end w:w="90" w:type="dxa"/>
            </w:tcMar>
            <w:vAlign w:val="top"/>
            <w:shd w:fill="F5F8FB"/>
          </w:tcPr>
          <w:p>
            <w:r>
              <w:rPr>
                <w:rFonts w:ascii="Cambria" w:hAnsi="Cambria" w:eastAsia="Cambria"/>
                <w:b w:val="0"/>
                <w:i w:val="0"/>
                <w:color w:val="222222"/>
                <w:sz w:val="17"/>
              </w:rPr>
            </w:r>
          </w:p>
        </w:tc>
      </w:tr>
      <w:tr>
        <w:trPr>
          <w:cantSplit/>
        </w:trPr>
        <w:tc>
          <w:tcPr>
            <w:tcW w:type="dxa" w:w="3600"/>
            <w:tcMar>
              <w:top w:w="70" w:type="dxa"/>
              <w:start w:w="90" w:type="dxa"/>
              <w:bottom w:w="70" w:type="dxa"/>
              <w:end w:w="90" w:type="dxa"/>
            </w:tcMar>
            <w:vAlign w:val="top"/>
          </w:tcPr>
          <w:p>
            <w:r>
              <w:rPr>
                <w:rFonts w:ascii="Cambria" w:hAnsi="Cambria" w:eastAsia="Cambria"/>
                <w:b w:val="0"/>
                <w:i w:val="0"/>
                <w:color w:val="222222"/>
                <w:sz w:val="17"/>
              </w:rPr>
              <w:t>Performance measurements</w:t>
            </w:r>
          </w:p>
        </w:tc>
        <w:tc>
          <w:tcPr>
            <w:tcW w:type="dxa" w:w="6480"/>
            <w:tcMar>
              <w:top w:w="70" w:type="dxa"/>
              <w:start w:w="90" w:type="dxa"/>
              <w:bottom w:w="70" w:type="dxa"/>
              <w:end w:w="90" w:type="dxa"/>
            </w:tcMar>
            <w:vAlign w:val="top"/>
          </w:tcPr>
          <w:p>
            <w:r>
              <w:rPr>
                <w:rFonts w:ascii="Cambria" w:hAnsi="Cambria" w:eastAsia="Cambria"/>
                <w:b w:val="0"/>
                <w:i w:val="0"/>
                <w:color w:val="222222"/>
                <w:sz w:val="17"/>
              </w:rPr>
            </w:r>
          </w:p>
        </w:tc>
      </w:tr>
      <w:tr>
        <w:trPr>
          <w:cantSplit/>
        </w:trPr>
        <w:tc>
          <w:tcPr>
            <w:tcW w:type="dxa" w:w="3600"/>
            <w:tcMar>
              <w:top w:w="70" w:type="dxa"/>
              <w:start w:w="90" w:type="dxa"/>
              <w:bottom w:w="70" w:type="dxa"/>
              <w:end w:w="90" w:type="dxa"/>
            </w:tcMar>
            <w:vAlign w:val="top"/>
            <w:shd w:fill="F5F8FB"/>
          </w:tcPr>
          <w:p>
            <w:r>
              <w:rPr>
                <w:rFonts w:ascii="Cambria" w:hAnsi="Cambria" w:eastAsia="Cambria"/>
                <w:b w:val="0"/>
                <w:i w:val="0"/>
                <w:color w:val="222222"/>
                <w:sz w:val="17"/>
              </w:rPr>
              <w:t>Internal audit / management review / improvement</w:t>
            </w:r>
          </w:p>
        </w:tc>
        <w:tc>
          <w:tcPr>
            <w:tcW w:type="dxa" w:w="6480"/>
            <w:tcMar>
              <w:top w:w="70" w:type="dxa"/>
              <w:start w:w="90" w:type="dxa"/>
              <w:bottom w:w="70" w:type="dxa"/>
              <w:end w:w="90" w:type="dxa"/>
            </w:tcMar>
            <w:vAlign w:val="top"/>
            <w:shd w:fill="F5F8FB"/>
          </w:tcPr>
          <w:p>
            <w:r>
              <w:rPr>
                <w:rFonts w:ascii="Cambria" w:hAnsi="Cambria" w:eastAsia="Cambria"/>
                <w:b w:val="0"/>
                <w:i w:val="0"/>
                <w:color w:val="222222"/>
                <w:sz w:val="17"/>
              </w:rPr>
            </w:r>
          </w:p>
        </w:tc>
      </w:tr>
    </w:tbl>
    <w:p/>
    <w:p>
      <w:pPr>
        <w:pStyle w:val="Heading1"/>
      </w:pPr>
      <w:r>
        <w:t>9. Findings Summary</w:t>
      </w:r>
    </w:p>
    <w:tbl>
      <w:tblPr>
        <w:tblW w:type="auto" w:w="0"/>
        <w:jc w:val="center"/>
        <w:tblLayout w:type="fixed"/>
        <w:tblLook w:firstColumn="1" w:firstRow="1" w:lastColumn="0" w:lastRow="0" w:noHBand="0" w:noVBand="1" w:val="04A0"/>
      </w:tblPr>
      <w:tblGrid>
        <w:gridCol w:w="1261"/>
        <w:gridCol w:w="1261"/>
        <w:gridCol w:w="1261"/>
        <w:gridCol w:w="1261"/>
        <w:gridCol w:w="1261"/>
        <w:gridCol w:w="1261"/>
        <w:gridCol w:w="1261"/>
        <w:gridCol w:w="1261"/>
      </w:tblGrid>
      <w:tr>
        <w:trPr>
          <w:tblHeader w:val="true"/>
        </w:trPr>
        <w:tc>
          <w:tcPr>
            <w:tcW w:type="dxa" w:w="1152"/>
            <w:shd w:fill="D9EAF7"/>
            <w:tcMar>
              <w:top w:w="70" w:type="dxa"/>
              <w:start w:w="90" w:type="dxa"/>
              <w:bottom w:w="70" w:type="dxa"/>
              <w:end w:w="90" w:type="dxa"/>
            </w:tcMar>
          </w:tcPr>
          <w:p>
            <w:r>
              <w:rPr>
                <w:rFonts w:ascii="Cambria" w:hAnsi="Cambria" w:eastAsia="Cambria"/>
                <w:b/>
                <w:i w:val="0"/>
                <w:color w:val="222222"/>
                <w:sz w:val="15"/>
              </w:rPr>
              <w:t>Finding ID</w:t>
            </w:r>
          </w:p>
        </w:tc>
        <w:tc>
          <w:tcPr>
            <w:tcW w:type="dxa" w:w="1728"/>
            <w:shd w:fill="D9EAF7"/>
            <w:tcMar>
              <w:top w:w="70" w:type="dxa"/>
              <w:start w:w="90" w:type="dxa"/>
              <w:bottom w:w="70" w:type="dxa"/>
              <w:end w:w="90" w:type="dxa"/>
            </w:tcMar>
          </w:tcPr>
          <w:p>
            <w:r>
              <w:rPr>
                <w:rFonts w:ascii="Cambria" w:hAnsi="Cambria" w:eastAsia="Cambria"/>
                <w:b/>
                <w:i w:val="0"/>
                <w:color w:val="222222"/>
                <w:sz w:val="15"/>
              </w:rPr>
              <w:t>Clause / Area</w:t>
            </w:r>
          </w:p>
        </w:tc>
        <w:tc>
          <w:tcPr>
            <w:tcW w:type="dxa" w:w="1872"/>
            <w:shd w:fill="D9EAF7"/>
            <w:tcMar>
              <w:top w:w="70" w:type="dxa"/>
              <w:start w:w="90" w:type="dxa"/>
              <w:bottom w:w="70" w:type="dxa"/>
              <w:end w:w="90" w:type="dxa"/>
            </w:tcMar>
          </w:tcPr>
          <w:p>
            <w:r>
              <w:rPr>
                <w:rFonts w:ascii="Cambria" w:hAnsi="Cambria" w:eastAsia="Cambria"/>
                <w:b/>
                <w:i w:val="0"/>
                <w:color w:val="222222"/>
                <w:sz w:val="15"/>
              </w:rPr>
              <w:t>Process</w:t>
            </w:r>
          </w:p>
        </w:tc>
        <w:tc>
          <w:tcPr>
            <w:tcW w:type="dxa" w:w="1440"/>
            <w:shd w:fill="D9EAF7"/>
            <w:tcMar>
              <w:top w:w="70" w:type="dxa"/>
              <w:start w:w="90" w:type="dxa"/>
              <w:bottom w:w="70" w:type="dxa"/>
              <w:end w:w="90" w:type="dxa"/>
            </w:tcMar>
          </w:tcPr>
          <w:p>
            <w:r>
              <w:rPr>
                <w:rFonts w:ascii="Cambria" w:hAnsi="Cambria" w:eastAsia="Cambria"/>
                <w:b/>
                <w:i w:val="0"/>
                <w:color w:val="222222"/>
                <w:sz w:val="15"/>
              </w:rPr>
              <w:t>Type</w:t>
            </w:r>
          </w:p>
        </w:tc>
        <w:tc>
          <w:tcPr>
            <w:tcW w:type="dxa" w:w="1440"/>
            <w:shd w:fill="D9EAF7"/>
            <w:tcMar>
              <w:top w:w="70" w:type="dxa"/>
              <w:start w:w="90" w:type="dxa"/>
              <w:bottom w:w="70" w:type="dxa"/>
              <w:end w:w="90" w:type="dxa"/>
            </w:tcMar>
          </w:tcPr>
          <w:p>
            <w:r>
              <w:rPr>
                <w:rFonts w:ascii="Cambria" w:hAnsi="Cambria" w:eastAsia="Cambria"/>
                <w:b/>
                <w:i w:val="0"/>
                <w:color w:val="222222"/>
                <w:sz w:val="15"/>
              </w:rPr>
              <w:t>Risk / Impact</w:t>
            </w:r>
          </w:p>
        </w:tc>
        <w:tc>
          <w:tcPr>
            <w:tcW w:type="dxa" w:w="1440"/>
            <w:shd w:fill="D9EAF7"/>
            <w:tcMar>
              <w:top w:w="70" w:type="dxa"/>
              <w:start w:w="90" w:type="dxa"/>
              <w:bottom w:w="70" w:type="dxa"/>
              <w:end w:w="90" w:type="dxa"/>
            </w:tcMar>
          </w:tcPr>
          <w:p>
            <w:r>
              <w:rPr>
                <w:rFonts w:ascii="Cambria" w:hAnsi="Cambria" w:eastAsia="Cambria"/>
                <w:b/>
                <w:i w:val="0"/>
                <w:color w:val="222222"/>
                <w:sz w:val="15"/>
              </w:rPr>
              <w:t>Owner</w:t>
            </w:r>
          </w:p>
        </w:tc>
        <w:tc>
          <w:tcPr>
            <w:tcW w:type="dxa" w:w="1296"/>
            <w:shd w:fill="D9EAF7"/>
            <w:tcMar>
              <w:top w:w="70" w:type="dxa"/>
              <w:start w:w="90" w:type="dxa"/>
              <w:bottom w:w="70" w:type="dxa"/>
              <w:end w:w="90" w:type="dxa"/>
            </w:tcMar>
          </w:tcPr>
          <w:p>
            <w:r>
              <w:rPr>
                <w:rFonts w:ascii="Cambria" w:hAnsi="Cambria" w:eastAsia="Cambria"/>
                <w:b/>
                <w:i w:val="0"/>
                <w:color w:val="222222"/>
                <w:sz w:val="15"/>
              </w:rPr>
              <w:t>Due Date</w:t>
            </w:r>
          </w:p>
        </w:tc>
        <w:tc>
          <w:tcPr>
            <w:tcW w:type="dxa" w:w="1152"/>
            <w:shd w:fill="D9EAF7"/>
            <w:tcMar>
              <w:top w:w="70" w:type="dxa"/>
              <w:start w:w="90" w:type="dxa"/>
              <w:bottom w:w="70" w:type="dxa"/>
              <w:end w:w="90" w:type="dxa"/>
            </w:tcMar>
          </w:tcPr>
          <w:p>
            <w:r>
              <w:rPr>
                <w:rFonts w:ascii="Cambria" w:hAnsi="Cambria" w:eastAsia="Cambria"/>
                <w:b/>
                <w:i w:val="0"/>
                <w:color w:val="222222"/>
                <w:sz w:val="15"/>
              </w:rPr>
              <w:t>Status</w:t>
            </w:r>
          </w:p>
        </w:tc>
      </w:tr>
      <w:tr>
        <w:trPr>
          <w:cantSplit/>
        </w:trPr>
        <w:tc>
          <w:tcPr>
            <w:tcW w:type="dxa" w:w="1152"/>
            <w:tcMar>
              <w:top w:w="70" w:type="dxa"/>
              <w:start w:w="90" w:type="dxa"/>
              <w:bottom w:w="70" w:type="dxa"/>
              <w:end w:w="90" w:type="dxa"/>
            </w:tcMar>
            <w:vAlign w:val="top"/>
          </w:tcPr>
          <w:p>
            <w:r>
              <w:rPr>
                <w:rFonts w:ascii="Cambria" w:hAnsi="Cambria" w:eastAsia="Cambria"/>
                <w:b w:val="0"/>
                <w:i w:val="0"/>
                <w:color w:val="222222"/>
                <w:sz w:val="15"/>
              </w:rPr>
            </w:r>
          </w:p>
        </w:tc>
        <w:tc>
          <w:tcPr>
            <w:tcW w:type="dxa" w:w="1728"/>
            <w:tcMar>
              <w:top w:w="70" w:type="dxa"/>
              <w:start w:w="90" w:type="dxa"/>
              <w:bottom w:w="70" w:type="dxa"/>
              <w:end w:w="90" w:type="dxa"/>
            </w:tcMar>
            <w:vAlign w:val="top"/>
          </w:tcPr>
          <w:p>
            <w:r>
              <w:rPr>
                <w:rFonts w:ascii="Cambria" w:hAnsi="Cambria" w:eastAsia="Cambria"/>
                <w:b w:val="0"/>
                <w:i w:val="0"/>
                <w:color w:val="222222"/>
                <w:sz w:val="15"/>
              </w:rPr>
            </w:r>
          </w:p>
        </w:tc>
        <w:tc>
          <w:tcPr>
            <w:tcW w:type="dxa" w:w="1872"/>
            <w:tcMar>
              <w:top w:w="70" w:type="dxa"/>
              <w:start w:w="90" w:type="dxa"/>
              <w:bottom w:w="70" w:type="dxa"/>
              <w:end w:w="90" w:type="dxa"/>
            </w:tcMar>
            <w:vAlign w:val="top"/>
          </w:tcPr>
          <w:p>
            <w:r>
              <w:rPr>
                <w:rFonts w:ascii="Cambria" w:hAnsi="Cambria" w:eastAsia="Cambria"/>
                <w:b w:val="0"/>
                <w:i w:val="0"/>
                <w:color w:val="222222"/>
                <w:sz w:val="15"/>
              </w:rPr>
            </w:r>
          </w:p>
        </w:tc>
        <w:tc>
          <w:tcPr>
            <w:tcW w:type="dxa" w:w="1440"/>
            <w:tcMar>
              <w:top w:w="70" w:type="dxa"/>
              <w:start w:w="90" w:type="dxa"/>
              <w:bottom w:w="70" w:type="dxa"/>
              <w:end w:w="90" w:type="dxa"/>
            </w:tcMar>
            <w:vAlign w:val="top"/>
          </w:tcPr>
          <w:p>
            <w:r>
              <w:rPr>
                <w:rFonts w:ascii="Cambria" w:hAnsi="Cambria" w:eastAsia="Cambria"/>
                <w:b w:val="0"/>
                <w:i w:val="0"/>
                <w:color w:val="222222"/>
                <w:sz w:val="15"/>
              </w:rPr>
            </w:r>
          </w:p>
        </w:tc>
        <w:tc>
          <w:tcPr>
            <w:tcW w:type="dxa" w:w="1440"/>
            <w:tcMar>
              <w:top w:w="70" w:type="dxa"/>
              <w:start w:w="90" w:type="dxa"/>
              <w:bottom w:w="70" w:type="dxa"/>
              <w:end w:w="90" w:type="dxa"/>
            </w:tcMar>
            <w:vAlign w:val="top"/>
          </w:tcPr>
          <w:p>
            <w:r>
              <w:rPr>
                <w:rFonts w:ascii="Cambria" w:hAnsi="Cambria" w:eastAsia="Cambria"/>
                <w:b w:val="0"/>
                <w:i w:val="0"/>
                <w:color w:val="222222"/>
                <w:sz w:val="15"/>
              </w:rPr>
            </w:r>
          </w:p>
        </w:tc>
        <w:tc>
          <w:tcPr>
            <w:tcW w:type="dxa" w:w="1440"/>
            <w:tcMar>
              <w:top w:w="70" w:type="dxa"/>
              <w:start w:w="90" w:type="dxa"/>
              <w:bottom w:w="70" w:type="dxa"/>
              <w:end w:w="90" w:type="dxa"/>
            </w:tcMar>
            <w:vAlign w:val="top"/>
          </w:tcPr>
          <w:p>
            <w:r>
              <w:rPr>
                <w:rFonts w:ascii="Cambria" w:hAnsi="Cambria" w:eastAsia="Cambria"/>
                <w:b w:val="0"/>
                <w:i w:val="0"/>
                <w:color w:val="222222"/>
                <w:sz w:val="15"/>
              </w:rPr>
            </w:r>
          </w:p>
        </w:tc>
        <w:tc>
          <w:tcPr>
            <w:tcW w:type="dxa" w:w="1296"/>
            <w:tcMar>
              <w:top w:w="70" w:type="dxa"/>
              <w:start w:w="90" w:type="dxa"/>
              <w:bottom w:w="70" w:type="dxa"/>
              <w:end w:w="90" w:type="dxa"/>
            </w:tcMar>
            <w:vAlign w:val="top"/>
          </w:tcPr>
          <w:p>
            <w:r>
              <w:rPr>
                <w:rFonts w:ascii="Cambria" w:hAnsi="Cambria" w:eastAsia="Cambria"/>
                <w:b w:val="0"/>
                <w:i w:val="0"/>
                <w:color w:val="222222"/>
                <w:sz w:val="15"/>
              </w:rPr>
            </w:r>
          </w:p>
        </w:tc>
        <w:tc>
          <w:tcPr>
            <w:tcW w:type="dxa" w:w="1152"/>
            <w:tcMar>
              <w:top w:w="70" w:type="dxa"/>
              <w:start w:w="90" w:type="dxa"/>
              <w:bottom w:w="70" w:type="dxa"/>
              <w:end w:w="90" w:type="dxa"/>
            </w:tcMar>
            <w:vAlign w:val="top"/>
          </w:tcPr>
          <w:p>
            <w:r>
              <w:rPr>
                <w:rFonts w:ascii="Cambria" w:hAnsi="Cambria" w:eastAsia="Cambria"/>
                <w:b w:val="0"/>
                <w:i w:val="0"/>
                <w:color w:val="222222"/>
                <w:sz w:val="15"/>
              </w:rPr>
            </w:r>
          </w:p>
        </w:tc>
      </w:tr>
      <w:tr>
        <w:trPr>
          <w:cantSplit/>
        </w:trPr>
        <w:tc>
          <w:tcPr>
            <w:tcW w:type="dxa" w:w="1152"/>
            <w:tcMar>
              <w:top w:w="70" w:type="dxa"/>
              <w:start w:w="90" w:type="dxa"/>
              <w:bottom w:w="70" w:type="dxa"/>
              <w:end w:w="90" w:type="dxa"/>
            </w:tcMar>
            <w:vAlign w:val="top"/>
            <w:shd w:fill="F5F8FB"/>
          </w:tcPr>
          <w:p>
            <w:r>
              <w:rPr>
                <w:rFonts w:ascii="Cambria" w:hAnsi="Cambria" w:eastAsia="Cambria"/>
                <w:b w:val="0"/>
                <w:i w:val="0"/>
                <w:color w:val="222222"/>
                <w:sz w:val="15"/>
              </w:rPr>
            </w:r>
          </w:p>
        </w:tc>
        <w:tc>
          <w:tcPr>
            <w:tcW w:type="dxa" w:w="1728"/>
            <w:tcMar>
              <w:top w:w="70" w:type="dxa"/>
              <w:start w:w="90" w:type="dxa"/>
              <w:bottom w:w="70" w:type="dxa"/>
              <w:end w:w="90" w:type="dxa"/>
            </w:tcMar>
            <w:vAlign w:val="top"/>
            <w:shd w:fill="F5F8FB"/>
          </w:tcPr>
          <w:p>
            <w:r>
              <w:rPr>
                <w:rFonts w:ascii="Cambria" w:hAnsi="Cambria" w:eastAsia="Cambria"/>
                <w:b w:val="0"/>
                <w:i w:val="0"/>
                <w:color w:val="222222"/>
                <w:sz w:val="15"/>
              </w:rPr>
            </w:r>
          </w:p>
        </w:tc>
        <w:tc>
          <w:tcPr>
            <w:tcW w:type="dxa" w:w="1872"/>
            <w:tcMar>
              <w:top w:w="70" w:type="dxa"/>
              <w:start w:w="90" w:type="dxa"/>
              <w:bottom w:w="70" w:type="dxa"/>
              <w:end w:w="90" w:type="dxa"/>
            </w:tcMar>
            <w:vAlign w:val="top"/>
            <w:shd w:fill="F5F8FB"/>
          </w:tcPr>
          <w:p>
            <w:r>
              <w:rPr>
                <w:rFonts w:ascii="Cambria" w:hAnsi="Cambria" w:eastAsia="Cambria"/>
                <w:b w:val="0"/>
                <w:i w:val="0"/>
                <w:color w:val="222222"/>
                <w:sz w:val="15"/>
              </w:rPr>
            </w:r>
          </w:p>
        </w:tc>
        <w:tc>
          <w:tcPr>
            <w:tcW w:type="dxa" w:w="1440"/>
            <w:tcMar>
              <w:top w:w="70" w:type="dxa"/>
              <w:start w:w="90" w:type="dxa"/>
              <w:bottom w:w="70" w:type="dxa"/>
              <w:end w:w="90" w:type="dxa"/>
            </w:tcMar>
            <w:vAlign w:val="top"/>
            <w:shd w:fill="F5F8FB"/>
          </w:tcPr>
          <w:p>
            <w:r>
              <w:rPr>
                <w:rFonts w:ascii="Cambria" w:hAnsi="Cambria" w:eastAsia="Cambria"/>
                <w:b w:val="0"/>
                <w:i w:val="0"/>
                <w:color w:val="222222"/>
                <w:sz w:val="15"/>
              </w:rPr>
            </w:r>
          </w:p>
        </w:tc>
        <w:tc>
          <w:tcPr>
            <w:tcW w:type="dxa" w:w="1440"/>
            <w:tcMar>
              <w:top w:w="70" w:type="dxa"/>
              <w:start w:w="90" w:type="dxa"/>
              <w:bottom w:w="70" w:type="dxa"/>
              <w:end w:w="90" w:type="dxa"/>
            </w:tcMar>
            <w:vAlign w:val="top"/>
            <w:shd w:fill="F5F8FB"/>
          </w:tcPr>
          <w:p>
            <w:r>
              <w:rPr>
                <w:rFonts w:ascii="Cambria" w:hAnsi="Cambria" w:eastAsia="Cambria"/>
                <w:b w:val="0"/>
                <w:i w:val="0"/>
                <w:color w:val="222222"/>
                <w:sz w:val="15"/>
              </w:rPr>
            </w:r>
          </w:p>
        </w:tc>
        <w:tc>
          <w:tcPr>
            <w:tcW w:type="dxa" w:w="1440"/>
            <w:tcMar>
              <w:top w:w="70" w:type="dxa"/>
              <w:start w:w="90" w:type="dxa"/>
              <w:bottom w:w="70" w:type="dxa"/>
              <w:end w:w="90" w:type="dxa"/>
            </w:tcMar>
            <w:vAlign w:val="top"/>
            <w:shd w:fill="F5F8FB"/>
          </w:tcPr>
          <w:p>
            <w:r>
              <w:rPr>
                <w:rFonts w:ascii="Cambria" w:hAnsi="Cambria" w:eastAsia="Cambria"/>
                <w:b w:val="0"/>
                <w:i w:val="0"/>
                <w:color w:val="222222"/>
                <w:sz w:val="15"/>
              </w:rPr>
            </w:r>
          </w:p>
        </w:tc>
        <w:tc>
          <w:tcPr>
            <w:tcW w:type="dxa" w:w="1296"/>
            <w:tcMar>
              <w:top w:w="70" w:type="dxa"/>
              <w:start w:w="90" w:type="dxa"/>
              <w:bottom w:w="70" w:type="dxa"/>
              <w:end w:w="90" w:type="dxa"/>
            </w:tcMar>
            <w:vAlign w:val="top"/>
            <w:shd w:fill="F5F8FB"/>
          </w:tcPr>
          <w:p>
            <w:r>
              <w:rPr>
                <w:rFonts w:ascii="Cambria" w:hAnsi="Cambria" w:eastAsia="Cambria"/>
                <w:b w:val="0"/>
                <w:i w:val="0"/>
                <w:color w:val="222222"/>
                <w:sz w:val="15"/>
              </w:rPr>
            </w:r>
          </w:p>
        </w:tc>
        <w:tc>
          <w:tcPr>
            <w:tcW w:type="dxa" w:w="1152"/>
            <w:tcMar>
              <w:top w:w="70" w:type="dxa"/>
              <w:start w:w="90" w:type="dxa"/>
              <w:bottom w:w="70" w:type="dxa"/>
              <w:end w:w="90" w:type="dxa"/>
            </w:tcMar>
            <w:vAlign w:val="top"/>
            <w:shd w:fill="F5F8FB"/>
          </w:tcPr>
          <w:p>
            <w:r>
              <w:rPr>
                <w:rFonts w:ascii="Cambria" w:hAnsi="Cambria" w:eastAsia="Cambria"/>
                <w:b w:val="0"/>
                <w:i w:val="0"/>
                <w:color w:val="222222"/>
                <w:sz w:val="15"/>
              </w:rPr>
            </w:r>
          </w:p>
        </w:tc>
      </w:tr>
      <w:tr>
        <w:trPr>
          <w:cantSplit/>
        </w:trPr>
        <w:tc>
          <w:tcPr>
            <w:tcW w:type="dxa" w:w="1152"/>
            <w:tcMar>
              <w:top w:w="70" w:type="dxa"/>
              <w:start w:w="90" w:type="dxa"/>
              <w:bottom w:w="70" w:type="dxa"/>
              <w:end w:w="90" w:type="dxa"/>
            </w:tcMar>
            <w:vAlign w:val="top"/>
          </w:tcPr>
          <w:p>
            <w:r>
              <w:rPr>
                <w:rFonts w:ascii="Cambria" w:hAnsi="Cambria" w:eastAsia="Cambria"/>
                <w:b w:val="0"/>
                <w:i w:val="0"/>
                <w:color w:val="222222"/>
                <w:sz w:val="15"/>
              </w:rPr>
            </w:r>
          </w:p>
        </w:tc>
        <w:tc>
          <w:tcPr>
            <w:tcW w:type="dxa" w:w="1728"/>
            <w:tcMar>
              <w:top w:w="70" w:type="dxa"/>
              <w:start w:w="90" w:type="dxa"/>
              <w:bottom w:w="70" w:type="dxa"/>
              <w:end w:w="90" w:type="dxa"/>
            </w:tcMar>
            <w:vAlign w:val="top"/>
          </w:tcPr>
          <w:p>
            <w:r>
              <w:rPr>
                <w:rFonts w:ascii="Cambria" w:hAnsi="Cambria" w:eastAsia="Cambria"/>
                <w:b w:val="0"/>
                <w:i w:val="0"/>
                <w:color w:val="222222"/>
                <w:sz w:val="15"/>
              </w:rPr>
            </w:r>
          </w:p>
        </w:tc>
        <w:tc>
          <w:tcPr>
            <w:tcW w:type="dxa" w:w="1872"/>
            <w:tcMar>
              <w:top w:w="70" w:type="dxa"/>
              <w:start w:w="90" w:type="dxa"/>
              <w:bottom w:w="70" w:type="dxa"/>
              <w:end w:w="90" w:type="dxa"/>
            </w:tcMar>
            <w:vAlign w:val="top"/>
          </w:tcPr>
          <w:p>
            <w:r>
              <w:rPr>
                <w:rFonts w:ascii="Cambria" w:hAnsi="Cambria" w:eastAsia="Cambria"/>
                <w:b w:val="0"/>
                <w:i w:val="0"/>
                <w:color w:val="222222"/>
                <w:sz w:val="15"/>
              </w:rPr>
            </w:r>
          </w:p>
        </w:tc>
        <w:tc>
          <w:tcPr>
            <w:tcW w:type="dxa" w:w="1440"/>
            <w:tcMar>
              <w:top w:w="70" w:type="dxa"/>
              <w:start w:w="90" w:type="dxa"/>
              <w:bottom w:w="70" w:type="dxa"/>
              <w:end w:w="90" w:type="dxa"/>
            </w:tcMar>
            <w:vAlign w:val="top"/>
          </w:tcPr>
          <w:p>
            <w:r>
              <w:rPr>
                <w:rFonts w:ascii="Cambria" w:hAnsi="Cambria" w:eastAsia="Cambria"/>
                <w:b w:val="0"/>
                <w:i w:val="0"/>
                <w:color w:val="222222"/>
                <w:sz w:val="15"/>
              </w:rPr>
            </w:r>
          </w:p>
        </w:tc>
        <w:tc>
          <w:tcPr>
            <w:tcW w:type="dxa" w:w="1440"/>
            <w:tcMar>
              <w:top w:w="70" w:type="dxa"/>
              <w:start w:w="90" w:type="dxa"/>
              <w:bottom w:w="70" w:type="dxa"/>
              <w:end w:w="90" w:type="dxa"/>
            </w:tcMar>
            <w:vAlign w:val="top"/>
          </w:tcPr>
          <w:p>
            <w:r>
              <w:rPr>
                <w:rFonts w:ascii="Cambria" w:hAnsi="Cambria" w:eastAsia="Cambria"/>
                <w:b w:val="0"/>
                <w:i w:val="0"/>
                <w:color w:val="222222"/>
                <w:sz w:val="15"/>
              </w:rPr>
            </w:r>
          </w:p>
        </w:tc>
        <w:tc>
          <w:tcPr>
            <w:tcW w:type="dxa" w:w="1440"/>
            <w:tcMar>
              <w:top w:w="70" w:type="dxa"/>
              <w:start w:w="90" w:type="dxa"/>
              <w:bottom w:w="70" w:type="dxa"/>
              <w:end w:w="90" w:type="dxa"/>
            </w:tcMar>
            <w:vAlign w:val="top"/>
          </w:tcPr>
          <w:p>
            <w:r>
              <w:rPr>
                <w:rFonts w:ascii="Cambria" w:hAnsi="Cambria" w:eastAsia="Cambria"/>
                <w:b w:val="0"/>
                <w:i w:val="0"/>
                <w:color w:val="222222"/>
                <w:sz w:val="15"/>
              </w:rPr>
            </w:r>
          </w:p>
        </w:tc>
        <w:tc>
          <w:tcPr>
            <w:tcW w:type="dxa" w:w="1296"/>
            <w:tcMar>
              <w:top w:w="70" w:type="dxa"/>
              <w:start w:w="90" w:type="dxa"/>
              <w:bottom w:w="70" w:type="dxa"/>
              <w:end w:w="90" w:type="dxa"/>
            </w:tcMar>
            <w:vAlign w:val="top"/>
          </w:tcPr>
          <w:p>
            <w:r>
              <w:rPr>
                <w:rFonts w:ascii="Cambria" w:hAnsi="Cambria" w:eastAsia="Cambria"/>
                <w:b w:val="0"/>
                <w:i w:val="0"/>
                <w:color w:val="222222"/>
                <w:sz w:val="15"/>
              </w:rPr>
            </w:r>
          </w:p>
        </w:tc>
        <w:tc>
          <w:tcPr>
            <w:tcW w:type="dxa" w:w="1152"/>
            <w:tcMar>
              <w:top w:w="70" w:type="dxa"/>
              <w:start w:w="90" w:type="dxa"/>
              <w:bottom w:w="70" w:type="dxa"/>
              <w:end w:w="90" w:type="dxa"/>
            </w:tcMar>
            <w:vAlign w:val="top"/>
          </w:tcPr>
          <w:p>
            <w:r>
              <w:rPr>
                <w:rFonts w:ascii="Cambria" w:hAnsi="Cambria" w:eastAsia="Cambria"/>
                <w:b w:val="0"/>
                <w:i w:val="0"/>
                <w:color w:val="222222"/>
                <w:sz w:val="15"/>
              </w:rPr>
            </w:r>
          </w:p>
        </w:tc>
      </w:tr>
      <w:tr>
        <w:trPr>
          <w:cantSplit/>
        </w:trPr>
        <w:tc>
          <w:tcPr>
            <w:tcW w:type="dxa" w:w="1152"/>
            <w:tcMar>
              <w:top w:w="70" w:type="dxa"/>
              <w:start w:w="90" w:type="dxa"/>
              <w:bottom w:w="70" w:type="dxa"/>
              <w:end w:w="90" w:type="dxa"/>
            </w:tcMar>
            <w:vAlign w:val="top"/>
            <w:shd w:fill="F5F8FB"/>
          </w:tcPr>
          <w:p>
            <w:r>
              <w:rPr>
                <w:rFonts w:ascii="Cambria" w:hAnsi="Cambria" w:eastAsia="Cambria"/>
                <w:b w:val="0"/>
                <w:i w:val="0"/>
                <w:color w:val="222222"/>
                <w:sz w:val="15"/>
              </w:rPr>
            </w:r>
          </w:p>
        </w:tc>
        <w:tc>
          <w:tcPr>
            <w:tcW w:type="dxa" w:w="1728"/>
            <w:tcMar>
              <w:top w:w="70" w:type="dxa"/>
              <w:start w:w="90" w:type="dxa"/>
              <w:bottom w:w="70" w:type="dxa"/>
              <w:end w:w="90" w:type="dxa"/>
            </w:tcMar>
            <w:vAlign w:val="top"/>
            <w:shd w:fill="F5F8FB"/>
          </w:tcPr>
          <w:p>
            <w:r>
              <w:rPr>
                <w:rFonts w:ascii="Cambria" w:hAnsi="Cambria" w:eastAsia="Cambria"/>
                <w:b w:val="0"/>
                <w:i w:val="0"/>
                <w:color w:val="222222"/>
                <w:sz w:val="15"/>
              </w:rPr>
            </w:r>
          </w:p>
        </w:tc>
        <w:tc>
          <w:tcPr>
            <w:tcW w:type="dxa" w:w="1872"/>
            <w:tcMar>
              <w:top w:w="70" w:type="dxa"/>
              <w:start w:w="90" w:type="dxa"/>
              <w:bottom w:w="70" w:type="dxa"/>
              <w:end w:w="90" w:type="dxa"/>
            </w:tcMar>
            <w:vAlign w:val="top"/>
            <w:shd w:fill="F5F8FB"/>
          </w:tcPr>
          <w:p>
            <w:r>
              <w:rPr>
                <w:rFonts w:ascii="Cambria" w:hAnsi="Cambria" w:eastAsia="Cambria"/>
                <w:b w:val="0"/>
                <w:i w:val="0"/>
                <w:color w:val="222222"/>
                <w:sz w:val="15"/>
              </w:rPr>
            </w:r>
          </w:p>
        </w:tc>
        <w:tc>
          <w:tcPr>
            <w:tcW w:type="dxa" w:w="1440"/>
            <w:tcMar>
              <w:top w:w="70" w:type="dxa"/>
              <w:start w:w="90" w:type="dxa"/>
              <w:bottom w:w="70" w:type="dxa"/>
              <w:end w:w="90" w:type="dxa"/>
            </w:tcMar>
            <w:vAlign w:val="top"/>
            <w:shd w:fill="F5F8FB"/>
          </w:tcPr>
          <w:p>
            <w:r>
              <w:rPr>
                <w:rFonts w:ascii="Cambria" w:hAnsi="Cambria" w:eastAsia="Cambria"/>
                <w:b w:val="0"/>
                <w:i w:val="0"/>
                <w:color w:val="222222"/>
                <w:sz w:val="15"/>
              </w:rPr>
            </w:r>
          </w:p>
        </w:tc>
        <w:tc>
          <w:tcPr>
            <w:tcW w:type="dxa" w:w="1440"/>
            <w:tcMar>
              <w:top w:w="70" w:type="dxa"/>
              <w:start w:w="90" w:type="dxa"/>
              <w:bottom w:w="70" w:type="dxa"/>
              <w:end w:w="90" w:type="dxa"/>
            </w:tcMar>
            <w:vAlign w:val="top"/>
            <w:shd w:fill="F5F8FB"/>
          </w:tcPr>
          <w:p>
            <w:r>
              <w:rPr>
                <w:rFonts w:ascii="Cambria" w:hAnsi="Cambria" w:eastAsia="Cambria"/>
                <w:b w:val="0"/>
                <w:i w:val="0"/>
                <w:color w:val="222222"/>
                <w:sz w:val="15"/>
              </w:rPr>
            </w:r>
          </w:p>
        </w:tc>
        <w:tc>
          <w:tcPr>
            <w:tcW w:type="dxa" w:w="1440"/>
            <w:tcMar>
              <w:top w:w="70" w:type="dxa"/>
              <w:start w:w="90" w:type="dxa"/>
              <w:bottom w:w="70" w:type="dxa"/>
              <w:end w:w="90" w:type="dxa"/>
            </w:tcMar>
            <w:vAlign w:val="top"/>
            <w:shd w:fill="F5F8FB"/>
          </w:tcPr>
          <w:p>
            <w:r>
              <w:rPr>
                <w:rFonts w:ascii="Cambria" w:hAnsi="Cambria" w:eastAsia="Cambria"/>
                <w:b w:val="0"/>
                <w:i w:val="0"/>
                <w:color w:val="222222"/>
                <w:sz w:val="15"/>
              </w:rPr>
            </w:r>
          </w:p>
        </w:tc>
        <w:tc>
          <w:tcPr>
            <w:tcW w:type="dxa" w:w="1296"/>
            <w:tcMar>
              <w:top w:w="70" w:type="dxa"/>
              <w:start w:w="90" w:type="dxa"/>
              <w:bottom w:w="70" w:type="dxa"/>
              <w:end w:w="90" w:type="dxa"/>
            </w:tcMar>
            <w:vAlign w:val="top"/>
            <w:shd w:fill="F5F8FB"/>
          </w:tcPr>
          <w:p>
            <w:r>
              <w:rPr>
                <w:rFonts w:ascii="Cambria" w:hAnsi="Cambria" w:eastAsia="Cambria"/>
                <w:b w:val="0"/>
                <w:i w:val="0"/>
                <w:color w:val="222222"/>
                <w:sz w:val="15"/>
              </w:rPr>
            </w:r>
          </w:p>
        </w:tc>
        <w:tc>
          <w:tcPr>
            <w:tcW w:type="dxa" w:w="1152"/>
            <w:tcMar>
              <w:top w:w="70" w:type="dxa"/>
              <w:start w:w="90" w:type="dxa"/>
              <w:bottom w:w="70" w:type="dxa"/>
              <w:end w:w="90" w:type="dxa"/>
            </w:tcMar>
            <w:vAlign w:val="top"/>
            <w:shd w:fill="F5F8FB"/>
          </w:tcPr>
          <w:p>
            <w:r>
              <w:rPr>
                <w:rFonts w:ascii="Cambria" w:hAnsi="Cambria" w:eastAsia="Cambria"/>
                <w:b w:val="0"/>
                <w:i w:val="0"/>
                <w:color w:val="222222"/>
                <w:sz w:val="15"/>
              </w:rPr>
            </w:r>
          </w:p>
        </w:tc>
      </w:tr>
      <w:tr>
        <w:trPr>
          <w:cantSplit/>
        </w:trPr>
        <w:tc>
          <w:tcPr>
            <w:tcW w:type="dxa" w:w="1152"/>
            <w:tcMar>
              <w:top w:w="70" w:type="dxa"/>
              <w:start w:w="90" w:type="dxa"/>
              <w:bottom w:w="70" w:type="dxa"/>
              <w:end w:w="90" w:type="dxa"/>
            </w:tcMar>
            <w:vAlign w:val="top"/>
          </w:tcPr>
          <w:p>
            <w:r>
              <w:rPr>
                <w:rFonts w:ascii="Cambria" w:hAnsi="Cambria" w:eastAsia="Cambria"/>
                <w:b w:val="0"/>
                <w:i w:val="0"/>
                <w:color w:val="222222"/>
                <w:sz w:val="15"/>
              </w:rPr>
            </w:r>
          </w:p>
        </w:tc>
        <w:tc>
          <w:tcPr>
            <w:tcW w:type="dxa" w:w="1728"/>
            <w:tcMar>
              <w:top w:w="70" w:type="dxa"/>
              <w:start w:w="90" w:type="dxa"/>
              <w:bottom w:w="70" w:type="dxa"/>
              <w:end w:w="90" w:type="dxa"/>
            </w:tcMar>
            <w:vAlign w:val="top"/>
          </w:tcPr>
          <w:p>
            <w:r>
              <w:rPr>
                <w:rFonts w:ascii="Cambria" w:hAnsi="Cambria" w:eastAsia="Cambria"/>
                <w:b w:val="0"/>
                <w:i w:val="0"/>
                <w:color w:val="222222"/>
                <w:sz w:val="15"/>
              </w:rPr>
            </w:r>
          </w:p>
        </w:tc>
        <w:tc>
          <w:tcPr>
            <w:tcW w:type="dxa" w:w="1872"/>
            <w:tcMar>
              <w:top w:w="70" w:type="dxa"/>
              <w:start w:w="90" w:type="dxa"/>
              <w:bottom w:w="70" w:type="dxa"/>
              <w:end w:w="90" w:type="dxa"/>
            </w:tcMar>
            <w:vAlign w:val="top"/>
          </w:tcPr>
          <w:p>
            <w:r>
              <w:rPr>
                <w:rFonts w:ascii="Cambria" w:hAnsi="Cambria" w:eastAsia="Cambria"/>
                <w:b w:val="0"/>
                <w:i w:val="0"/>
                <w:color w:val="222222"/>
                <w:sz w:val="15"/>
              </w:rPr>
            </w:r>
          </w:p>
        </w:tc>
        <w:tc>
          <w:tcPr>
            <w:tcW w:type="dxa" w:w="1440"/>
            <w:tcMar>
              <w:top w:w="70" w:type="dxa"/>
              <w:start w:w="90" w:type="dxa"/>
              <w:bottom w:w="70" w:type="dxa"/>
              <w:end w:w="90" w:type="dxa"/>
            </w:tcMar>
            <w:vAlign w:val="top"/>
          </w:tcPr>
          <w:p>
            <w:r>
              <w:rPr>
                <w:rFonts w:ascii="Cambria" w:hAnsi="Cambria" w:eastAsia="Cambria"/>
                <w:b w:val="0"/>
                <w:i w:val="0"/>
                <w:color w:val="222222"/>
                <w:sz w:val="15"/>
              </w:rPr>
            </w:r>
          </w:p>
        </w:tc>
        <w:tc>
          <w:tcPr>
            <w:tcW w:type="dxa" w:w="1440"/>
            <w:tcMar>
              <w:top w:w="70" w:type="dxa"/>
              <w:start w:w="90" w:type="dxa"/>
              <w:bottom w:w="70" w:type="dxa"/>
              <w:end w:w="90" w:type="dxa"/>
            </w:tcMar>
            <w:vAlign w:val="top"/>
          </w:tcPr>
          <w:p>
            <w:r>
              <w:rPr>
                <w:rFonts w:ascii="Cambria" w:hAnsi="Cambria" w:eastAsia="Cambria"/>
                <w:b w:val="0"/>
                <w:i w:val="0"/>
                <w:color w:val="222222"/>
                <w:sz w:val="15"/>
              </w:rPr>
            </w:r>
          </w:p>
        </w:tc>
        <w:tc>
          <w:tcPr>
            <w:tcW w:type="dxa" w:w="1440"/>
            <w:tcMar>
              <w:top w:w="70" w:type="dxa"/>
              <w:start w:w="90" w:type="dxa"/>
              <w:bottom w:w="70" w:type="dxa"/>
              <w:end w:w="90" w:type="dxa"/>
            </w:tcMar>
            <w:vAlign w:val="top"/>
          </w:tcPr>
          <w:p>
            <w:r>
              <w:rPr>
                <w:rFonts w:ascii="Cambria" w:hAnsi="Cambria" w:eastAsia="Cambria"/>
                <w:b w:val="0"/>
                <w:i w:val="0"/>
                <w:color w:val="222222"/>
                <w:sz w:val="15"/>
              </w:rPr>
            </w:r>
          </w:p>
        </w:tc>
        <w:tc>
          <w:tcPr>
            <w:tcW w:type="dxa" w:w="1296"/>
            <w:tcMar>
              <w:top w:w="70" w:type="dxa"/>
              <w:start w:w="90" w:type="dxa"/>
              <w:bottom w:w="70" w:type="dxa"/>
              <w:end w:w="90" w:type="dxa"/>
            </w:tcMar>
            <w:vAlign w:val="top"/>
          </w:tcPr>
          <w:p>
            <w:r>
              <w:rPr>
                <w:rFonts w:ascii="Cambria" w:hAnsi="Cambria" w:eastAsia="Cambria"/>
                <w:b w:val="0"/>
                <w:i w:val="0"/>
                <w:color w:val="222222"/>
                <w:sz w:val="15"/>
              </w:rPr>
            </w:r>
          </w:p>
        </w:tc>
        <w:tc>
          <w:tcPr>
            <w:tcW w:type="dxa" w:w="1152"/>
            <w:tcMar>
              <w:top w:w="70" w:type="dxa"/>
              <w:start w:w="90" w:type="dxa"/>
              <w:bottom w:w="70" w:type="dxa"/>
              <w:end w:w="90" w:type="dxa"/>
            </w:tcMar>
            <w:vAlign w:val="top"/>
          </w:tcPr>
          <w:p>
            <w:r>
              <w:rPr>
                <w:rFonts w:ascii="Cambria" w:hAnsi="Cambria" w:eastAsia="Cambria"/>
                <w:b w:val="0"/>
                <w:i w:val="0"/>
                <w:color w:val="222222"/>
                <w:sz w:val="15"/>
              </w:rPr>
            </w:r>
          </w:p>
        </w:tc>
      </w:tr>
      <w:tr>
        <w:trPr>
          <w:cantSplit/>
        </w:trPr>
        <w:tc>
          <w:tcPr>
            <w:tcW w:type="dxa" w:w="1152"/>
            <w:tcMar>
              <w:top w:w="70" w:type="dxa"/>
              <w:start w:w="90" w:type="dxa"/>
              <w:bottom w:w="70" w:type="dxa"/>
              <w:end w:w="90" w:type="dxa"/>
            </w:tcMar>
            <w:vAlign w:val="top"/>
            <w:shd w:fill="F5F8FB"/>
          </w:tcPr>
          <w:p>
            <w:r>
              <w:rPr>
                <w:rFonts w:ascii="Cambria" w:hAnsi="Cambria" w:eastAsia="Cambria"/>
                <w:b w:val="0"/>
                <w:i w:val="0"/>
                <w:color w:val="222222"/>
                <w:sz w:val="15"/>
              </w:rPr>
            </w:r>
          </w:p>
        </w:tc>
        <w:tc>
          <w:tcPr>
            <w:tcW w:type="dxa" w:w="1728"/>
            <w:tcMar>
              <w:top w:w="70" w:type="dxa"/>
              <w:start w:w="90" w:type="dxa"/>
              <w:bottom w:w="70" w:type="dxa"/>
              <w:end w:w="90" w:type="dxa"/>
            </w:tcMar>
            <w:vAlign w:val="top"/>
            <w:shd w:fill="F5F8FB"/>
          </w:tcPr>
          <w:p>
            <w:r>
              <w:rPr>
                <w:rFonts w:ascii="Cambria" w:hAnsi="Cambria" w:eastAsia="Cambria"/>
                <w:b w:val="0"/>
                <w:i w:val="0"/>
                <w:color w:val="222222"/>
                <w:sz w:val="15"/>
              </w:rPr>
            </w:r>
          </w:p>
        </w:tc>
        <w:tc>
          <w:tcPr>
            <w:tcW w:type="dxa" w:w="1872"/>
            <w:tcMar>
              <w:top w:w="70" w:type="dxa"/>
              <w:start w:w="90" w:type="dxa"/>
              <w:bottom w:w="70" w:type="dxa"/>
              <w:end w:w="90" w:type="dxa"/>
            </w:tcMar>
            <w:vAlign w:val="top"/>
            <w:shd w:fill="F5F8FB"/>
          </w:tcPr>
          <w:p>
            <w:r>
              <w:rPr>
                <w:rFonts w:ascii="Cambria" w:hAnsi="Cambria" w:eastAsia="Cambria"/>
                <w:b w:val="0"/>
                <w:i w:val="0"/>
                <w:color w:val="222222"/>
                <w:sz w:val="15"/>
              </w:rPr>
            </w:r>
          </w:p>
        </w:tc>
        <w:tc>
          <w:tcPr>
            <w:tcW w:type="dxa" w:w="1440"/>
            <w:tcMar>
              <w:top w:w="70" w:type="dxa"/>
              <w:start w:w="90" w:type="dxa"/>
              <w:bottom w:w="70" w:type="dxa"/>
              <w:end w:w="90" w:type="dxa"/>
            </w:tcMar>
            <w:vAlign w:val="top"/>
            <w:shd w:fill="F5F8FB"/>
          </w:tcPr>
          <w:p>
            <w:r>
              <w:rPr>
                <w:rFonts w:ascii="Cambria" w:hAnsi="Cambria" w:eastAsia="Cambria"/>
                <w:b w:val="0"/>
                <w:i w:val="0"/>
                <w:color w:val="222222"/>
                <w:sz w:val="15"/>
              </w:rPr>
            </w:r>
          </w:p>
        </w:tc>
        <w:tc>
          <w:tcPr>
            <w:tcW w:type="dxa" w:w="1440"/>
            <w:tcMar>
              <w:top w:w="70" w:type="dxa"/>
              <w:start w:w="90" w:type="dxa"/>
              <w:bottom w:w="70" w:type="dxa"/>
              <w:end w:w="90" w:type="dxa"/>
            </w:tcMar>
            <w:vAlign w:val="top"/>
            <w:shd w:fill="F5F8FB"/>
          </w:tcPr>
          <w:p>
            <w:r>
              <w:rPr>
                <w:rFonts w:ascii="Cambria" w:hAnsi="Cambria" w:eastAsia="Cambria"/>
                <w:b w:val="0"/>
                <w:i w:val="0"/>
                <w:color w:val="222222"/>
                <w:sz w:val="15"/>
              </w:rPr>
            </w:r>
          </w:p>
        </w:tc>
        <w:tc>
          <w:tcPr>
            <w:tcW w:type="dxa" w:w="1440"/>
            <w:tcMar>
              <w:top w:w="70" w:type="dxa"/>
              <w:start w:w="90" w:type="dxa"/>
              <w:bottom w:w="70" w:type="dxa"/>
              <w:end w:w="90" w:type="dxa"/>
            </w:tcMar>
            <w:vAlign w:val="top"/>
            <w:shd w:fill="F5F8FB"/>
          </w:tcPr>
          <w:p>
            <w:r>
              <w:rPr>
                <w:rFonts w:ascii="Cambria" w:hAnsi="Cambria" w:eastAsia="Cambria"/>
                <w:b w:val="0"/>
                <w:i w:val="0"/>
                <w:color w:val="222222"/>
                <w:sz w:val="15"/>
              </w:rPr>
            </w:r>
          </w:p>
        </w:tc>
        <w:tc>
          <w:tcPr>
            <w:tcW w:type="dxa" w:w="1296"/>
            <w:tcMar>
              <w:top w:w="70" w:type="dxa"/>
              <w:start w:w="90" w:type="dxa"/>
              <w:bottom w:w="70" w:type="dxa"/>
              <w:end w:w="90" w:type="dxa"/>
            </w:tcMar>
            <w:vAlign w:val="top"/>
            <w:shd w:fill="F5F8FB"/>
          </w:tcPr>
          <w:p>
            <w:r>
              <w:rPr>
                <w:rFonts w:ascii="Cambria" w:hAnsi="Cambria" w:eastAsia="Cambria"/>
                <w:b w:val="0"/>
                <w:i w:val="0"/>
                <w:color w:val="222222"/>
                <w:sz w:val="15"/>
              </w:rPr>
            </w:r>
          </w:p>
        </w:tc>
        <w:tc>
          <w:tcPr>
            <w:tcW w:type="dxa" w:w="1152"/>
            <w:tcMar>
              <w:top w:w="70" w:type="dxa"/>
              <w:start w:w="90" w:type="dxa"/>
              <w:bottom w:w="70" w:type="dxa"/>
              <w:end w:w="90" w:type="dxa"/>
            </w:tcMar>
            <w:vAlign w:val="top"/>
            <w:shd w:fill="F5F8FB"/>
          </w:tcPr>
          <w:p>
            <w:r>
              <w:rPr>
                <w:rFonts w:ascii="Cambria" w:hAnsi="Cambria" w:eastAsia="Cambria"/>
                <w:b w:val="0"/>
                <w:i w:val="0"/>
                <w:color w:val="222222"/>
                <w:sz w:val="15"/>
              </w:rPr>
            </w:r>
          </w:p>
        </w:tc>
      </w:tr>
      <w:tr>
        <w:trPr>
          <w:cantSplit/>
        </w:trPr>
        <w:tc>
          <w:tcPr>
            <w:tcW w:type="dxa" w:w="1152"/>
            <w:tcMar>
              <w:top w:w="70" w:type="dxa"/>
              <w:start w:w="90" w:type="dxa"/>
              <w:bottom w:w="70" w:type="dxa"/>
              <w:end w:w="90" w:type="dxa"/>
            </w:tcMar>
            <w:vAlign w:val="top"/>
          </w:tcPr>
          <w:p>
            <w:r>
              <w:rPr>
                <w:rFonts w:ascii="Cambria" w:hAnsi="Cambria" w:eastAsia="Cambria"/>
                <w:b w:val="0"/>
                <w:i w:val="0"/>
                <w:color w:val="222222"/>
                <w:sz w:val="15"/>
              </w:rPr>
            </w:r>
          </w:p>
        </w:tc>
        <w:tc>
          <w:tcPr>
            <w:tcW w:type="dxa" w:w="1728"/>
            <w:tcMar>
              <w:top w:w="70" w:type="dxa"/>
              <w:start w:w="90" w:type="dxa"/>
              <w:bottom w:w="70" w:type="dxa"/>
              <w:end w:w="90" w:type="dxa"/>
            </w:tcMar>
            <w:vAlign w:val="top"/>
          </w:tcPr>
          <w:p>
            <w:r>
              <w:rPr>
                <w:rFonts w:ascii="Cambria" w:hAnsi="Cambria" w:eastAsia="Cambria"/>
                <w:b w:val="0"/>
                <w:i w:val="0"/>
                <w:color w:val="222222"/>
                <w:sz w:val="15"/>
              </w:rPr>
            </w:r>
          </w:p>
        </w:tc>
        <w:tc>
          <w:tcPr>
            <w:tcW w:type="dxa" w:w="1872"/>
            <w:tcMar>
              <w:top w:w="70" w:type="dxa"/>
              <w:start w:w="90" w:type="dxa"/>
              <w:bottom w:w="70" w:type="dxa"/>
              <w:end w:w="90" w:type="dxa"/>
            </w:tcMar>
            <w:vAlign w:val="top"/>
          </w:tcPr>
          <w:p>
            <w:r>
              <w:rPr>
                <w:rFonts w:ascii="Cambria" w:hAnsi="Cambria" w:eastAsia="Cambria"/>
                <w:b w:val="0"/>
                <w:i w:val="0"/>
                <w:color w:val="222222"/>
                <w:sz w:val="15"/>
              </w:rPr>
            </w:r>
          </w:p>
        </w:tc>
        <w:tc>
          <w:tcPr>
            <w:tcW w:type="dxa" w:w="1440"/>
            <w:tcMar>
              <w:top w:w="70" w:type="dxa"/>
              <w:start w:w="90" w:type="dxa"/>
              <w:bottom w:w="70" w:type="dxa"/>
              <w:end w:w="90" w:type="dxa"/>
            </w:tcMar>
            <w:vAlign w:val="top"/>
          </w:tcPr>
          <w:p>
            <w:r>
              <w:rPr>
                <w:rFonts w:ascii="Cambria" w:hAnsi="Cambria" w:eastAsia="Cambria"/>
                <w:b w:val="0"/>
                <w:i w:val="0"/>
                <w:color w:val="222222"/>
                <w:sz w:val="15"/>
              </w:rPr>
            </w:r>
          </w:p>
        </w:tc>
        <w:tc>
          <w:tcPr>
            <w:tcW w:type="dxa" w:w="1440"/>
            <w:tcMar>
              <w:top w:w="70" w:type="dxa"/>
              <w:start w:w="90" w:type="dxa"/>
              <w:bottom w:w="70" w:type="dxa"/>
              <w:end w:w="90" w:type="dxa"/>
            </w:tcMar>
            <w:vAlign w:val="top"/>
          </w:tcPr>
          <w:p>
            <w:r>
              <w:rPr>
                <w:rFonts w:ascii="Cambria" w:hAnsi="Cambria" w:eastAsia="Cambria"/>
                <w:b w:val="0"/>
                <w:i w:val="0"/>
                <w:color w:val="222222"/>
                <w:sz w:val="15"/>
              </w:rPr>
            </w:r>
          </w:p>
        </w:tc>
        <w:tc>
          <w:tcPr>
            <w:tcW w:type="dxa" w:w="1440"/>
            <w:tcMar>
              <w:top w:w="70" w:type="dxa"/>
              <w:start w:w="90" w:type="dxa"/>
              <w:bottom w:w="70" w:type="dxa"/>
              <w:end w:w="90" w:type="dxa"/>
            </w:tcMar>
            <w:vAlign w:val="top"/>
          </w:tcPr>
          <w:p>
            <w:r>
              <w:rPr>
                <w:rFonts w:ascii="Cambria" w:hAnsi="Cambria" w:eastAsia="Cambria"/>
                <w:b w:val="0"/>
                <w:i w:val="0"/>
                <w:color w:val="222222"/>
                <w:sz w:val="15"/>
              </w:rPr>
            </w:r>
          </w:p>
        </w:tc>
        <w:tc>
          <w:tcPr>
            <w:tcW w:type="dxa" w:w="1296"/>
            <w:tcMar>
              <w:top w:w="70" w:type="dxa"/>
              <w:start w:w="90" w:type="dxa"/>
              <w:bottom w:w="70" w:type="dxa"/>
              <w:end w:w="90" w:type="dxa"/>
            </w:tcMar>
            <w:vAlign w:val="top"/>
          </w:tcPr>
          <w:p>
            <w:r>
              <w:rPr>
                <w:rFonts w:ascii="Cambria" w:hAnsi="Cambria" w:eastAsia="Cambria"/>
                <w:b w:val="0"/>
                <w:i w:val="0"/>
                <w:color w:val="222222"/>
                <w:sz w:val="15"/>
              </w:rPr>
            </w:r>
          </w:p>
        </w:tc>
        <w:tc>
          <w:tcPr>
            <w:tcW w:type="dxa" w:w="1152"/>
            <w:tcMar>
              <w:top w:w="70" w:type="dxa"/>
              <w:start w:w="90" w:type="dxa"/>
              <w:bottom w:w="70" w:type="dxa"/>
              <w:end w:w="90" w:type="dxa"/>
            </w:tcMar>
            <w:vAlign w:val="top"/>
          </w:tcPr>
          <w:p>
            <w:r>
              <w:rPr>
                <w:rFonts w:ascii="Cambria" w:hAnsi="Cambria" w:eastAsia="Cambria"/>
                <w:b w:val="0"/>
                <w:i w:val="0"/>
                <w:color w:val="222222"/>
                <w:sz w:val="15"/>
              </w:rPr>
            </w:r>
          </w:p>
        </w:tc>
      </w:tr>
      <w:tr>
        <w:trPr>
          <w:cantSplit/>
        </w:trPr>
        <w:tc>
          <w:tcPr>
            <w:tcW w:type="dxa" w:w="1152"/>
            <w:tcMar>
              <w:top w:w="70" w:type="dxa"/>
              <w:start w:w="90" w:type="dxa"/>
              <w:bottom w:w="70" w:type="dxa"/>
              <w:end w:w="90" w:type="dxa"/>
            </w:tcMar>
            <w:vAlign w:val="top"/>
            <w:shd w:fill="F5F8FB"/>
          </w:tcPr>
          <w:p>
            <w:r>
              <w:rPr>
                <w:rFonts w:ascii="Cambria" w:hAnsi="Cambria" w:eastAsia="Cambria"/>
                <w:b w:val="0"/>
                <w:i w:val="0"/>
                <w:color w:val="222222"/>
                <w:sz w:val="15"/>
              </w:rPr>
            </w:r>
          </w:p>
        </w:tc>
        <w:tc>
          <w:tcPr>
            <w:tcW w:type="dxa" w:w="1728"/>
            <w:tcMar>
              <w:top w:w="70" w:type="dxa"/>
              <w:start w:w="90" w:type="dxa"/>
              <w:bottom w:w="70" w:type="dxa"/>
              <w:end w:w="90" w:type="dxa"/>
            </w:tcMar>
            <w:vAlign w:val="top"/>
            <w:shd w:fill="F5F8FB"/>
          </w:tcPr>
          <w:p>
            <w:r>
              <w:rPr>
                <w:rFonts w:ascii="Cambria" w:hAnsi="Cambria" w:eastAsia="Cambria"/>
                <w:b w:val="0"/>
                <w:i w:val="0"/>
                <w:color w:val="222222"/>
                <w:sz w:val="15"/>
              </w:rPr>
            </w:r>
          </w:p>
        </w:tc>
        <w:tc>
          <w:tcPr>
            <w:tcW w:type="dxa" w:w="1872"/>
            <w:tcMar>
              <w:top w:w="70" w:type="dxa"/>
              <w:start w:w="90" w:type="dxa"/>
              <w:bottom w:w="70" w:type="dxa"/>
              <w:end w:w="90" w:type="dxa"/>
            </w:tcMar>
            <w:vAlign w:val="top"/>
            <w:shd w:fill="F5F8FB"/>
          </w:tcPr>
          <w:p>
            <w:r>
              <w:rPr>
                <w:rFonts w:ascii="Cambria" w:hAnsi="Cambria" w:eastAsia="Cambria"/>
                <w:b w:val="0"/>
                <w:i w:val="0"/>
                <w:color w:val="222222"/>
                <w:sz w:val="15"/>
              </w:rPr>
            </w:r>
          </w:p>
        </w:tc>
        <w:tc>
          <w:tcPr>
            <w:tcW w:type="dxa" w:w="1440"/>
            <w:tcMar>
              <w:top w:w="70" w:type="dxa"/>
              <w:start w:w="90" w:type="dxa"/>
              <w:bottom w:w="70" w:type="dxa"/>
              <w:end w:w="90" w:type="dxa"/>
            </w:tcMar>
            <w:vAlign w:val="top"/>
            <w:shd w:fill="F5F8FB"/>
          </w:tcPr>
          <w:p>
            <w:r>
              <w:rPr>
                <w:rFonts w:ascii="Cambria" w:hAnsi="Cambria" w:eastAsia="Cambria"/>
                <w:b w:val="0"/>
                <w:i w:val="0"/>
                <w:color w:val="222222"/>
                <w:sz w:val="15"/>
              </w:rPr>
            </w:r>
          </w:p>
        </w:tc>
        <w:tc>
          <w:tcPr>
            <w:tcW w:type="dxa" w:w="1440"/>
            <w:tcMar>
              <w:top w:w="70" w:type="dxa"/>
              <w:start w:w="90" w:type="dxa"/>
              <w:bottom w:w="70" w:type="dxa"/>
              <w:end w:w="90" w:type="dxa"/>
            </w:tcMar>
            <w:vAlign w:val="top"/>
            <w:shd w:fill="F5F8FB"/>
          </w:tcPr>
          <w:p>
            <w:r>
              <w:rPr>
                <w:rFonts w:ascii="Cambria" w:hAnsi="Cambria" w:eastAsia="Cambria"/>
                <w:b w:val="0"/>
                <w:i w:val="0"/>
                <w:color w:val="222222"/>
                <w:sz w:val="15"/>
              </w:rPr>
            </w:r>
          </w:p>
        </w:tc>
        <w:tc>
          <w:tcPr>
            <w:tcW w:type="dxa" w:w="1440"/>
            <w:tcMar>
              <w:top w:w="70" w:type="dxa"/>
              <w:start w:w="90" w:type="dxa"/>
              <w:bottom w:w="70" w:type="dxa"/>
              <w:end w:w="90" w:type="dxa"/>
            </w:tcMar>
            <w:vAlign w:val="top"/>
            <w:shd w:fill="F5F8FB"/>
          </w:tcPr>
          <w:p>
            <w:r>
              <w:rPr>
                <w:rFonts w:ascii="Cambria" w:hAnsi="Cambria" w:eastAsia="Cambria"/>
                <w:b w:val="0"/>
                <w:i w:val="0"/>
                <w:color w:val="222222"/>
                <w:sz w:val="15"/>
              </w:rPr>
            </w:r>
          </w:p>
        </w:tc>
        <w:tc>
          <w:tcPr>
            <w:tcW w:type="dxa" w:w="1296"/>
            <w:tcMar>
              <w:top w:w="70" w:type="dxa"/>
              <w:start w:w="90" w:type="dxa"/>
              <w:bottom w:w="70" w:type="dxa"/>
              <w:end w:w="90" w:type="dxa"/>
            </w:tcMar>
            <w:vAlign w:val="top"/>
            <w:shd w:fill="F5F8FB"/>
          </w:tcPr>
          <w:p>
            <w:r>
              <w:rPr>
                <w:rFonts w:ascii="Cambria" w:hAnsi="Cambria" w:eastAsia="Cambria"/>
                <w:b w:val="0"/>
                <w:i w:val="0"/>
                <w:color w:val="222222"/>
                <w:sz w:val="15"/>
              </w:rPr>
            </w:r>
          </w:p>
        </w:tc>
        <w:tc>
          <w:tcPr>
            <w:tcW w:type="dxa" w:w="1152"/>
            <w:tcMar>
              <w:top w:w="70" w:type="dxa"/>
              <w:start w:w="90" w:type="dxa"/>
              <w:bottom w:w="70" w:type="dxa"/>
              <w:end w:w="90" w:type="dxa"/>
            </w:tcMar>
            <w:vAlign w:val="top"/>
            <w:shd w:fill="F5F8FB"/>
          </w:tcPr>
          <w:p>
            <w:r>
              <w:rPr>
                <w:rFonts w:ascii="Cambria" w:hAnsi="Cambria" w:eastAsia="Cambria"/>
                <w:b w:val="0"/>
                <w:i w:val="0"/>
                <w:color w:val="222222"/>
                <w:sz w:val="15"/>
              </w:rPr>
            </w:r>
          </w:p>
        </w:tc>
      </w:tr>
    </w:tbl>
    <w:p/>
    <w:p>
      <w:pPr>
        <w:pStyle w:val="Heading1"/>
      </w:pPr>
      <w:r>
        <w:t>10. Detailed Nonconformity / Finding Records</w:t>
      </w:r>
    </w:p>
    <w:p>
      <w:pPr>
        <w:pStyle w:val="Heading2"/>
      </w:pPr>
      <w:r>
        <w:t>Finding 1 — [FINDING ID]</w:t>
      </w:r>
    </w:p>
    <w:tbl>
      <w:tblPr>
        <w:tblW w:type="auto" w:w="0"/>
        <w:jc w:val="center"/>
        <w:tblLayout w:type="fixed"/>
        <w:tblLook w:firstColumn="1" w:firstRow="1" w:lastColumn="0" w:lastRow="0" w:noHBand="0" w:noVBand="1" w:val="04A0"/>
      </w:tblPr>
      <w:tblGrid>
        <w:gridCol w:w="5046"/>
        <w:gridCol w:w="5046"/>
      </w:tblGrid>
      <w:tr>
        <w:trPr>
          <w:tblHeader w:val="true"/>
        </w:trPr>
        <w:tc>
          <w:tcPr>
            <w:tcW w:type="dxa" w:w="3024"/>
            <w:shd w:fill="D9EAF7"/>
            <w:tcMar>
              <w:top w:w="70" w:type="dxa"/>
              <w:start w:w="90" w:type="dxa"/>
              <w:bottom w:w="70" w:type="dxa"/>
              <w:end w:w="90" w:type="dxa"/>
            </w:tcMar>
          </w:tcPr>
          <w:p>
            <w:r>
              <w:rPr>
                <w:rFonts w:ascii="Cambria" w:hAnsi="Cambria" w:eastAsia="Cambria"/>
                <w:b/>
                <w:i w:val="0"/>
                <w:color w:val="222222"/>
                <w:sz w:val="17"/>
              </w:rPr>
              <w:t>Field</w:t>
            </w:r>
          </w:p>
        </w:tc>
        <w:tc>
          <w:tcPr>
            <w:tcW w:type="dxa" w:w="7056"/>
            <w:shd w:fill="D9EAF7"/>
            <w:tcMar>
              <w:top w:w="70" w:type="dxa"/>
              <w:start w:w="90" w:type="dxa"/>
              <w:bottom w:w="70" w:type="dxa"/>
              <w:end w:w="90" w:type="dxa"/>
            </w:tcMar>
          </w:tcPr>
          <w:p>
            <w:r>
              <w:rPr>
                <w:rFonts w:ascii="Cambria" w:hAnsi="Cambria" w:eastAsia="Cambria"/>
                <w:b/>
                <w:i w:val="0"/>
                <w:color w:val="222222"/>
                <w:sz w:val="17"/>
              </w:rPr>
              <w:t>Audit Record</w:t>
            </w:r>
          </w:p>
        </w:tc>
      </w:tr>
      <w:tr>
        <w:trPr>
          <w:cantSplit/>
        </w:trPr>
        <w:tc>
          <w:tcPr>
            <w:tcW w:type="dxa" w:w="3024"/>
            <w:tcMar>
              <w:top w:w="70" w:type="dxa"/>
              <w:start w:w="90" w:type="dxa"/>
              <w:bottom w:w="70" w:type="dxa"/>
              <w:end w:w="90" w:type="dxa"/>
            </w:tcMar>
            <w:vAlign w:val="top"/>
          </w:tcPr>
          <w:p>
            <w:r>
              <w:rPr>
                <w:rFonts w:ascii="Cambria" w:hAnsi="Cambria" w:eastAsia="Cambria"/>
                <w:b w:val="0"/>
                <w:i w:val="0"/>
                <w:color w:val="222222"/>
                <w:sz w:val="17"/>
              </w:rPr>
              <w:t>Finding type</w:t>
            </w:r>
          </w:p>
        </w:tc>
        <w:tc>
          <w:tcPr>
            <w:tcW w:type="dxa" w:w="7056"/>
            <w:tcMar>
              <w:top w:w="70" w:type="dxa"/>
              <w:start w:w="90" w:type="dxa"/>
              <w:bottom w:w="70" w:type="dxa"/>
              <w:end w:w="90" w:type="dxa"/>
            </w:tcMar>
            <w:vAlign w:val="top"/>
          </w:tcPr>
          <w:p>
            <w:r>
              <w:rPr>
                <w:rFonts w:ascii="Cambria" w:hAnsi="Cambria" w:eastAsia="Cambria"/>
                <w:b w:val="0"/>
                <w:i w:val="0"/>
                <w:color w:val="222222"/>
                <w:sz w:val="17"/>
              </w:rPr>
              <w:t>[Major NC / Minor NC / Observation / Opportunity]</w:t>
            </w:r>
          </w:p>
        </w:tc>
      </w:tr>
      <w:tr>
        <w:trPr>
          <w:cantSplit/>
        </w:trPr>
        <w:tc>
          <w:tcPr>
            <w:tcW w:type="dxa" w:w="3024"/>
            <w:tcMar>
              <w:top w:w="70" w:type="dxa"/>
              <w:start w:w="90" w:type="dxa"/>
              <w:bottom w:w="70" w:type="dxa"/>
              <w:end w:w="90" w:type="dxa"/>
            </w:tcMar>
            <w:vAlign w:val="top"/>
            <w:shd w:fill="F5F8FB"/>
          </w:tcPr>
          <w:p>
            <w:r>
              <w:rPr>
                <w:rFonts w:ascii="Cambria" w:hAnsi="Cambria" w:eastAsia="Cambria"/>
                <w:b w:val="0"/>
                <w:i w:val="0"/>
                <w:color w:val="222222"/>
                <w:sz w:val="17"/>
              </w:rPr>
              <w:t>ISO clause / internal criterion</w:t>
            </w:r>
          </w:p>
        </w:tc>
        <w:tc>
          <w:tcPr>
            <w:tcW w:type="dxa" w:w="7056"/>
            <w:tcMar>
              <w:top w:w="70" w:type="dxa"/>
              <w:start w:w="90" w:type="dxa"/>
              <w:bottom w:w="70" w:type="dxa"/>
              <w:end w:w="90" w:type="dxa"/>
            </w:tcMar>
            <w:vAlign w:val="top"/>
            <w:shd w:fill="F5F8FB"/>
          </w:tcPr>
          <w:p>
            <w:r>
              <w:rPr>
                <w:rFonts w:ascii="Cambria" w:hAnsi="Cambria" w:eastAsia="Cambria"/>
                <w:b w:val="0"/>
                <w:i w:val="0"/>
                <w:color w:val="222222"/>
                <w:sz w:val="17"/>
              </w:rPr>
              <w:t>[REFERENCE]</w:t>
            </w:r>
          </w:p>
        </w:tc>
      </w:tr>
      <w:tr>
        <w:trPr>
          <w:cantSplit/>
        </w:trPr>
        <w:tc>
          <w:tcPr>
            <w:tcW w:type="dxa" w:w="3024"/>
            <w:tcMar>
              <w:top w:w="70" w:type="dxa"/>
              <w:start w:w="90" w:type="dxa"/>
              <w:bottom w:w="70" w:type="dxa"/>
              <w:end w:w="90" w:type="dxa"/>
            </w:tcMar>
            <w:vAlign w:val="top"/>
          </w:tcPr>
          <w:p>
            <w:r>
              <w:rPr>
                <w:rFonts w:ascii="Cambria" w:hAnsi="Cambria" w:eastAsia="Cambria"/>
                <w:b w:val="0"/>
                <w:i w:val="0"/>
                <w:color w:val="222222"/>
                <w:sz w:val="17"/>
              </w:rPr>
              <w:t>Process / area</w:t>
            </w:r>
          </w:p>
        </w:tc>
        <w:tc>
          <w:tcPr>
            <w:tcW w:type="dxa" w:w="7056"/>
            <w:tcMar>
              <w:top w:w="70" w:type="dxa"/>
              <w:start w:w="90" w:type="dxa"/>
              <w:bottom w:w="70" w:type="dxa"/>
              <w:end w:w="90" w:type="dxa"/>
            </w:tcMar>
            <w:vAlign w:val="top"/>
          </w:tcPr>
          <w:p>
            <w:r>
              <w:rPr>
                <w:rFonts w:ascii="Cambria" w:hAnsi="Cambria" w:eastAsia="Cambria"/>
                <w:b w:val="0"/>
                <w:i w:val="0"/>
                <w:color w:val="222222"/>
                <w:sz w:val="17"/>
              </w:rPr>
              <w:t>[AREA]</w:t>
            </w:r>
          </w:p>
        </w:tc>
      </w:tr>
      <w:tr>
        <w:trPr>
          <w:cantSplit/>
        </w:trPr>
        <w:tc>
          <w:tcPr>
            <w:tcW w:type="dxa" w:w="3024"/>
            <w:tcMar>
              <w:top w:w="70" w:type="dxa"/>
              <w:start w:w="90" w:type="dxa"/>
              <w:bottom w:w="70" w:type="dxa"/>
              <w:end w:w="90" w:type="dxa"/>
            </w:tcMar>
            <w:vAlign w:val="top"/>
            <w:shd w:fill="F5F8FB"/>
          </w:tcPr>
          <w:p>
            <w:r>
              <w:rPr>
                <w:rFonts w:ascii="Cambria" w:hAnsi="Cambria" w:eastAsia="Cambria"/>
                <w:b w:val="0"/>
                <w:i w:val="0"/>
                <w:color w:val="222222"/>
                <w:sz w:val="17"/>
              </w:rPr>
              <w:t>Objective evidence</w:t>
            </w:r>
          </w:p>
        </w:tc>
        <w:tc>
          <w:tcPr>
            <w:tcW w:type="dxa" w:w="7056"/>
            <w:tcMar>
              <w:top w:w="70" w:type="dxa"/>
              <w:start w:w="90" w:type="dxa"/>
              <w:bottom w:w="70" w:type="dxa"/>
              <w:end w:w="90" w:type="dxa"/>
            </w:tcMar>
            <w:vAlign w:val="top"/>
            <w:shd w:fill="F5F8FB"/>
          </w:tcPr>
          <w:p>
            <w:r>
              <w:rPr>
                <w:rFonts w:ascii="Cambria" w:hAnsi="Cambria" w:eastAsia="Cambria"/>
                <w:b w:val="0"/>
                <w:i w:val="0"/>
                <w:color w:val="222222"/>
                <w:sz w:val="17"/>
              </w:rPr>
              <w:t>[FACTUAL EVIDENCE]</w:t>
            </w:r>
          </w:p>
        </w:tc>
      </w:tr>
      <w:tr>
        <w:trPr>
          <w:cantSplit/>
        </w:trPr>
        <w:tc>
          <w:tcPr>
            <w:tcW w:type="dxa" w:w="3024"/>
            <w:tcMar>
              <w:top w:w="70" w:type="dxa"/>
              <w:start w:w="90" w:type="dxa"/>
              <w:bottom w:w="70" w:type="dxa"/>
              <w:end w:w="90" w:type="dxa"/>
            </w:tcMar>
            <w:vAlign w:val="top"/>
          </w:tcPr>
          <w:p>
            <w:r>
              <w:rPr>
                <w:rFonts w:ascii="Cambria" w:hAnsi="Cambria" w:eastAsia="Cambria"/>
                <w:b w:val="0"/>
                <w:i w:val="0"/>
                <w:color w:val="222222"/>
                <w:sz w:val="17"/>
              </w:rPr>
              <w:t>Finding statement</w:t>
            </w:r>
          </w:p>
        </w:tc>
        <w:tc>
          <w:tcPr>
            <w:tcW w:type="dxa" w:w="7056"/>
            <w:tcMar>
              <w:top w:w="70" w:type="dxa"/>
              <w:start w:w="90" w:type="dxa"/>
              <w:bottom w:w="70" w:type="dxa"/>
              <w:end w:w="90" w:type="dxa"/>
            </w:tcMar>
            <w:vAlign w:val="top"/>
          </w:tcPr>
          <w:p>
            <w:r>
              <w:rPr>
                <w:rFonts w:ascii="Cambria" w:hAnsi="Cambria" w:eastAsia="Cambria"/>
                <w:b w:val="0"/>
                <w:i w:val="0"/>
                <w:color w:val="222222"/>
                <w:sz w:val="17"/>
              </w:rPr>
              <w:t>[CRITERION + EVIDENCE + GAP]</w:t>
            </w:r>
          </w:p>
        </w:tc>
      </w:tr>
      <w:tr>
        <w:trPr>
          <w:cantSplit/>
        </w:trPr>
        <w:tc>
          <w:tcPr>
            <w:tcW w:type="dxa" w:w="3024"/>
            <w:tcMar>
              <w:top w:w="70" w:type="dxa"/>
              <w:start w:w="90" w:type="dxa"/>
              <w:bottom w:w="70" w:type="dxa"/>
              <w:end w:w="90" w:type="dxa"/>
            </w:tcMar>
            <w:vAlign w:val="top"/>
            <w:shd w:fill="F5F8FB"/>
          </w:tcPr>
          <w:p>
            <w:r>
              <w:rPr>
                <w:rFonts w:ascii="Cambria" w:hAnsi="Cambria" w:eastAsia="Cambria"/>
                <w:b w:val="0"/>
                <w:i w:val="0"/>
                <w:color w:val="222222"/>
                <w:sz w:val="17"/>
              </w:rPr>
              <w:t>Risk / impact</w:t>
            </w:r>
          </w:p>
        </w:tc>
        <w:tc>
          <w:tcPr>
            <w:tcW w:type="dxa" w:w="7056"/>
            <w:tcMar>
              <w:top w:w="70" w:type="dxa"/>
              <w:start w:w="90" w:type="dxa"/>
              <w:bottom w:w="70" w:type="dxa"/>
              <w:end w:w="90" w:type="dxa"/>
            </w:tcMar>
            <w:vAlign w:val="top"/>
            <w:shd w:fill="F5F8FB"/>
          </w:tcPr>
          <w:p>
            <w:r>
              <w:rPr>
                <w:rFonts w:ascii="Cambria" w:hAnsi="Cambria" w:eastAsia="Cambria"/>
                <w:b w:val="0"/>
                <w:i w:val="0"/>
                <w:color w:val="222222"/>
                <w:sz w:val="17"/>
              </w:rPr>
              <w:t>[CRITICAL / HIGH / MEDIUM / LOW + RATIONALE]</w:t>
            </w:r>
          </w:p>
        </w:tc>
      </w:tr>
      <w:tr>
        <w:trPr>
          <w:cantSplit/>
        </w:trPr>
        <w:tc>
          <w:tcPr>
            <w:tcW w:type="dxa" w:w="3024"/>
            <w:tcMar>
              <w:top w:w="70" w:type="dxa"/>
              <w:start w:w="90" w:type="dxa"/>
              <w:bottom w:w="70" w:type="dxa"/>
              <w:end w:w="90" w:type="dxa"/>
            </w:tcMar>
            <w:vAlign w:val="top"/>
          </w:tcPr>
          <w:p>
            <w:r>
              <w:rPr>
                <w:rFonts w:ascii="Cambria" w:hAnsi="Cambria" w:eastAsia="Cambria"/>
                <w:b w:val="0"/>
                <w:i w:val="0"/>
                <w:color w:val="222222"/>
                <w:sz w:val="17"/>
              </w:rPr>
              <w:t>Immediate correction / containment</w:t>
            </w:r>
          </w:p>
        </w:tc>
        <w:tc>
          <w:tcPr>
            <w:tcW w:type="dxa" w:w="7056"/>
            <w:tcMar>
              <w:top w:w="70" w:type="dxa"/>
              <w:start w:w="90" w:type="dxa"/>
              <w:bottom w:w="70" w:type="dxa"/>
              <w:end w:w="90" w:type="dxa"/>
            </w:tcMar>
            <w:vAlign w:val="top"/>
          </w:tcPr>
          <w:p>
            <w:r>
              <w:rPr>
                <w:rFonts w:ascii="Cambria" w:hAnsi="Cambria" w:eastAsia="Cambria"/>
                <w:b w:val="0"/>
                <w:i w:val="0"/>
                <w:color w:val="222222"/>
                <w:sz w:val="17"/>
              </w:rPr>
              <w:t>[IF REQUIRED]</w:t>
            </w:r>
          </w:p>
        </w:tc>
      </w:tr>
      <w:tr>
        <w:trPr>
          <w:cantSplit/>
        </w:trPr>
        <w:tc>
          <w:tcPr>
            <w:tcW w:type="dxa" w:w="3024"/>
            <w:tcMar>
              <w:top w:w="70" w:type="dxa"/>
              <w:start w:w="90" w:type="dxa"/>
              <w:bottom w:w="70" w:type="dxa"/>
              <w:end w:w="90" w:type="dxa"/>
            </w:tcMar>
            <w:vAlign w:val="top"/>
            <w:shd w:fill="F5F8FB"/>
          </w:tcPr>
          <w:p>
            <w:r>
              <w:rPr>
                <w:rFonts w:ascii="Cambria" w:hAnsi="Cambria" w:eastAsia="Cambria"/>
                <w:b w:val="0"/>
                <w:i w:val="0"/>
                <w:color w:val="222222"/>
                <w:sz w:val="17"/>
              </w:rPr>
              <w:t>Required action owner</w:t>
            </w:r>
          </w:p>
        </w:tc>
        <w:tc>
          <w:tcPr>
            <w:tcW w:type="dxa" w:w="7056"/>
            <w:tcMar>
              <w:top w:w="70" w:type="dxa"/>
              <w:start w:w="90" w:type="dxa"/>
              <w:bottom w:w="70" w:type="dxa"/>
              <w:end w:w="90" w:type="dxa"/>
            </w:tcMar>
            <w:vAlign w:val="top"/>
            <w:shd w:fill="F5F8FB"/>
          </w:tcPr>
          <w:p>
            <w:r>
              <w:rPr>
                <w:rFonts w:ascii="Cambria" w:hAnsi="Cambria" w:eastAsia="Cambria"/>
                <w:b w:val="0"/>
                <w:i w:val="0"/>
                <w:color w:val="222222"/>
                <w:sz w:val="17"/>
              </w:rPr>
              <w:t>[ROLE]</w:t>
            </w:r>
          </w:p>
        </w:tc>
      </w:tr>
      <w:tr>
        <w:trPr>
          <w:cantSplit/>
        </w:trPr>
        <w:tc>
          <w:tcPr>
            <w:tcW w:type="dxa" w:w="3024"/>
            <w:tcMar>
              <w:top w:w="70" w:type="dxa"/>
              <w:start w:w="90" w:type="dxa"/>
              <w:bottom w:w="70" w:type="dxa"/>
              <w:end w:w="90" w:type="dxa"/>
            </w:tcMar>
            <w:vAlign w:val="top"/>
          </w:tcPr>
          <w:p>
            <w:r>
              <w:rPr>
                <w:rFonts w:ascii="Cambria" w:hAnsi="Cambria" w:eastAsia="Cambria"/>
                <w:b w:val="0"/>
                <w:i w:val="0"/>
                <w:color w:val="222222"/>
                <w:sz w:val="17"/>
              </w:rPr>
              <w:t>Target date</w:t>
            </w:r>
          </w:p>
        </w:tc>
        <w:tc>
          <w:tcPr>
            <w:tcW w:type="dxa" w:w="7056"/>
            <w:tcMar>
              <w:top w:w="70" w:type="dxa"/>
              <w:start w:w="90" w:type="dxa"/>
              <w:bottom w:w="70" w:type="dxa"/>
              <w:end w:w="90" w:type="dxa"/>
            </w:tcMar>
            <w:vAlign w:val="top"/>
          </w:tcPr>
          <w:p>
            <w:r>
              <w:rPr>
                <w:rFonts w:ascii="Cambria" w:hAnsi="Cambria" w:eastAsia="Cambria"/>
                <w:b w:val="0"/>
                <w:i w:val="0"/>
                <w:color w:val="222222"/>
                <w:sz w:val="17"/>
              </w:rPr>
              <w:t>[DATE]</w:t>
            </w:r>
          </w:p>
        </w:tc>
      </w:tr>
      <w:tr>
        <w:trPr>
          <w:cantSplit/>
        </w:trPr>
        <w:tc>
          <w:tcPr>
            <w:tcW w:type="dxa" w:w="3024"/>
            <w:tcMar>
              <w:top w:w="70" w:type="dxa"/>
              <w:start w:w="90" w:type="dxa"/>
              <w:bottom w:w="70" w:type="dxa"/>
              <w:end w:w="90" w:type="dxa"/>
            </w:tcMar>
            <w:vAlign w:val="top"/>
            <w:shd w:fill="F5F8FB"/>
          </w:tcPr>
          <w:p>
            <w:r>
              <w:rPr>
                <w:rFonts w:ascii="Cambria" w:hAnsi="Cambria" w:eastAsia="Cambria"/>
                <w:b w:val="0"/>
                <w:i w:val="0"/>
                <w:color w:val="222222"/>
                <w:sz w:val="17"/>
              </w:rPr>
              <w:t>Audit evidence reference</w:t>
            </w:r>
          </w:p>
        </w:tc>
        <w:tc>
          <w:tcPr>
            <w:tcW w:type="dxa" w:w="7056"/>
            <w:tcMar>
              <w:top w:w="70" w:type="dxa"/>
              <w:start w:w="90" w:type="dxa"/>
              <w:bottom w:w="70" w:type="dxa"/>
              <w:end w:w="90" w:type="dxa"/>
            </w:tcMar>
            <w:vAlign w:val="top"/>
            <w:shd w:fill="F5F8FB"/>
          </w:tcPr>
          <w:p>
            <w:r>
              <w:rPr>
                <w:rFonts w:ascii="Cambria" w:hAnsi="Cambria" w:eastAsia="Cambria"/>
                <w:b w:val="0"/>
                <w:i w:val="0"/>
                <w:color w:val="222222"/>
                <w:sz w:val="17"/>
              </w:rPr>
              <w:t>[REFERENCE]</w:t>
            </w:r>
          </w:p>
        </w:tc>
      </w:tr>
    </w:tbl>
    <w:p/>
    <w:p>
      <w:pPr>
        <w:pStyle w:val="Heading2"/>
      </w:pPr>
      <w:r>
        <w:t>Finding 2 — [FINDING ID]</w:t>
      </w:r>
    </w:p>
    <w:tbl>
      <w:tblPr>
        <w:tblW w:type="auto" w:w="0"/>
        <w:jc w:val="center"/>
        <w:tblLayout w:type="fixed"/>
        <w:tblLook w:firstColumn="1" w:firstRow="1" w:lastColumn="0" w:lastRow="0" w:noHBand="0" w:noVBand="1" w:val="04A0"/>
      </w:tblPr>
      <w:tblGrid>
        <w:gridCol w:w="5046"/>
        <w:gridCol w:w="5046"/>
      </w:tblGrid>
      <w:tr>
        <w:trPr>
          <w:tblHeader w:val="true"/>
        </w:trPr>
        <w:tc>
          <w:tcPr>
            <w:tcW w:type="dxa" w:w="3024"/>
            <w:shd w:fill="D9EAF7"/>
            <w:tcMar>
              <w:top w:w="70" w:type="dxa"/>
              <w:start w:w="90" w:type="dxa"/>
              <w:bottom w:w="70" w:type="dxa"/>
              <w:end w:w="90" w:type="dxa"/>
            </w:tcMar>
          </w:tcPr>
          <w:p>
            <w:r>
              <w:rPr>
                <w:rFonts w:ascii="Cambria" w:hAnsi="Cambria" w:eastAsia="Cambria"/>
                <w:b/>
                <w:i w:val="0"/>
                <w:color w:val="222222"/>
                <w:sz w:val="17"/>
              </w:rPr>
              <w:t>Field</w:t>
            </w:r>
          </w:p>
        </w:tc>
        <w:tc>
          <w:tcPr>
            <w:tcW w:type="dxa" w:w="7056"/>
            <w:shd w:fill="D9EAF7"/>
            <w:tcMar>
              <w:top w:w="70" w:type="dxa"/>
              <w:start w:w="90" w:type="dxa"/>
              <w:bottom w:w="70" w:type="dxa"/>
              <w:end w:w="90" w:type="dxa"/>
            </w:tcMar>
          </w:tcPr>
          <w:p>
            <w:r>
              <w:rPr>
                <w:rFonts w:ascii="Cambria" w:hAnsi="Cambria" w:eastAsia="Cambria"/>
                <w:b/>
                <w:i w:val="0"/>
                <w:color w:val="222222"/>
                <w:sz w:val="17"/>
              </w:rPr>
              <w:t>Audit Record</w:t>
            </w:r>
          </w:p>
        </w:tc>
      </w:tr>
      <w:tr>
        <w:trPr>
          <w:cantSplit/>
        </w:trPr>
        <w:tc>
          <w:tcPr>
            <w:tcW w:type="dxa" w:w="3024"/>
            <w:tcMar>
              <w:top w:w="70" w:type="dxa"/>
              <w:start w:w="90" w:type="dxa"/>
              <w:bottom w:w="70" w:type="dxa"/>
              <w:end w:w="90" w:type="dxa"/>
            </w:tcMar>
            <w:vAlign w:val="top"/>
          </w:tcPr>
          <w:p>
            <w:r>
              <w:rPr>
                <w:rFonts w:ascii="Cambria" w:hAnsi="Cambria" w:eastAsia="Cambria"/>
                <w:b w:val="0"/>
                <w:i w:val="0"/>
                <w:color w:val="222222"/>
                <w:sz w:val="17"/>
              </w:rPr>
              <w:t>Finding type</w:t>
            </w:r>
          </w:p>
        </w:tc>
        <w:tc>
          <w:tcPr>
            <w:tcW w:type="dxa" w:w="7056"/>
            <w:tcMar>
              <w:top w:w="70" w:type="dxa"/>
              <w:start w:w="90" w:type="dxa"/>
              <w:bottom w:w="70" w:type="dxa"/>
              <w:end w:w="90" w:type="dxa"/>
            </w:tcMar>
            <w:vAlign w:val="top"/>
          </w:tcPr>
          <w:p>
            <w:r>
              <w:rPr>
                <w:rFonts w:ascii="Cambria" w:hAnsi="Cambria" w:eastAsia="Cambria"/>
                <w:b w:val="0"/>
                <w:i w:val="0"/>
                <w:color w:val="222222"/>
                <w:sz w:val="17"/>
              </w:rPr>
              <w:t>[Major NC / Minor NC / Observation / Opportunity]</w:t>
            </w:r>
          </w:p>
        </w:tc>
      </w:tr>
      <w:tr>
        <w:trPr>
          <w:cantSplit/>
        </w:trPr>
        <w:tc>
          <w:tcPr>
            <w:tcW w:type="dxa" w:w="3024"/>
            <w:tcMar>
              <w:top w:w="70" w:type="dxa"/>
              <w:start w:w="90" w:type="dxa"/>
              <w:bottom w:w="70" w:type="dxa"/>
              <w:end w:w="90" w:type="dxa"/>
            </w:tcMar>
            <w:vAlign w:val="top"/>
            <w:shd w:fill="F5F8FB"/>
          </w:tcPr>
          <w:p>
            <w:r>
              <w:rPr>
                <w:rFonts w:ascii="Cambria" w:hAnsi="Cambria" w:eastAsia="Cambria"/>
                <w:b w:val="0"/>
                <w:i w:val="0"/>
                <w:color w:val="222222"/>
                <w:sz w:val="17"/>
              </w:rPr>
              <w:t>ISO clause / internal criterion</w:t>
            </w:r>
          </w:p>
        </w:tc>
        <w:tc>
          <w:tcPr>
            <w:tcW w:type="dxa" w:w="7056"/>
            <w:tcMar>
              <w:top w:w="70" w:type="dxa"/>
              <w:start w:w="90" w:type="dxa"/>
              <w:bottom w:w="70" w:type="dxa"/>
              <w:end w:w="90" w:type="dxa"/>
            </w:tcMar>
            <w:vAlign w:val="top"/>
            <w:shd w:fill="F5F8FB"/>
          </w:tcPr>
          <w:p>
            <w:r>
              <w:rPr>
                <w:rFonts w:ascii="Cambria" w:hAnsi="Cambria" w:eastAsia="Cambria"/>
                <w:b w:val="0"/>
                <w:i w:val="0"/>
                <w:color w:val="222222"/>
                <w:sz w:val="17"/>
              </w:rPr>
              <w:t>[REFERENCE]</w:t>
            </w:r>
          </w:p>
        </w:tc>
      </w:tr>
      <w:tr>
        <w:trPr>
          <w:cantSplit/>
        </w:trPr>
        <w:tc>
          <w:tcPr>
            <w:tcW w:type="dxa" w:w="3024"/>
            <w:tcMar>
              <w:top w:w="70" w:type="dxa"/>
              <w:start w:w="90" w:type="dxa"/>
              <w:bottom w:w="70" w:type="dxa"/>
              <w:end w:w="90" w:type="dxa"/>
            </w:tcMar>
            <w:vAlign w:val="top"/>
          </w:tcPr>
          <w:p>
            <w:r>
              <w:rPr>
                <w:rFonts w:ascii="Cambria" w:hAnsi="Cambria" w:eastAsia="Cambria"/>
                <w:b w:val="0"/>
                <w:i w:val="0"/>
                <w:color w:val="222222"/>
                <w:sz w:val="17"/>
              </w:rPr>
              <w:t>Process / area</w:t>
            </w:r>
          </w:p>
        </w:tc>
        <w:tc>
          <w:tcPr>
            <w:tcW w:type="dxa" w:w="7056"/>
            <w:tcMar>
              <w:top w:w="70" w:type="dxa"/>
              <w:start w:w="90" w:type="dxa"/>
              <w:bottom w:w="70" w:type="dxa"/>
              <w:end w:w="90" w:type="dxa"/>
            </w:tcMar>
            <w:vAlign w:val="top"/>
          </w:tcPr>
          <w:p>
            <w:r>
              <w:rPr>
                <w:rFonts w:ascii="Cambria" w:hAnsi="Cambria" w:eastAsia="Cambria"/>
                <w:b w:val="0"/>
                <w:i w:val="0"/>
                <w:color w:val="222222"/>
                <w:sz w:val="17"/>
              </w:rPr>
              <w:t>[AREA]</w:t>
            </w:r>
          </w:p>
        </w:tc>
      </w:tr>
      <w:tr>
        <w:trPr>
          <w:cantSplit/>
        </w:trPr>
        <w:tc>
          <w:tcPr>
            <w:tcW w:type="dxa" w:w="3024"/>
            <w:tcMar>
              <w:top w:w="70" w:type="dxa"/>
              <w:start w:w="90" w:type="dxa"/>
              <w:bottom w:w="70" w:type="dxa"/>
              <w:end w:w="90" w:type="dxa"/>
            </w:tcMar>
            <w:vAlign w:val="top"/>
            <w:shd w:fill="F5F8FB"/>
          </w:tcPr>
          <w:p>
            <w:r>
              <w:rPr>
                <w:rFonts w:ascii="Cambria" w:hAnsi="Cambria" w:eastAsia="Cambria"/>
                <w:b w:val="0"/>
                <w:i w:val="0"/>
                <w:color w:val="222222"/>
                <w:sz w:val="17"/>
              </w:rPr>
              <w:t>Objective evidence</w:t>
            </w:r>
          </w:p>
        </w:tc>
        <w:tc>
          <w:tcPr>
            <w:tcW w:type="dxa" w:w="7056"/>
            <w:tcMar>
              <w:top w:w="70" w:type="dxa"/>
              <w:start w:w="90" w:type="dxa"/>
              <w:bottom w:w="70" w:type="dxa"/>
              <w:end w:w="90" w:type="dxa"/>
            </w:tcMar>
            <w:vAlign w:val="top"/>
            <w:shd w:fill="F5F8FB"/>
          </w:tcPr>
          <w:p>
            <w:r>
              <w:rPr>
                <w:rFonts w:ascii="Cambria" w:hAnsi="Cambria" w:eastAsia="Cambria"/>
                <w:b w:val="0"/>
                <w:i w:val="0"/>
                <w:color w:val="222222"/>
                <w:sz w:val="17"/>
              </w:rPr>
              <w:t>[FACTUAL EVIDENCE]</w:t>
            </w:r>
          </w:p>
        </w:tc>
      </w:tr>
      <w:tr>
        <w:trPr>
          <w:cantSplit/>
        </w:trPr>
        <w:tc>
          <w:tcPr>
            <w:tcW w:type="dxa" w:w="3024"/>
            <w:tcMar>
              <w:top w:w="70" w:type="dxa"/>
              <w:start w:w="90" w:type="dxa"/>
              <w:bottom w:w="70" w:type="dxa"/>
              <w:end w:w="90" w:type="dxa"/>
            </w:tcMar>
            <w:vAlign w:val="top"/>
          </w:tcPr>
          <w:p>
            <w:r>
              <w:rPr>
                <w:rFonts w:ascii="Cambria" w:hAnsi="Cambria" w:eastAsia="Cambria"/>
                <w:b w:val="0"/>
                <w:i w:val="0"/>
                <w:color w:val="222222"/>
                <w:sz w:val="17"/>
              </w:rPr>
              <w:t>Finding statement</w:t>
            </w:r>
          </w:p>
        </w:tc>
        <w:tc>
          <w:tcPr>
            <w:tcW w:type="dxa" w:w="7056"/>
            <w:tcMar>
              <w:top w:w="70" w:type="dxa"/>
              <w:start w:w="90" w:type="dxa"/>
              <w:bottom w:w="70" w:type="dxa"/>
              <w:end w:w="90" w:type="dxa"/>
            </w:tcMar>
            <w:vAlign w:val="top"/>
          </w:tcPr>
          <w:p>
            <w:r>
              <w:rPr>
                <w:rFonts w:ascii="Cambria" w:hAnsi="Cambria" w:eastAsia="Cambria"/>
                <w:b w:val="0"/>
                <w:i w:val="0"/>
                <w:color w:val="222222"/>
                <w:sz w:val="17"/>
              </w:rPr>
              <w:t>[CRITERION + EVIDENCE + GAP]</w:t>
            </w:r>
          </w:p>
        </w:tc>
      </w:tr>
      <w:tr>
        <w:trPr>
          <w:cantSplit/>
        </w:trPr>
        <w:tc>
          <w:tcPr>
            <w:tcW w:type="dxa" w:w="3024"/>
            <w:tcMar>
              <w:top w:w="70" w:type="dxa"/>
              <w:start w:w="90" w:type="dxa"/>
              <w:bottom w:w="70" w:type="dxa"/>
              <w:end w:w="90" w:type="dxa"/>
            </w:tcMar>
            <w:vAlign w:val="top"/>
            <w:shd w:fill="F5F8FB"/>
          </w:tcPr>
          <w:p>
            <w:r>
              <w:rPr>
                <w:rFonts w:ascii="Cambria" w:hAnsi="Cambria" w:eastAsia="Cambria"/>
                <w:b w:val="0"/>
                <w:i w:val="0"/>
                <w:color w:val="222222"/>
                <w:sz w:val="17"/>
              </w:rPr>
              <w:t>Risk / impact</w:t>
            </w:r>
          </w:p>
        </w:tc>
        <w:tc>
          <w:tcPr>
            <w:tcW w:type="dxa" w:w="7056"/>
            <w:tcMar>
              <w:top w:w="70" w:type="dxa"/>
              <w:start w:w="90" w:type="dxa"/>
              <w:bottom w:w="70" w:type="dxa"/>
              <w:end w:w="90" w:type="dxa"/>
            </w:tcMar>
            <w:vAlign w:val="top"/>
            <w:shd w:fill="F5F8FB"/>
          </w:tcPr>
          <w:p>
            <w:r>
              <w:rPr>
                <w:rFonts w:ascii="Cambria" w:hAnsi="Cambria" w:eastAsia="Cambria"/>
                <w:b w:val="0"/>
                <w:i w:val="0"/>
                <w:color w:val="222222"/>
                <w:sz w:val="17"/>
              </w:rPr>
              <w:t>[CRITICAL / HIGH / MEDIUM / LOW + RATIONALE]</w:t>
            </w:r>
          </w:p>
        </w:tc>
      </w:tr>
      <w:tr>
        <w:trPr>
          <w:cantSplit/>
        </w:trPr>
        <w:tc>
          <w:tcPr>
            <w:tcW w:type="dxa" w:w="3024"/>
            <w:tcMar>
              <w:top w:w="70" w:type="dxa"/>
              <w:start w:w="90" w:type="dxa"/>
              <w:bottom w:w="70" w:type="dxa"/>
              <w:end w:w="90" w:type="dxa"/>
            </w:tcMar>
            <w:vAlign w:val="top"/>
          </w:tcPr>
          <w:p>
            <w:r>
              <w:rPr>
                <w:rFonts w:ascii="Cambria" w:hAnsi="Cambria" w:eastAsia="Cambria"/>
                <w:b w:val="0"/>
                <w:i w:val="0"/>
                <w:color w:val="222222"/>
                <w:sz w:val="17"/>
              </w:rPr>
              <w:t>Immediate correction / containment</w:t>
            </w:r>
          </w:p>
        </w:tc>
        <w:tc>
          <w:tcPr>
            <w:tcW w:type="dxa" w:w="7056"/>
            <w:tcMar>
              <w:top w:w="70" w:type="dxa"/>
              <w:start w:w="90" w:type="dxa"/>
              <w:bottom w:w="70" w:type="dxa"/>
              <w:end w:w="90" w:type="dxa"/>
            </w:tcMar>
            <w:vAlign w:val="top"/>
          </w:tcPr>
          <w:p>
            <w:r>
              <w:rPr>
                <w:rFonts w:ascii="Cambria" w:hAnsi="Cambria" w:eastAsia="Cambria"/>
                <w:b w:val="0"/>
                <w:i w:val="0"/>
                <w:color w:val="222222"/>
                <w:sz w:val="17"/>
              </w:rPr>
              <w:t>[IF REQUIRED]</w:t>
            </w:r>
          </w:p>
        </w:tc>
      </w:tr>
      <w:tr>
        <w:trPr>
          <w:cantSplit/>
        </w:trPr>
        <w:tc>
          <w:tcPr>
            <w:tcW w:type="dxa" w:w="3024"/>
            <w:tcMar>
              <w:top w:w="70" w:type="dxa"/>
              <w:start w:w="90" w:type="dxa"/>
              <w:bottom w:w="70" w:type="dxa"/>
              <w:end w:w="90" w:type="dxa"/>
            </w:tcMar>
            <w:vAlign w:val="top"/>
            <w:shd w:fill="F5F8FB"/>
          </w:tcPr>
          <w:p>
            <w:r>
              <w:rPr>
                <w:rFonts w:ascii="Cambria" w:hAnsi="Cambria" w:eastAsia="Cambria"/>
                <w:b w:val="0"/>
                <w:i w:val="0"/>
                <w:color w:val="222222"/>
                <w:sz w:val="17"/>
              </w:rPr>
              <w:t>Required action owner</w:t>
            </w:r>
          </w:p>
        </w:tc>
        <w:tc>
          <w:tcPr>
            <w:tcW w:type="dxa" w:w="7056"/>
            <w:tcMar>
              <w:top w:w="70" w:type="dxa"/>
              <w:start w:w="90" w:type="dxa"/>
              <w:bottom w:w="70" w:type="dxa"/>
              <w:end w:w="90" w:type="dxa"/>
            </w:tcMar>
            <w:vAlign w:val="top"/>
            <w:shd w:fill="F5F8FB"/>
          </w:tcPr>
          <w:p>
            <w:r>
              <w:rPr>
                <w:rFonts w:ascii="Cambria" w:hAnsi="Cambria" w:eastAsia="Cambria"/>
                <w:b w:val="0"/>
                <w:i w:val="0"/>
                <w:color w:val="222222"/>
                <w:sz w:val="17"/>
              </w:rPr>
              <w:t>[ROLE]</w:t>
            </w:r>
          </w:p>
        </w:tc>
      </w:tr>
      <w:tr>
        <w:trPr>
          <w:cantSplit/>
        </w:trPr>
        <w:tc>
          <w:tcPr>
            <w:tcW w:type="dxa" w:w="3024"/>
            <w:tcMar>
              <w:top w:w="70" w:type="dxa"/>
              <w:start w:w="90" w:type="dxa"/>
              <w:bottom w:w="70" w:type="dxa"/>
              <w:end w:w="90" w:type="dxa"/>
            </w:tcMar>
            <w:vAlign w:val="top"/>
          </w:tcPr>
          <w:p>
            <w:r>
              <w:rPr>
                <w:rFonts w:ascii="Cambria" w:hAnsi="Cambria" w:eastAsia="Cambria"/>
                <w:b w:val="0"/>
                <w:i w:val="0"/>
                <w:color w:val="222222"/>
                <w:sz w:val="17"/>
              </w:rPr>
              <w:t>Target date</w:t>
            </w:r>
          </w:p>
        </w:tc>
        <w:tc>
          <w:tcPr>
            <w:tcW w:type="dxa" w:w="7056"/>
            <w:tcMar>
              <w:top w:w="70" w:type="dxa"/>
              <w:start w:w="90" w:type="dxa"/>
              <w:bottom w:w="70" w:type="dxa"/>
              <w:end w:w="90" w:type="dxa"/>
            </w:tcMar>
            <w:vAlign w:val="top"/>
          </w:tcPr>
          <w:p>
            <w:r>
              <w:rPr>
                <w:rFonts w:ascii="Cambria" w:hAnsi="Cambria" w:eastAsia="Cambria"/>
                <w:b w:val="0"/>
                <w:i w:val="0"/>
                <w:color w:val="222222"/>
                <w:sz w:val="17"/>
              </w:rPr>
              <w:t>[DATE]</w:t>
            </w:r>
          </w:p>
        </w:tc>
      </w:tr>
      <w:tr>
        <w:trPr>
          <w:cantSplit/>
        </w:trPr>
        <w:tc>
          <w:tcPr>
            <w:tcW w:type="dxa" w:w="3024"/>
            <w:tcMar>
              <w:top w:w="70" w:type="dxa"/>
              <w:start w:w="90" w:type="dxa"/>
              <w:bottom w:w="70" w:type="dxa"/>
              <w:end w:w="90" w:type="dxa"/>
            </w:tcMar>
            <w:vAlign w:val="top"/>
            <w:shd w:fill="F5F8FB"/>
          </w:tcPr>
          <w:p>
            <w:r>
              <w:rPr>
                <w:rFonts w:ascii="Cambria" w:hAnsi="Cambria" w:eastAsia="Cambria"/>
                <w:b w:val="0"/>
                <w:i w:val="0"/>
                <w:color w:val="222222"/>
                <w:sz w:val="17"/>
              </w:rPr>
              <w:t>Audit evidence reference</w:t>
            </w:r>
          </w:p>
        </w:tc>
        <w:tc>
          <w:tcPr>
            <w:tcW w:type="dxa" w:w="7056"/>
            <w:tcMar>
              <w:top w:w="70" w:type="dxa"/>
              <w:start w:w="90" w:type="dxa"/>
              <w:bottom w:w="70" w:type="dxa"/>
              <w:end w:w="90" w:type="dxa"/>
            </w:tcMar>
            <w:vAlign w:val="top"/>
            <w:shd w:fill="F5F8FB"/>
          </w:tcPr>
          <w:p>
            <w:r>
              <w:rPr>
                <w:rFonts w:ascii="Cambria" w:hAnsi="Cambria" w:eastAsia="Cambria"/>
                <w:b w:val="0"/>
                <w:i w:val="0"/>
                <w:color w:val="222222"/>
                <w:sz w:val="17"/>
              </w:rPr>
              <w:t>[REFERENCE]</w:t>
            </w:r>
          </w:p>
        </w:tc>
      </w:tr>
    </w:tbl>
    <w:p/>
    <w:p>
      <w:pPr>
        <w:pStyle w:val="Heading2"/>
      </w:pPr>
      <w:r>
        <w:t>Finding 3 — [FINDING ID]</w:t>
      </w:r>
    </w:p>
    <w:tbl>
      <w:tblPr>
        <w:tblW w:type="auto" w:w="0"/>
        <w:jc w:val="center"/>
        <w:tblLayout w:type="fixed"/>
        <w:tblLook w:firstColumn="1" w:firstRow="1" w:lastColumn="0" w:lastRow="0" w:noHBand="0" w:noVBand="1" w:val="04A0"/>
      </w:tblPr>
      <w:tblGrid>
        <w:gridCol w:w="5046"/>
        <w:gridCol w:w="5046"/>
      </w:tblGrid>
      <w:tr>
        <w:trPr>
          <w:tblHeader w:val="true"/>
        </w:trPr>
        <w:tc>
          <w:tcPr>
            <w:tcW w:type="dxa" w:w="3024"/>
            <w:shd w:fill="D9EAF7"/>
            <w:tcMar>
              <w:top w:w="70" w:type="dxa"/>
              <w:start w:w="90" w:type="dxa"/>
              <w:bottom w:w="70" w:type="dxa"/>
              <w:end w:w="90" w:type="dxa"/>
            </w:tcMar>
          </w:tcPr>
          <w:p>
            <w:r>
              <w:rPr>
                <w:rFonts w:ascii="Cambria" w:hAnsi="Cambria" w:eastAsia="Cambria"/>
                <w:b/>
                <w:i w:val="0"/>
                <w:color w:val="222222"/>
                <w:sz w:val="17"/>
              </w:rPr>
              <w:t>Field</w:t>
            </w:r>
          </w:p>
        </w:tc>
        <w:tc>
          <w:tcPr>
            <w:tcW w:type="dxa" w:w="7056"/>
            <w:shd w:fill="D9EAF7"/>
            <w:tcMar>
              <w:top w:w="70" w:type="dxa"/>
              <w:start w:w="90" w:type="dxa"/>
              <w:bottom w:w="70" w:type="dxa"/>
              <w:end w:w="90" w:type="dxa"/>
            </w:tcMar>
          </w:tcPr>
          <w:p>
            <w:r>
              <w:rPr>
                <w:rFonts w:ascii="Cambria" w:hAnsi="Cambria" w:eastAsia="Cambria"/>
                <w:b/>
                <w:i w:val="0"/>
                <w:color w:val="222222"/>
                <w:sz w:val="17"/>
              </w:rPr>
              <w:t>Audit Record</w:t>
            </w:r>
          </w:p>
        </w:tc>
      </w:tr>
      <w:tr>
        <w:trPr>
          <w:cantSplit/>
        </w:trPr>
        <w:tc>
          <w:tcPr>
            <w:tcW w:type="dxa" w:w="3024"/>
            <w:tcMar>
              <w:top w:w="70" w:type="dxa"/>
              <w:start w:w="90" w:type="dxa"/>
              <w:bottom w:w="70" w:type="dxa"/>
              <w:end w:w="90" w:type="dxa"/>
            </w:tcMar>
            <w:vAlign w:val="top"/>
          </w:tcPr>
          <w:p>
            <w:r>
              <w:rPr>
                <w:rFonts w:ascii="Cambria" w:hAnsi="Cambria" w:eastAsia="Cambria"/>
                <w:b w:val="0"/>
                <w:i w:val="0"/>
                <w:color w:val="222222"/>
                <w:sz w:val="17"/>
              </w:rPr>
              <w:t>Finding type</w:t>
            </w:r>
          </w:p>
        </w:tc>
        <w:tc>
          <w:tcPr>
            <w:tcW w:type="dxa" w:w="7056"/>
            <w:tcMar>
              <w:top w:w="70" w:type="dxa"/>
              <w:start w:w="90" w:type="dxa"/>
              <w:bottom w:w="70" w:type="dxa"/>
              <w:end w:w="90" w:type="dxa"/>
            </w:tcMar>
            <w:vAlign w:val="top"/>
          </w:tcPr>
          <w:p>
            <w:r>
              <w:rPr>
                <w:rFonts w:ascii="Cambria" w:hAnsi="Cambria" w:eastAsia="Cambria"/>
                <w:b w:val="0"/>
                <w:i w:val="0"/>
                <w:color w:val="222222"/>
                <w:sz w:val="17"/>
              </w:rPr>
              <w:t>[Major NC / Minor NC / Observation / Opportunity]</w:t>
            </w:r>
          </w:p>
        </w:tc>
      </w:tr>
      <w:tr>
        <w:trPr>
          <w:cantSplit/>
        </w:trPr>
        <w:tc>
          <w:tcPr>
            <w:tcW w:type="dxa" w:w="3024"/>
            <w:tcMar>
              <w:top w:w="70" w:type="dxa"/>
              <w:start w:w="90" w:type="dxa"/>
              <w:bottom w:w="70" w:type="dxa"/>
              <w:end w:w="90" w:type="dxa"/>
            </w:tcMar>
            <w:vAlign w:val="top"/>
            <w:shd w:fill="F5F8FB"/>
          </w:tcPr>
          <w:p>
            <w:r>
              <w:rPr>
                <w:rFonts w:ascii="Cambria" w:hAnsi="Cambria" w:eastAsia="Cambria"/>
                <w:b w:val="0"/>
                <w:i w:val="0"/>
                <w:color w:val="222222"/>
                <w:sz w:val="17"/>
              </w:rPr>
              <w:t>ISO clause / internal criterion</w:t>
            </w:r>
          </w:p>
        </w:tc>
        <w:tc>
          <w:tcPr>
            <w:tcW w:type="dxa" w:w="7056"/>
            <w:tcMar>
              <w:top w:w="70" w:type="dxa"/>
              <w:start w:w="90" w:type="dxa"/>
              <w:bottom w:w="70" w:type="dxa"/>
              <w:end w:w="90" w:type="dxa"/>
            </w:tcMar>
            <w:vAlign w:val="top"/>
            <w:shd w:fill="F5F8FB"/>
          </w:tcPr>
          <w:p>
            <w:r>
              <w:rPr>
                <w:rFonts w:ascii="Cambria" w:hAnsi="Cambria" w:eastAsia="Cambria"/>
                <w:b w:val="0"/>
                <w:i w:val="0"/>
                <w:color w:val="222222"/>
                <w:sz w:val="17"/>
              </w:rPr>
              <w:t>[REFERENCE]</w:t>
            </w:r>
          </w:p>
        </w:tc>
      </w:tr>
      <w:tr>
        <w:trPr>
          <w:cantSplit/>
        </w:trPr>
        <w:tc>
          <w:tcPr>
            <w:tcW w:type="dxa" w:w="3024"/>
            <w:tcMar>
              <w:top w:w="70" w:type="dxa"/>
              <w:start w:w="90" w:type="dxa"/>
              <w:bottom w:w="70" w:type="dxa"/>
              <w:end w:w="90" w:type="dxa"/>
            </w:tcMar>
            <w:vAlign w:val="top"/>
          </w:tcPr>
          <w:p>
            <w:r>
              <w:rPr>
                <w:rFonts w:ascii="Cambria" w:hAnsi="Cambria" w:eastAsia="Cambria"/>
                <w:b w:val="0"/>
                <w:i w:val="0"/>
                <w:color w:val="222222"/>
                <w:sz w:val="17"/>
              </w:rPr>
              <w:t>Process / area</w:t>
            </w:r>
          </w:p>
        </w:tc>
        <w:tc>
          <w:tcPr>
            <w:tcW w:type="dxa" w:w="7056"/>
            <w:tcMar>
              <w:top w:w="70" w:type="dxa"/>
              <w:start w:w="90" w:type="dxa"/>
              <w:bottom w:w="70" w:type="dxa"/>
              <w:end w:w="90" w:type="dxa"/>
            </w:tcMar>
            <w:vAlign w:val="top"/>
          </w:tcPr>
          <w:p>
            <w:r>
              <w:rPr>
                <w:rFonts w:ascii="Cambria" w:hAnsi="Cambria" w:eastAsia="Cambria"/>
                <w:b w:val="0"/>
                <w:i w:val="0"/>
                <w:color w:val="222222"/>
                <w:sz w:val="17"/>
              </w:rPr>
              <w:t>[AREA]</w:t>
            </w:r>
          </w:p>
        </w:tc>
      </w:tr>
      <w:tr>
        <w:trPr>
          <w:cantSplit/>
        </w:trPr>
        <w:tc>
          <w:tcPr>
            <w:tcW w:type="dxa" w:w="3024"/>
            <w:tcMar>
              <w:top w:w="70" w:type="dxa"/>
              <w:start w:w="90" w:type="dxa"/>
              <w:bottom w:w="70" w:type="dxa"/>
              <w:end w:w="90" w:type="dxa"/>
            </w:tcMar>
            <w:vAlign w:val="top"/>
            <w:shd w:fill="F5F8FB"/>
          </w:tcPr>
          <w:p>
            <w:r>
              <w:rPr>
                <w:rFonts w:ascii="Cambria" w:hAnsi="Cambria" w:eastAsia="Cambria"/>
                <w:b w:val="0"/>
                <w:i w:val="0"/>
                <w:color w:val="222222"/>
                <w:sz w:val="17"/>
              </w:rPr>
              <w:t>Objective evidence</w:t>
            </w:r>
          </w:p>
        </w:tc>
        <w:tc>
          <w:tcPr>
            <w:tcW w:type="dxa" w:w="7056"/>
            <w:tcMar>
              <w:top w:w="70" w:type="dxa"/>
              <w:start w:w="90" w:type="dxa"/>
              <w:bottom w:w="70" w:type="dxa"/>
              <w:end w:w="90" w:type="dxa"/>
            </w:tcMar>
            <w:vAlign w:val="top"/>
            <w:shd w:fill="F5F8FB"/>
          </w:tcPr>
          <w:p>
            <w:r>
              <w:rPr>
                <w:rFonts w:ascii="Cambria" w:hAnsi="Cambria" w:eastAsia="Cambria"/>
                <w:b w:val="0"/>
                <w:i w:val="0"/>
                <w:color w:val="222222"/>
                <w:sz w:val="17"/>
              </w:rPr>
              <w:t>[FACTUAL EVIDENCE]</w:t>
            </w:r>
          </w:p>
        </w:tc>
      </w:tr>
      <w:tr>
        <w:trPr>
          <w:cantSplit/>
        </w:trPr>
        <w:tc>
          <w:tcPr>
            <w:tcW w:type="dxa" w:w="3024"/>
            <w:tcMar>
              <w:top w:w="70" w:type="dxa"/>
              <w:start w:w="90" w:type="dxa"/>
              <w:bottom w:w="70" w:type="dxa"/>
              <w:end w:w="90" w:type="dxa"/>
            </w:tcMar>
            <w:vAlign w:val="top"/>
          </w:tcPr>
          <w:p>
            <w:r>
              <w:rPr>
                <w:rFonts w:ascii="Cambria" w:hAnsi="Cambria" w:eastAsia="Cambria"/>
                <w:b w:val="0"/>
                <w:i w:val="0"/>
                <w:color w:val="222222"/>
                <w:sz w:val="17"/>
              </w:rPr>
              <w:t>Finding statement</w:t>
            </w:r>
          </w:p>
        </w:tc>
        <w:tc>
          <w:tcPr>
            <w:tcW w:type="dxa" w:w="7056"/>
            <w:tcMar>
              <w:top w:w="70" w:type="dxa"/>
              <w:start w:w="90" w:type="dxa"/>
              <w:bottom w:w="70" w:type="dxa"/>
              <w:end w:w="90" w:type="dxa"/>
            </w:tcMar>
            <w:vAlign w:val="top"/>
          </w:tcPr>
          <w:p>
            <w:r>
              <w:rPr>
                <w:rFonts w:ascii="Cambria" w:hAnsi="Cambria" w:eastAsia="Cambria"/>
                <w:b w:val="0"/>
                <w:i w:val="0"/>
                <w:color w:val="222222"/>
                <w:sz w:val="17"/>
              </w:rPr>
              <w:t>[CRITERION + EVIDENCE + GAP]</w:t>
            </w:r>
          </w:p>
        </w:tc>
      </w:tr>
      <w:tr>
        <w:trPr>
          <w:cantSplit/>
        </w:trPr>
        <w:tc>
          <w:tcPr>
            <w:tcW w:type="dxa" w:w="3024"/>
            <w:tcMar>
              <w:top w:w="70" w:type="dxa"/>
              <w:start w:w="90" w:type="dxa"/>
              <w:bottom w:w="70" w:type="dxa"/>
              <w:end w:w="90" w:type="dxa"/>
            </w:tcMar>
            <w:vAlign w:val="top"/>
            <w:shd w:fill="F5F8FB"/>
          </w:tcPr>
          <w:p>
            <w:r>
              <w:rPr>
                <w:rFonts w:ascii="Cambria" w:hAnsi="Cambria" w:eastAsia="Cambria"/>
                <w:b w:val="0"/>
                <w:i w:val="0"/>
                <w:color w:val="222222"/>
                <w:sz w:val="17"/>
              </w:rPr>
              <w:t>Risk / impact</w:t>
            </w:r>
          </w:p>
        </w:tc>
        <w:tc>
          <w:tcPr>
            <w:tcW w:type="dxa" w:w="7056"/>
            <w:tcMar>
              <w:top w:w="70" w:type="dxa"/>
              <w:start w:w="90" w:type="dxa"/>
              <w:bottom w:w="70" w:type="dxa"/>
              <w:end w:w="90" w:type="dxa"/>
            </w:tcMar>
            <w:vAlign w:val="top"/>
            <w:shd w:fill="F5F8FB"/>
          </w:tcPr>
          <w:p>
            <w:r>
              <w:rPr>
                <w:rFonts w:ascii="Cambria" w:hAnsi="Cambria" w:eastAsia="Cambria"/>
                <w:b w:val="0"/>
                <w:i w:val="0"/>
                <w:color w:val="222222"/>
                <w:sz w:val="17"/>
              </w:rPr>
              <w:t>[CRITICAL / HIGH / MEDIUM / LOW + RATIONALE]</w:t>
            </w:r>
          </w:p>
        </w:tc>
      </w:tr>
      <w:tr>
        <w:trPr>
          <w:cantSplit/>
        </w:trPr>
        <w:tc>
          <w:tcPr>
            <w:tcW w:type="dxa" w:w="3024"/>
            <w:tcMar>
              <w:top w:w="70" w:type="dxa"/>
              <w:start w:w="90" w:type="dxa"/>
              <w:bottom w:w="70" w:type="dxa"/>
              <w:end w:w="90" w:type="dxa"/>
            </w:tcMar>
            <w:vAlign w:val="top"/>
          </w:tcPr>
          <w:p>
            <w:r>
              <w:rPr>
                <w:rFonts w:ascii="Cambria" w:hAnsi="Cambria" w:eastAsia="Cambria"/>
                <w:b w:val="0"/>
                <w:i w:val="0"/>
                <w:color w:val="222222"/>
                <w:sz w:val="17"/>
              </w:rPr>
              <w:t>Immediate correction / containment</w:t>
            </w:r>
          </w:p>
        </w:tc>
        <w:tc>
          <w:tcPr>
            <w:tcW w:type="dxa" w:w="7056"/>
            <w:tcMar>
              <w:top w:w="70" w:type="dxa"/>
              <w:start w:w="90" w:type="dxa"/>
              <w:bottom w:w="70" w:type="dxa"/>
              <w:end w:w="90" w:type="dxa"/>
            </w:tcMar>
            <w:vAlign w:val="top"/>
          </w:tcPr>
          <w:p>
            <w:r>
              <w:rPr>
                <w:rFonts w:ascii="Cambria" w:hAnsi="Cambria" w:eastAsia="Cambria"/>
                <w:b w:val="0"/>
                <w:i w:val="0"/>
                <w:color w:val="222222"/>
                <w:sz w:val="17"/>
              </w:rPr>
              <w:t>[IF REQUIRED]</w:t>
            </w:r>
          </w:p>
        </w:tc>
      </w:tr>
      <w:tr>
        <w:trPr>
          <w:cantSplit/>
        </w:trPr>
        <w:tc>
          <w:tcPr>
            <w:tcW w:type="dxa" w:w="3024"/>
            <w:tcMar>
              <w:top w:w="70" w:type="dxa"/>
              <w:start w:w="90" w:type="dxa"/>
              <w:bottom w:w="70" w:type="dxa"/>
              <w:end w:w="90" w:type="dxa"/>
            </w:tcMar>
            <w:vAlign w:val="top"/>
            <w:shd w:fill="F5F8FB"/>
          </w:tcPr>
          <w:p>
            <w:r>
              <w:rPr>
                <w:rFonts w:ascii="Cambria" w:hAnsi="Cambria" w:eastAsia="Cambria"/>
                <w:b w:val="0"/>
                <w:i w:val="0"/>
                <w:color w:val="222222"/>
                <w:sz w:val="17"/>
              </w:rPr>
              <w:t>Required action owner</w:t>
            </w:r>
          </w:p>
        </w:tc>
        <w:tc>
          <w:tcPr>
            <w:tcW w:type="dxa" w:w="7056"/>
            <w:tcMar>
              <w:top w:w="70" w:type="dxa"/>
              <w:start w:w="90" w:type="dxa"/>
              <w:bottom w:w="70" w:type="dxa"/>
              <w:end w:w="90" w:type="dxa"/>
            </w:tcMar>
            <w:vAlign w:val="top"/>
            <w:shd w:fill="F5F8FB"/>
          </w:tcPr>
          <w:p>
            <w:r>
              <w:rPr>
                <w:rFonts w:ascii="Cambria" w:hAnsi="Cambria" w:eastAsia="Cambria"/>
                <w:b w:val="0"/>
                <w:i w:val="0"/>
                <w:color w:val="222222"/>
                <w:sz w:val="17"/>
              </w:rPr>
              <w:t>[ROLE]</w:t>
            </w:r>
          </w:p>
        </w:tc>
      </w:tr>
      <w:tr>
        <w:trPr>
          <w:cantSplit/>
        </w:trPr>
        <w:tc>
          <w:tcPr>
            <w:tcW w:type="dxa" w:w="3024"/>
            <w:tcMar>
              <w:top w:w="70" w:type="dxa"/>
              <w:start w:w="90" w:type="dxa"/>
              <w:bottom w:w="70" w:type="dxa"/>
              <w:end w:w="90" w:type="dxa"/>
            </w:tcMar>
            <w:vAlign w:val="top"/>
          </w:tcPr>
          <w:p>
            <w:r>
              <w:rPr>
                <w:rFonts w:ascii="Cambria" w:hAnsi="Cambria" w:eastAsia="Cambria"/>
                <w:b w:val="0"/>
                <w:i w:val="0"/>
                <w:color w:val="222222"/>
                <w:sz w:val="17"/>
              </w:rPr>
              <w:t>Target date</w:t>
            </w:r>
          </w:p>
        </w:tc>
        <w:tc>
          <w:tcPr>
            <w:tcW w:type="dxa" w:w="7056"/>
            <w:tcMar>
              <w:top w:w="70" w:type="dxa"/>
              <w:start w:w="90" w:type="dxa"/>
              <w:bottom w:w="70" w:type="dxa"/>
              <w:end w:w="90" w:type="dxa"/>
            </w:tcMar>
            <w:vAlign w:val="top"/>
          </w:tcPr>
          <w:p>
            <w:r>
              <w:rPr>
                <w:rFonts w:ascii="Cambria" w:hAnsi="Cambria" w:eastAsia="Cambria"/>
                <w:b w:val="0"/>
                <w:i w:val="0"/>
                <w:color w:val="222222"/>
                <w:sz w:val="17"/>
              </w:rPr>
              <w:t>[DATE]</w:t>
            </w:r>
          </w:p>
        </w:tc>
      </w:tr>
      <w:tr>
        <w:trPr>
          <w:cantSplit/>
        </w:trPr>
        <w:tc>
          <w:tcPr>
            <w:tcW w:type="dxa" w:w="3024"/>
            <w:tcMar>
              <w:top w:w="70" w:type="dxa"/>
              <w:start w:w="90" w:type="dxa"/>
              <w:bottom w:w="70" w:type="dxa"/>
              <w:end w:w="90" w:type="dxa"/>
            </w:tcMar>
            <w:vAlign w:val="top"/>
            <w:shd w:fill="F5F8FB"/>
          </w:tcPr>
          <w:p>
            <w:r>
              <w:rPr>
                <w:rFonts w:ascii="Cambria" w:hAnsi="Cambria" w:eastAsia="Cambria"/>
                <w:b w:val="0"/>
                <w:i w:val="0"/>
                <w:color w:val="222222"/>
                <w:sz w:val="17"/>
              </w:rPr>
              <w:t>Audit evidence reference</w:t>
            </w:r>
          </w:p>
        </w:tc>
        <w:tc>
          <w:tcPr>
            <w:tcW w:type="dxa" w:w="7056"/>
            <w:tcMar>
              <w:top w:w="70" w:type="dxa"/>
              <w:start w:w="90" w:type="dxa"/>
              <w:bottom w:w="70" w:type="dxa"/>
              <w:end w:w="90" w:type="dxa"/>
            </w:tcMar>
            <w:vAlign w:val="top"/>
            <w:shd w:fill="F5F8FB"/>
          </w:tcPr>
          <w:p>
            <w:r>
              <w:rPr>
                <w:rFonts w:ascii="Cambria" w:hAnsi="Cambria" w:eastAsia="Cambria"/>
                <w:b w:val="0"/>
                <w:i w:val="0"/>
                <w:color w:val="222222"/>
                <w:sz w:val="17"/>
              </w:rPr>
              <w:t>[REFERENCE]</w:t>
            </w:r>
          </w:p>
        </w:tc>
      </w:tr>
    </w:tbl>
    <w:p/>
    <w:p>
      <w:pPr>
        <w:pStyle w:val="Heading1"/>
      </w:pPr>
      <w:r>
        <w:t>11. Observations and Opportunities for Improvement</w:t>
      </w:r>
    </w:p>
    <w:tbl>
      <w:tblPr>
        <w:tblW w:type="auto" w:w="0"/>
        <w:jc w:val="center"/>
        <w:tblLayout w:type="fixed"/>
        <w:tblLook w:firstColumn="1" w:firstRow="1" w:lastColumn="0" w:lastRow="0" w:noHBand="0" w:noVBand="1" w:val="04A0"/>
      </w:tblPr>
      <w:tblGrid>
        <w:gridCol w:w="2018"/>
        <w:gridCol w:w="2018"/>
        <w:gridCol w:w="2018"/>
        <w:gridCol w:w="2018"/>
        <w:gridCol w:w="2018"/>
      </w:tblGrid>
      <w:tr>
        <w:trPr>
          <w:tblHeader w:val="true"/>
        </w:trPr>
        <w:tc>
          <w:tcPr>
            <w:tcW w:type="dxa" w:w="1008"/>
            <w:shd w:fill="D9EAF7"/>
            <w:tcMar>
              <w:top w:w="70" w:type="dxa"/>
              <w:start w:w="90" w:type="dxa"/>
              <w:bottom w:w="70" w:type="dxa"/>
              <w:end w:w="90" w:type="dxa"/>
            </w:tcMar>
          </w:tcPr>
          <w:p>
            <w:r>
              <w:rPr>
                <w:rFonts w:ascii="Cambria" w:hAnsi="Cambria" w:eastAsia="Cambria"/>
                <w:b/>
                <w:i w:val="0"/>
                <w:color w:val="222222"/>
                <w:sz w:val="16"/>
              </w:rPr>
              <w:t>ID</w:t>
            </w:r>
          </w:p>
        </w:tc>
        <w:tc>
          <w:tcPr>
            <w:tcW w:type="dxa" w:w="2016"/>
            <w:shd w:fill="D9EAF7"/>
            <w:tcMar>
              <w:top w:w="70" w:type="dxa"/>
              <w:start w:w="90" w:type="dxa"/>
              <w:bottom w:w="70" w:type="dxa"/>
              <w:end w:w="90" w:type="dxa"/>
            </w:tcMar>
          </w:tcPr>
          <w:p>
            <w:r>
              <w:rPr>
                <w:rFonts w:ascii="Cambria" w:hAnsi="Cambria" w:eastAsia="Cambria"/>
                <w:b/>
                <w:i w:val="0"/>
                <w:color w:val="222222"/>
                <w:sz w:val="16"/>
              </w:rPr>
              <w:t>Area</w:t>
            </w:r>
          </w:p>
        </w:tc>
        <w:tc>
          <w:tcPr>
            <w:tcW w:type="dxa" w:w="3888"/>
            <w:shd w:fill="D9EAF7"/>
            <w:tcMar>
              <w:top w:w="70" w:type="dxa"/>
              <w:start w:w="90" w:type="dxa"/>
              <w:bottom w:w="70" w:type="dxa"/>
              <w:end w:w="90" w:type="dxa"/>
            </w:tcMar>
          </w:tcPr>
          <w:p>
            <w:r>
              <w:rPr>
                <w:rFonts w:ascii="Cambria" w:hAnsi="Cambria" w:eastAsia="Cambria"/>
                <w:b/>
                <w:i w:val="0"/>
                <w:color w:val="222222"/>
                <w:sz w:val="16"/>
              </w:rPr>
              <w:t>Observation / Opportunity</w:t>
            </w:r>
          </w:p>
        </w:tc>
        <w:tc>
          <w:tcPr>
            <w:tcW w:type="dxa" w:w="1872"/>
            <w:shd w:fill="D9EAF7"/>
            <w:tcMar>
              <w:top w:w="70" w:type="dxa"/>
              <w:start w:w="90" w:type="dxa"/>
              <w:bottom w:w="70" w:type="dxa"/>
              <w:end w:w="90" w:type="dxa"/>
            </w:tcMar>
          </w:tcPr>
          <w:p>
            <w:r>
              <w:rPr>
                <w:rFonts w:ascii="Cambria" w:hAnsi="Cambria" w:eastAsia="Cambria"/>
                <w:b/>
                <w:i w:val="0"/>
                <w:color w:val="222222"/>
                <w:sz w:val="16"/>
              </w:rPr>
              <w:t>Potential Benefit</w:t>
            </w:r>
          </w:p>
        </w:tc>
        <w:tc>
          <w:tcPr>
            <w:tcW w:type="dxa" w:w="1728"/>
            <w:shd w:fill="D9EAF7"/>
            <w:tcMar>
              <w:top w:w="70" w:type="dxa"/>
              <w:start w:w="90" w:type="dxa"/>
              <w:bottom w:w="70" w:type="dxa"/>
              <w:end w:w="90" w:type="dxa"/>
            </w:tcMar>
          </w:tcPr>
          <w:p>
            <w:r>
              <w:rPr>
                <w:rFonts w:ascii="Cambria" w:hAnsi="Cambria" w:eastAsia="Cambria"/>
                <w:b/>
                <w:i w:val="0"/>
                <w:color w:val="222222"/>
                <w:sz w:val="16"/>
              </w:rPr>
              <w:t>Owner Decision / Action</w:t>
            </w:r>
          </w:p>
        </w:tc>
      </w:tr>
      <w:tr>
        <w:trPr>
          <w:cantSplit/>
        </w:trPr>
        <w:tc>
          <w:tcPr>
            <w:tcW w:type="dxa" w:w="1008"/>
            <w:tcMar>
              <w:top w:w="70" w:type="dxa"/>
              <w:start w:w="90" w:type="dxa"/>
              <w:bottom w:w="70" w:type="dxa"/>
              <w:end w:w="90" w:type="dxa"/>
            </w:tcMar>
            <w:vAlign w:val="top"/>
          </w:tcPr>
          <w:p>
            <w:r>
              <w:rPr>
                <w:rFonts w:ascii="Cambria" w:hAnsi="Cambria" w:eastAsia="Cambria"/>
                <w:b w:val="0"/>
                <w:i w:val="0"/>
                <w:color w:val="222222"/>
                <w:sz w:val="16"/>
              </w:rPr>
            </w:r>
          </w:p>
        </w:tc>
        <w:tc>
          <w:tcPr>
            <w:tcW w:type="dxa" w:w="2016"/>
            <w:tcMar>
              <w:top w:w="70" w:type="dxa"/>
              <w:start w:w="90" w:type="dxa"/>
              <w:bottom w:w="70" w:type="dxa"/>
              <w:end w:w="90" w:type="dxa"/>
            </w:tcMar>
            <w:vAlign w:val="top"/>
          </w:tcPr>
          <w:p>
            <w:r>
              <w:rPr>
                <w:rFonts w:ascii="Cambria" w:hAnsi="Cambria" w:eastAsia="Cambria"/>
                <w:b w:val="0"/>
                <w:i w:val="0"/>
                <w:color w:val="222222"/>
                <w:sz w:val="16"/>
              </w:rPr>
            </w:r>
          </w:p>
        </w:tc>
        <w:tc>
          <w:tcPr>
            <w:tcW w:type="dxa" w:w="3888"/>
            <w:tcMar>
              <w:top w:w="70" w:type="dxa"/>
              <w:start w:w="90" w:type="dxa"/>
              <w:bottom w:w="70" w:type="dxa"/>
              <w:end w:w="90" w:type="dxa"/>
            </w:tcMar>
            <w:vAlign w:val="top"/>
          </w:tcPr>
          <w:p>
            <w:r>
              <w:rPr>
                <w:rFonts w:ascii="Cambria" w:hAnsi="Cambria" w:eastAsia="Cambria"/>
                <w:b w:val="0"/>
                <w:i w:val="0"/>
                <w:color w:val="222222"/>
                <w:sz w:val="16"/>
              </w:rPr>
            </w:r>
          </w:p>
        </w:tc>
        <w:tc>
          <w:tcPr>
            <w:tcW w:type="dxa" w:w="1872"/>
            <w:tcMar>
              <w:top w:w="70" w:type="dxa"/>
              <w:start w:w="90" w:type="dxa"/>
              <w:bottom w:w="70" w:type="dxa"/>
              <w:end w:w="90" w:type="dxa"/>
            </w:tcMar>
            <w:vAlign w:val="top"/>
          </w:tcPr>
          <w:p>
            <w:r>
              <w:rPr>
                <w:rFonts w:ascii="Cambria" w:hAnsi="Cambria" w:eastAsia="Cambria"/>
                <w:b w:val="0"/>
                <w:i w:val="0"/>
                <w:color w:val="222222"/>
                <w:sz w:val="16"/>
              </w:rPr>
            </w:r>
          </w:p>
        </w:tc>
        <w:tc>
          <w:tcPr>
            <w:tcW w:type="dxa" w:w="1728"/>
            <w:tcMar>
              <w:top w:w="70" w:type="dxa"/>
              <w:start w:w="90" w:type="dxa"/>
              <w:bottom w:w="70" w:type="dxa"/>
              <w:end w:w="90" w:type="dxa"/>
            </w:tcMar>
            <w:vAlign w:val="top"/>
          </w:tcPr>
          <w:p>
            <w:r>
              <w:rPr>
                <w:rFonts w:ascii="Cambria" w:hAnsi="Cambria" w:eastAsia="Cambria"/>
                <w:b w:val="0"/>
                <w:i w:val="0"/>
                <w:color w:val="222222"/>
                <w:sz w:val="16"/>
              </w:rPr>
            </w:r>
          </w:p>
        </w:tc>
      </w:tr>
      <w:tr>
        <w:trPr>
          <w:cantSplit/>
        </w:trPr>
        <w:tc>
          <w:tcPr>
            <w:tcW w:type="dxa" w:w="1008"/>
            <w:tcMar>
              <w:top w:w="70" w:type="dxa"/>
              <w:start w:w="90" w:type="dxa"/>
              <w:bottom w:w="70" w:type="dxa"/>
              <w:end w:w="90" w:type="dxa"/>
            </w:tcMar>
            <w:vAlign w:val="top"/>
            <w:shd w:fill="F5F8FB"/>
          </w:tcPr>
          <w:p>
            <w:r>
              <w:rPr>
                <w:rFonts w:ascii="Cambria" w:hAnsi="Cambria" w:eastAsia="Cambria"/>
                <w:b w:val="0"/>
                <w:i w:val="0"/>
                <w:color w:val="222222"/>
                <w:sz w:val="16"/>
              </w:rPr>
            </w:r>
          </w:p>
        </w:tc>
        <w:tc>
          <w:tcPr>
            <w:tcW w:type="dxa" w:w="2016"/>
            <w:tcMar>
              <w:top w:w="70" w:type="dxa"/>
              <w:start w:w="90" w:type="dxa"/>
              <w:bottom w:w="70" w:type="dxa"/>
              <w:end w:w="90" w:type="dxa"/>
            </w:tcMar>
            <w:vAlign w:val="top"/>
            <w:shd w:fill="F5F8FB"/>
          </w:tcPr>
          <w:p>
            <w:r>
              <w:rPr>
                <w:rFonts w:ascii="Cambria" w:hAnsi="Cambria" w:eastAsia="Cambria"/>
                <w:b w:val="0"/>
                <w:i w:val="0"/>
                <w:color w:val="222222"/>
                <w:sz w:val="16"/>
              </w:rPr>
            </w:r>
          </w:p>
        </w:tc>
        <w:tc>
          <w:tcPr>
            <w:tcW w:type="dxa" w:w="3888"/>
            <w:tcMar>
              <w:top w:w="70" w:type="dxa"/>
              <w:start w:w="90" w:type="dxa"/>
              <w:bottom w:w="70" w:type="dxa"/>
              <w:end w:w="90" w:type="dxa"/>
            </w:tcMar>
            <w:vAlign w:val="top"/>
            <w:shd w:fill="F5F8FB"/>
          </w:tcPr>
          <w:p>
            <w:r>
              <w:rPr>
                <w:rFonts w:ascii="Cambria" w:hAnsi="Cambria" w:eastAsia="Cambria"/>
                <w:b w:val="0"/>
                <w:i w:val="0"/>
                <w:color w:val="222222"/>
                <w:sz w:val="16"/>
              </w:rPr>
            </w:r>
          </w:p>
        </w:tc>
        <w:tc>
          <w:tcPr>
            <w:tcW w:type="dxa" w:w="1872"/>
            <w:tcMar>
              <w:top w:w="70" w:type="dxa"/>
              <w:start w:w="90" w:type="dxa"/>
              <w:bottom w:w="70" w:type="dxa"/>
              <w:end w:w="90" w:type="dxa"/>
            </w:tcMar>
            <w:vAlign w:val="top"/>
            <w:shd w:fill="F5F8FB"/>
          </w:tcPr>
          <w:p>
            <w:r>
              <w:rPr>
                <w:rFonts w:ascii="Cambria" w:hAnsi="Cambria" w:eastAsia="Cambria"/>
                <w:b w:val="0"/>
                <w:i w:val="0"/>
                <w:color w:val="222222"/>
                <w:sz w:val="16"/>
              </w:rPr>
            </w:r>
          </w:p>
        </w:tc>
        <w:tc>
          <w:tcPr>
            <w:tcW w:type="dxa" w:w="1728"/>
            <w:tcMar>
              <w:top w:w="70" w:type="dxa"/>
              <w:start w:w="90" w:type="dxa"/>
              <w:bottom w:w="70" w:type="dxa"/>
              <w:end w:w="90" w:type="dxa"/>
            </w:tcMar>
            <w:vAlign w:val="top"/>
            <w:shd w:fill="F5F8FB"/>
          </w:tcPr>
          <w:p>
            <w:r>
              <w:rPr>
                <w:rFonts w:ascii="Cambria" w:hAnsi="Cambria" w:eastAsia="Cambria"/>
                <w:b w:val="0"/>
                <w:i w:val="0"/>
                <w:color w:val="222222"/>
                <w:sz w:val="16"/>
              </w:rPr>
            </w:r>
          </w:p>
        </w:tc>
      </w:tr>
      <w:tr>
        <w:trPr>
          <w:cantSplit/>
        </w:trPr>
        <w:tc>
          <w:tcPr>
            <w:tcW w:type="dxa" w:w="1008"/>
            <w:tcMar>
              <w:top w:w="70" w:type="dxa"/>
              <w:start w:w="90" w:type="dxa"/>
              <w:bottom w:w="70" w:type="dxa"/>
              <w:end w:w="90" w:type="dxa"/>
            </w:tcMar>
            <w:vAlign w:val="top"/>
          </w:tcPr>
          <w:p>
            <w:r>
              <w:rPr>
                <w:rFonts w:ascii="Cambria" w:hAnsi="Cambria" w:eastAsia="Cambria"/>
                <w:b w:val="0"/>
                <w:i w:val="0"/>
                <w:color w:val="222222"/>
                <w:sz w:val="16"/>
              </w:rPr>
            </w:r>
          </w:p>
        </w:tc>
        <w:tc>
          <w:tcPr>
            <w:tcW w:type="dxa" w:w="2016"/>
            <w:tcMar>
              <w:top w:w="70" w:type="dxa"/>
              <w:start w:w="90" w:type="dxa"/>
              <w:bottom w:w="70" w:type="dxa"/>
              <w:end w:w="90" w:type="dxa"/>
            </w:tcMar>
            <w:vAlign w:val="top"/>
          </w:tcPr>
          <w:p>
            <w:r>
              <w:rPr>
                <w:rFonts w:ascii="Cambria" w:hAnsi="Cambria" w:eastAsia="Cambria"/>
                <w:b w:val="0"/>
                <w:i w:val="0"/>
                <w:color w:val="222222"/>
                <w:sz w:val="16"/>
              </w:rPr>
            </w:r>
          </w:p>
        </w:tc>
        <w:tc>
          <w:tcPr>
            <w:tcW w:type="dxa" w:w="3888"/>
            <w:tcMar>
              <w:top w:w="70" w:type="dxa"/>
              <w:start w:w="90" w:type="dxa"/>
              <w:bottom w:w="70" w:type="dxa"/>
              <w:end w:w="90" w:type="dxa"/>
            </w:tcMar>
            <w:vAlign w:val="top"/>
          </w:tcPr>
          <w:p>
            <w:r>
              <w:rPr>
                <w:rFonts w:ascii="Cambria" w:hAnsi="Cambria" w:eastAsia="Cambria"/>
                <w:b w:val="0"/>
                <w:i w:val="0"/>
                <w:color w:val="222222"/>
                <w:sz w:val="16"/>
              </w:rPr>
            </w:r>
          </w:p>
        </w:tc>
        <w:tc>
          <w:tcPr>
            <w:tcW w:type="dxa" w:w="1872"/>
            <w:tcMar>
              <w:top w:w="70" w:type="dxa"/>
              <w:start w:w="90" w:type="dxa"/>
              <w:bottom w:w="70" w:type="dxa"/>
              <w:end w:w="90" w:type="dxa"/>
            </w:tcMar>
            <w:vAlign w:val="top"/>
          </w:tcPr>
          <w:p>
            <w:r>
              <w:rPr>
                <w:rFonts w:ascii="Cambria" w:hAnsi="Cambria" w:eastAsia="Cambria"/>
                <w:b w:val="0"/>
                <w:i w:val="0"/>
                <w:color w:val="222222"/>
                <w:sz w:val="16"/>
              </w:rPr>
            </w:r>
          </w:p>
        </w:tc>
        <w:tc>
          <w:tcPr>
            <w:tcW w:type="dxa" w:w="1728"/>
            <w:tcMar>
              <w:top w:w="70" w:type="dxa"/>
              <w:start w:w="90" w:type="dxa"/>
              <w:bottom w:w="70" w:type="dxa"/>
              <w:end w:w="90" w:type="dxa"/>
            </w:tcMar>
            <w:vAlign w:val="top"/>
          </w:tcPr>
          <w:p>
            <w:r>
              <w:rPr>
                <w:rFonts w:ascii="Cambria" w:hAnsi="Cambria" w:eastAsia="Cambria"/>
                <w:b w:val="0"/>
                <w:i w:val="0"/>
                <w:color w:val="222222"/>
                <w:sz w:val="16"/>
              </w:rPr>
            </w:r>
          </w:p>
        </w:tc>
      </w:tr>
      <w:tr>
        <w:trPr>
          <w:cantSplit/>
        </w:trPr>
        <w:tc>
          <w:tcPr>
            <w:tcW w:type="dxa" w:w="1008"/>
            <w:tcMar>
              <w:top w:w="70" w:type="dxa"/>
              <w:start w:w="90" w:type="dxa"/>
              <w:bottom w:w="70" w:type="dxa"/>
              <w:end w:w="90" w:type="dxa"/>
            </w:tcMar>
            <w:vAlign w:val="top"/>
            <w:shd w:fill="F5F8FB"/>
          </w:tcPr>
          <w:p>
            <w:r>
              <w:rPr>
                <w:rFonts w:ascii="Cambria" w:hAnsi="Cambria" w:eastAsia="Cambria"/>
                <w:b w:val="0"/>
                <w:i w:val="0"/>
                <w:color w:val="222222"/>
                <w:sz w:val="16"/>
              </w:rPr>
            </w:r>
          </w:p>
        </w:tc>
        <w:tc>
          <w:tcPr>
            <w:tcW w:type="dxa" w:w="2016"/>
            <w:tcMar>
              <w:top w:w="70" w:type="dxa"/>
              <w:start w:w="90" w:type="dxa"/>
              <w:bottom w:w="70" w:type="dxa"/>
              <w:end w:w="90" w:type="dxa"/>
            </w:tcMar>
            <w:vAlign w:val="top"/>
            <w:shd w:fill="F5F8FB"/>
          </w:tcPr>
          <w:p>
            <w:r>
              <w:rPr>
                <w:rFonts w:ascii="Cambria" w:hAnsi="Cambria" w:eastAsia="Cambria"/>
                <w:b w:val="0"/>
                <w:i w:val="0"/>
                <w:color w:val="222222"/>
                <w:sz w:val="16"/>
              </w:rPr>
            </w:r>
          </w:p>
        </w:tc>
        <w:tc>
          <w:tcPr>
            <w:tcW w:type="dxa" w:w="3888"/>
            <w:tcMar>
              <w:top w:w="70" w:type="dxa"/>
              <w:start w:w="90" w:type="dxa"/>
              <w:bottom w:w="70" w:type="dxa"/>
              <w:end w:w="90" w:type="dxa"/>
            </w:tcMar>
            <w:vAlign w:val="top"/>
            <w:shd w:fill="F5F8FB"/>
          </w:tcPr>
          <w:p>
            <w:r>
              <w:rPr>
                <w:rFonts w:ascii="Cambria" w:hAnsi="Cambria" w:eastAsia="Cambria"/>
                <w:b w:val="0"/>
                <w:i w:val="0"/>
                <w:color w:val="222222"/>
                <w:sz w:val="16"/>
              </w:rPr>
            </w:r>
          </w:p>
        </w:tc>
        <w:tc>
          <w:tcPr>
            <w:tcW w:type="dxa" w:w="1872"/>
            <w:tcMar>
              <w:top w:w="70" w:type="dxa"/>
              <w:start w:w="90" w:type="dxa"/>
              <w:bottom w:w="70" w:type="dxa"/>
              <w:end w:w="90" w:type="dxa"/>
            </w:tcMar>
            <w:vAlign w:val="top"/>
            <w:shd w:fill="F5F8FB"/>
          </w:tcPr>
          <w:p>
            <w:r>
              <w:rPr>
                <w:rFonts w:ascii="Cambria" w:hAnsi="Cambria" w:eastAsia="Cambria"/>
                <w:b w:val="0"/>
                <w:i w:val="0"/>
                <w:color w:val="222222"/>
                <w:sz w:val="16"/>
              </w:rPr>
            </w:r>
          </w:p>
        </w:tc>
        <w:tc>
          <w:tcPr>
            <w:tcW w:type="dxa" w:w="1728"/>
            <w:tcMar>
              <w:top w:w="70" w:type="dxa"/>
              <w:start w:w="90" w:type="dxa"/>
              <w:bottom w:w="70" w:type="dxa"/>
              <w:end w:w="90" w:type="dxa"/>
            </w:tcMar>
            <w:vAlign w:val="top"/>
            <w:shd w:fill="F5F8FB"/>
          </w:tcPr>
          <w:p>
            <w:r>
              <w:rPr>
                <w:rFonts w:ascii="Cambria" w:hAnsi="Cambria" w:eastAsia="Cambria"/>
                <w:b w:val="0"/>
                <w:i w:val="0"/>
                <w:color w:val="222222"/>
                <w:sz w:val="16"/>
              </w:rPr>
            </w:r>
          </w:p>
        </w:tc>
      </w:tr>
      <w:tr>
        <w:trPr>
          <w:cantSplit/>
        </w:trPr>
        <w:tc>
          <w:tcPr>
            <w:tcW w:type="dxa" w:w="1008"/>
            <w:tcMar>
              <w:top w:w="70" w:type="dxa"/>
              <w:start w:w="90" w:type="dxa"/>
              <w:bottom w:w="70" w:type="dxa"/>
              <w:end w:w="90" w:type="dxa"/>
            </w:tcMar>
            <w:vAlign w:val="top"/>
          </w:tcPr>
          <w:p>
            <w:r>
              <w:rPr>
                <w:rFonts w:ascii="Cambria" w:hAnsi="Cambria" w:eastAsia="Cambria"/>
                <w:b w:val="0"/>
                <w:i w:val="0"/>
                <w:color w:val="222222"/>
                <w:sz w:val="16"/>
              </w:rPr>
            </w:r>
          </w:p>
        </w:tc>
        <w:tc>
          <w:tcPr>
            <w:tcW w:type="dxa" w:w="2016"/>
            <w:tcMar>
              <w:top w:w="70" w:type="dxa"/>
              <w:start w:w="90" w:type="dxa"/>
              <w:bottom w:w="70" w:type="dxa"/>
              <w:end w:w="90" w:type="dxa"/>
            </w:tcMar>
            <w:vAlign w:val="top"/>
          </w:tcPr>
          <w:p>
            <w:r>
              <w:rPr>
                <w:rFonts w:ascii="Cambria" w:hAnsi="Cambria" w:eastAsia="Cambria"/>
                <w:b w:val="0"/>
                <w:i w:val="0"/>
                <w:color w:val="222222"/>
                <w:sz w:val="16"/>
              </w:rPr>
            </w:r>
          </w:p>
        </w:tc>
        <w:tc>
          <w:tcPr>
            <w:tcW w:type="dxa" w:w="3888"/>
            <w:tcMar>
              <w:top w:w="70" w:type="dxa"/>
              <w:start w:w="90" w:type="dxa"/>
              <w:bottom w:w="70" w:type="dxa"/>
              <w:end w:w="90" w:type="dxa"/>
            </w:tcMar>
            <w:vAlign w:val="top"/>
          </w:tcPr>
          <w:p>
            <w:r>
              <w:rPr>
                <w:rFonts w:ascii="Cambria" w:hAnsi="Cambria" w:eastAsia="Cambria"/>
                <w:b w:val="0"/>
                <w:i w:val="0"/>
                <w:color w:val="222222"/>
                <w:sz w:val="16"/>
              </w:rPr>
            </w:r>
          </w:p>
        </w:tc>
        <w:tc>
          <w:tcPr>
            <w:tcW w:type="dxa" w:w="1872"/>
            <w:tcMar>
              <w:top w:w="70" w:type="dxa"/>
              <w:start w:w="90" w:type="dxa"/>
              <w:bottom w:w="70" w:type="dxa"/>
              <w:end w:w="90" w:type="dxa"/>
            </w:tcMar>
            <w:vAlign w:val="top"/>
          </w:tcPr>
          <w:p>
            <w:r>
              <w:rPr>
                <w:rFonts w:ascii="Cambria" w:hAnsi="Cambria" w:eastAsia="Cambria"/>
                <w:b w:val="0"/>
                <w:i w:val="0"/>
                <w:color w:val="222222"/>
                <w:sz w:val="16"/>
              </w:rPr>
            </w:r>
          </w:p>
        </w:tc>
        <w:tc>
          <w:tcPr>
            <w:tcW w:type="dxa" w:w="1728"/>
            <w:tcMar>
              <w:top w:w="70" w:type="dxa"/>
              <w:start w:w="90" w:type="dxa"/>
              <w:bottom w:w="70" w:type="dxa"/>
              <w:end w:w="90" w:type="dxa"/>
            </w:tcMar>
            <w:vAlign w:val="top"/>
          </w:tcPr>
          <w:p>
            <w:r>
              <w:rPr>
                <w:rFonts w:ascii="Cambria" w:hAnsi="Cambria" w:eastAsia="Cambria"/>
                <w:b w:val="0"/>
                <w:i w:val="0"/>
                <w:color w:val="222222"/>
                <w:sz w:val="16"/>
              </w:rPr>
            </w:r>
          </w:p>
        </w:tc>
      </w:tr>
      <w:tr>
        <w:trPr>
          <w:cantSplit/>
        </w:trPr>
        <w:tc>
          <w:tcPr>
            <w:tcW w:type="dxa" w:w="1008"/>
            <w:tcMar>
              <w:top w:w="70" w:type="dxa"/>
              <w:start w:w="90" w:type="dxa"/>
              <w:bottom w:w="70" w:type="dxa"/>
              <w:end w:w="90" w:type="dxa"/>
            </w:tcMar>
            <w:vAlign w:val="top"/>
            <w:shd w:fill="F5F8FB"/>
          </w:tcPr>
          <w:p>
            <w:r>
              <w:rPr>
                <w:rFonts w:ascii="Cambria" w:hAnsi="Cambria" w:eastAsia="Cambria"/>
                <w:b w:val="0"/>
                <w:i w:val="0"/>
                <w:color w:val="222222"/>
                <w:sz w:val="16"/>
              </w:rPr>
            </w:r>
          </w:p>
        </w:tc>
        <w:tc>
          <w:tcPr>
            <w:tcW w:type="dxa" w:w="2016"/>
            <w:tcMar>
              <w:top w:w="70" w:type="dxa"/>
              <w:start w:w="90" w:type="dxa"/>
              <w:bottom w:w="70" w:type="dxa"/>
              <w:end w:w="90" w:type="dxa"/>
            </w:tcMar>
            <w:vAlign w:val="top"/>
            <w:shd w:fill="F5F8FB"/>
          </w:tcPr>
          <w:p>
            <w:r>
              <w:rPr>
                <w:rFonts w:ascii="Cambria" w:hAnsi="Cambria" w:eastAsia="Cambria"/>
                <w:b w:val="0"/>
                <w:i w:val="0"/>
                <w:color w:val="222222"/>
                <w:sz w:val="16"/>
              </w:rPr>
            </w:r>
          </w:p>
        </w:tc>
        <w:tc>
          <w:tcPr>
            <w:tcW w:type="dxa" w:w="3888"/>
            <w:tcMar>
              <w:top w:w="70" w:type="dxa"/>
              <w:start w:w="90" w:type="dxa"/>
              <w:bottom w:w="70" w:type="dxa"/>
              <w:end w:w="90" w:type="dxa"/>
            </w:tcMar>
            <w:vAlign w:val="top"/>
            <w:shd w:fill="F5F8FB"/>
          </w:tcPr>
          <w:p>
            <w:r>
              <w:rPr>
                <w:rFonts w:ascii="Cambria" w:hAnsi="Cambria" w:eastAsia="Cambria"/>
                <w:b w:val="0"/>
                <w:i w:val="0"/>
                <w:color w:val="222222"/>
                <w:sz w:val="16"/>
              </w:rPr>
            </w:r>
          </w:p>
        </w:tc>
        <w:tc>
          <w:tcPr>
            <w:tcW w:type="dxa" w:w="1872"/>
            <w:tcMar>
              <w:top w:w="70" w:type="dxa"/>
              <w:start w:w="90" w:type="dxa"/>
              <w:bottom w:w="70" w:type="dxa"/>
              <w:end w:w="90" w:type="dxa"/>
            </w:tcMar>
            <w:vAlign w:val="top"/>
            <w:shd w:fill="F5F8FB"/>
          </w:tcPr>
          <w:p>
            <w:r>
              <w:rPr>
                <w:rFonts w:ascii="Cambria" w:hAnsi="Cambria" w:eastAsia="Cambria"/>
                <w:b w:val="0"/>
                <w:i w:val="0"/>
                <w:color w:val="222222"/>
                <w:sz w:val="16"/>
              </w:rPr>
            </w:r>
          </w:p>
        </w:tc>
        <w:tc>
          <w:tcPr>
            <w:tcW w:type="dxa" w:w="1728"/>
            <w:tcMar>
              <w:top w:w="70" w:type="dxa"/>
              <w:start w:w="90" w:type="dxa"/>
              <w:bottom w:w="70" w:type="dxa"/>
              <w:end w:w="90" w:type="dxa"/>
            </w:tcMar>
            <w:vAlign w:val="top"/>
            <w:shd w:fill="F5F8FB"/>
          </w:tcPr>
          <w:p>
            <w:r>
              <w:rPr>
                <w:rFonts w:ascii="Cambria" w:hAnsi="Cambria" w:eastAsia="Cambria"/>
                <w:b w:val="0"/>
                <w:i w:val="0"/>
                <w:color w:val="222222"/>
                <w:sz w:val="16"/>
              </w:rPr>
            </w:r>
          </w:p>
        </w:tc>
      </w:tr>
    </w:tbl>
    <w:p/>
    <w:p>
      <w:pPr>
        <w:pStyle w:val="Heading1"/>
      </w:pPr>
      <w:r>
        <w:t>12. Positive / Effective Practices</w:t>
      </w:r>
    </w:p>
    <w:tbl>
      <w:tblPr>
        <w:tblW w:type="auto" w:w="0"/>
        <w:jc w:val="center"/>
        <w:tblLayout w:type="fixed"/>
        <w:tblLook w:firstColumn="1" w:firstRow="1" w:lastColumn="0" w:lastRow="0" w:noHBand="0" w:noVBand="1" w:val="04A0"/>
      </w:tblPr>
      <w:tblGrid>
        <w:gridCol w:w="3364"/>
        <w:gridCol w:w="3364"/>
        <w:gridCol w:w="3364"/>
      </w:tblGrid>
      <w:tr>
        <w:trPr>
          <w:tblHeader w:val="true"/>
        </w:trPr>
        <w:tc>
          <w:tcPr>
            <w:tcW w:type="dxa" w:w="2592"/>
            <w:shd w:fill="D9EAF7"/>
            <w:tcMar>
              <w:top w:w="70" w:type="dxa"/>
              <w:start w:w="90" w:type="dxa"/>
              <w:bottom w:w="70" w:type="dxa"/>
              <w:end w:w="90" w:type="dxa"/>
            </w:tcMar>
          </w:tcPr>
          <w:p>
            <w:r>
              <w:rPr>
                <w:rFonts w:ascii="Cambria" w:hAnsi="Cambria" w:eastAsia="Cambria"/>
                <w:b/>
                <w:i w:val="0"/>
                <w:color w:val="222222"/>
                <w:sz w:val="17"/>
              </w:rPr>
              <w:t>Area</w:t>
            </w:r>
          </w:p>
        </w:tc>
        <w:tc>
          <w:tcPr>
            <w:tcW w:type="dxa" w:w="4320"/>
            <w:shd w:fill="D9EAF7"/>
            <w:tcMar>
              <w:top w:w="70" w:type="dxa"/>
              <w:start w:w="90" w:type="dxa"/>
              <w:bottom w:w="70" w:type="dxa"/>
              <w:end w:w="90" w:type="dxa"/>
            </w:tcMar>
          </w:tcPr>
          <w:p>
            <w:r>
              <w:rPr>
                <w:rFonts w:ascii="Cambria" w:hAnsi="Cambria" w:eastAsia="Cambria"/>
                <w:b/>
                <w:i w:val="0"/>
                <w:color w:val="222222"/>
                <w:sz w:val="17"/>
              </w:rPr>
              <w:t>Effective Practice / Evidence</w:t>
            </w:r>
          </w:p>
        </w:tc>
        <w:tc>
          <w:tcPr>
            <w:tcW w:type="dxa" w:w="3168"/>
            <w:shd w:fill="D9EAF7"/>
            <w:tcMar>
              <w:top w:w="70" w:type="dxa"/>
              <w:start w:w="90" w:type="dxa"/>
              <w:bottom w:w="70" w:type="dxa"/>
              <w:end w:w="90" w:type="dxa"/>
            </w:tcMar>
          </w:tcPr>
          <w:p>
            <w:r>
              <w:rPr>
                <w:rFonts w:ascii="Cambria" w:hAnsi="Cambria" w:eastAsia="Cambria"/>
                <w:b/>
                <w:i w:val="0"/>
                <w:color w:val="222222"/>
                <w:sz w:val="17"/>
              </w:rPr>
              <w:t>Why it matters / potential for reuse</w:t>
            </w:r>
          </w:p>
        </w:tc>
      </w:tr>
      <w:tr>
        <w:trPr>
          <w:cantSplit/>
        </w:trPr>
        <w:tc>
          <w:tcPr>
            <w:tcW w:type="dxa" w:w="2592"/>
            <w:tcMar>
              <w:top w:w="70" w:type="dxa"/>
              <w:start w:w="90" w:type="dxa"/>
              <w:bottom w:w="70" w:type="dxa"/>
              <w:end w:w="90" w:type="dxa"/>
            </w:tcMar>
            <w:vAlign w:val="top"/>
          </w:tcPr>
          <w:p>
            <w:r>
              <w:rPr>
                <w:rFonts w:ascii="Cambria" w:hAnsi="Cambria" w:eastAsia="Cambria"/>
                <w:b w:val="0"/>
                <w:i w:val="0"/>
                <w:color w:val="222222"/>
                <w:sz w:val="17"/>
              </w:rPr>
            </w:r>
          </w:p>
        </w:tc>
        <w:tc>
          <w:tcPr>
            <w:tcW w:type="dxa" w:w="4320"/>
            <w:tcMar>
              <w:top w:w="70" w:type="dxa"/>
              <w:start w:w="90" w:type="dxa"/>
              <w:bottom w:w="70" w:type="dxa"/>
              <w:end w:w="90" w:type="dxa"/>
            </w:tcMar>
            <w:vAlign w:val="top"/>
          </w:tcPr>
          <w:p>
            <w:r>
              <w:rPr>
                <w:rFonts w:ascii="Cambria" w:hAnsi="Cambria" w:eastAsia="Cambria"/>
                <w:b w:val="0"/>
                <w:i w:val="0"/>
                <w:color w:val="222222"/>
                <w:sz w:val="17"/>
              </w:rPr>
            </w:r>
          </w:p>
        </w:tc>
        <w:tc>
          <w:tcPr>
            <w:tcW w:type="dxa" w:w="3168"/>
            <w:tcMar>
              <w:top w:w="70" w:type="dxa"/>
              <w:start w:w="90" w:type="dxa"/>
              <w:bottom w:w="70" w:type="dxa"/>
              <w:end w:w="90" w:type="dxa"/>
            </w:tcMar>
            <w:vAlign w:val="top"/>
          </w:tcPr>
          <w:p>
            <w:r>
              <w:rPr>
                <w:rFonts w:ascii="Cambria" w:hAnsi="Cambria" w:eastAsia="Cambria"/>
                <w:b w:val="0"/>
                <w:i w:val="0"/>
                <w:color w:val="222222"/>
                <w:sz w:val="17"/>
              </w:rPr>
            </w:r>
          </w:p>
        </w:tc>
      </w:tr>
      <w:tr>
        <w:trPr>
          <w:cantSplit/>
        </w:trPr>
        <w:tc>
          <w:tcPr>
            <w:tcW w:type="dxa" w:w="2592"/>
            <w:tcMar>
              <w:top w:w="70" w:type="dxa"/>
              <w:start w:w="90" w:type="dxa"/>
              <w:bottom w:w="70" w:type="dxa"/>
              <w:end w:w="90" w:type="dxa"/>
            </w:tcMar>
            <w:vAlign w:val="top"/>
            <w:shd w:fill="F5F8FB"/>
          </w:tcPr>
          <w:p>
            <w:r>
              <w:rPr>
                <w:rFonts w:ascii="Cambria" w:hAnsi="Cambria" w:eastAsia="Cambria"/>
                <w:b w:val="0"/>
                <w:i w:val="0"/>
                <w:color w:val="222222"/>
                <w:sz w:val="17"/>
              </w:rPr>
            </w:r>
          </w:p>
        </w:tc>
        <w:tc>
          <w:tcPr>
            <w:tcW w:type="dxa" w:w="4320"/>
            <w:tcMar>
              <w:top w:w="70" w:type="dxa"/>
              <w:start w:w="90" w:type="dxa"/>
              <w:bottom w:w="70" w:type="dxa"/>
              <w:end w:w="90" w:type="dxa"/>
            </w:tcMar>
            <w:vAlign w:val="top"/>
            <w:shd w:fill="F5F8FB"/>
          </w:tcPr>
          <w:p>
            <w:r>
              <w:rPr>
                <w:rFonts w:ascii="Cambria" w:hAnsi="Cambria" w:eastAsia="Cambria"/>
                <w:b w:val="0"/>
                <w:i w:val="0"/>
                <w:color w:val="222222"/>
                <w:sz w:val="17"/>
              </w:rPr>
            </w:r>
          </w:p>
        </w:tc>
        <w:tc>
          <w:tcPr>
            <w:tcW w:type="dxa" w:w="3168"/>
            <w:tcMar>
              <w:top w:w="70" w:type="dxa"/>
              <w:start w:w="90" w:type="dxa"/>
              <w:bottom w:w="70" w:type="dxa"/>
              <w:end w:w="90" w:type="dxa"/>
            </w:tcMar>
            <w:vAlign w:val="top"/>
            <w:shd w:fill="F5F8FB"/>
          </w:tcPr>
          <w:p>
            <w:r>
              <w:rPr>
                <w:rFonts w:ascii="Cambria" w:hAnsi="Cambria" w:eastAsia="Cambria"/>
                <w:b w:val="0"/>
                <w:i w:val="0"/>
                <w:color w:val="222222"/>
                <w:sz w:val="17"/>
              </w:rPr>
            </w:r>
          </w:p>
        </w:tc>
      </w:tr>
      <w:tr>
        <w:trPr>
          <w:cantSplit/>
        </w:trPr>
        <w:tc>
          <w:tcPr>
            <w:tcW w:type="dxa" w:w="2592"/>
            <w:tcMar>
              <w:top w:w="70" w:type="dxa"/>
              <w:start w:w="90" w:type="dxa"/>
              <w:bottom w:w="70" w:type="dxa"/>
              <w:end w:w="90" w:type="dxa"/>
            </w:tcMar>
            <w:vAlign w:val="top"/>
          </w:tcPr>
          <w:p>
            <w:r>
              <w:rPr>
                <w:rFonts w:ascii="Cambria" w:hAnsi="Cambria" w:eastAsia="Cambria"/>
                <w:b w:val="0"/>
                <w:i w:val="0"/>
                <w:color w:val="222222"/>
                <w:sz w:val="17"/>
              </w:rPr>
            </w:r>
          </w:p>
        </w:tc>
        <w:tc>
          <w:tcPr>
            <w:tcW w:type="dxa" w:w="4320"/>
            <w:tcMar>
              <w:top w:w="70" w:type="dxa"/>
              <w:start w:w="90" w:type="dxa"/>
              <w:bottom w:w="70" w:type="dxa"/>
              <w:end w:w="90" w:type="dxa"/>
            </w:tcMar>
            <w:vAlign w:val="top"/>
          </w:tcPr>
          <w:p>
            <w:r>
              <w:rPr>
                <w:rFonts w:ascii="Cambria" w:hAnsi="Cambria" w:eastAsia="Cambria"/>
                <w:b w:val="0"/>
                <w:i w:val="0"/>
                <w:color w:val="222222"/>
                <w:sz w:val="17"/>
              </w:rPr>
            </w:r>
          </w:p>
        </w:tc>
        <w:tc>
          <w:tcPr>
            <w:tcW w:type="dxa" w:w="3168"/>
            <w:tcMar>
              <w:top w:w="70" w:type="dxa"/>
              <w:start w:w="90" w:type="dxa"/>
              <w:bottom w:w="70" w:type="dxa"/>
              <w:end w:w="90" w:type="dxa"/>
            </w:tcMar>
            <w:vAlign w:val="top"/>
          </w:tcPr>
          <w:p>
            <w:r>
              <w:rPr>
                <w:rFonts w:ascii="Cambria" w:hAnsi="Cambria" w:eastAsia="Cambria"/>
                <w:b w:val="0"/>
                <w:i w:val="0"/>
                <w:color w:val="222222"/>
                <w:sz w:val="17"/>
              </w:rPr>
            </w:r>
          </w:p>
        </w:tc>
      </w:tr>
      <w:tr>
        <w:trPr>
          <w:cantSplit/>
        </w:trPr>
        <w:tc>
          <w:tcPr>
            <w:tcW w:type="dxa" w:w="2592"/>
            <w:tcMar>
              <w:top w:w="70" w:type="dxa"/>
              <w:start w:w="90" w:type="dxa"/>
              <w:bottom w:w="70" w:type="dxa"/>
              <w:end w:w="90" w:type="dxa"/>
            </w:tcMar>
            <w:vAlign w:val="top"/>
            <w:shd w:fill="F5F8FB"/>
          </w:tcPr>
          <w:p>
            <w:r>
              <w:rPr>
                <w:rFonts w:ascii="Cambria" w:hAnsi="Cambria" w:eastAsia="Cambria"/>
                <w:b w:val="0"/>
                <w:i w:val="0"/>
                <w:color w:val="222222"/>
                <w:sz w:val="17"/>
              </w:rPr>
            </w:r>
          </w:p>
        </w:tc>
        <w:tc>
          <w:tcPr>
            <w:tcW w:type="dxa" w:w="4320"/>
            <w:tcMar>
              <w:top w:w="70" w:type="dxa"/>
              <w:start w:w="90" w:type="dxa"/>
              <w:bottom w:w="70" w:type="dxa"/>
              <w:end w:w="90" w:type="dxa"/>
            </w:tcMar>
            <w:vAlign w:val="top"/>
            <w:shd w:fill="F5F8FB"/>
          </w:tcPr>
          <w:p>
            <w:r>
              <w:rPr>
                <w:rFonts w:ascii="Cambria" w:hAnsi="Cambria" w:eastAsia="Cambria"/>
                <w:b w:val="0"/>
                <w:i w:val="0"/>
                <w:color w:val="222222"/>
                <w:sz w:val="17"/>
              </w:rPr>
            </w:r>
          </w:p>
        </w:tc>
        <w:tc>
          <w:tcPr>
            <w:tcW w:type="dxa" w:w="3168"/>
            <w:tcMar>
              <w:top w:w="70" w:type="dxa"/>
              <w:start w:w="90" w:type="dxa"/>
              <w:bottom w:w="70" w:type="dxa"/>
              <w:end w:w="90" w:type="dxa"/>
            </w:tcMar>
            <w:vAlign w:val="top"/>
            <w:shd w:fill="F5F8FB"/>
          </w:tcPr>
          <w:p>
            <w:r>
              <w:rPr>
                <w:rFonts w:ascii="Cambria" w:hAnsi="Cambria" w:eastAsia="Cambria"/>
                <w:b w:val="0"/>
                <w:i w:val="0"/>
                <w:color w:val="222222"/>
                <w:sz w:val="17"/>
              </w:rPr>
            </w:r>
          </w:p>
        </w:tc>
      </w:tr>
      <w:tr>
        <w:trPr>
          <w:cantSplit/>
        </w:trPr>
        <w:tc>
          <w:tcPr>
            <w:tcW w:type="dxa" w:w="2592"/>
            <w:tcMar>
              <w:top w:w="70" w:type="dxa"/>
              <w:start w:w="90" w:type="dxa"/>
              <w:bottom w:w="70" w:type="dxa"/>
              <w:end w:w="90" w:type="dxa"/>
            </w:tcMar>
            <w:vAlign w:val="top"/>
          </w:tcPr>
          <w:p>
            <w:r>
              <w:rPr>
                <w:rFonts w:ascii="Cambria" w:hAnsi="Cambria" w:eastAsia="Cambria"/>
                <w:b w:val="0"/>
                <w:i w:val="0"/>
                <w:color w:val="222222"/>
                <w:sz w:val="17"/>
              </w:rPr>
            </w:r>
          </w:p>
        </w:tc>
        <w:tc>
          <w:tcPr>
            <w:tcW w:type="dxa" w:w="4320"/>
            <w:tcMar>
              <w:top w:w="70" w:type="dxa"/>
              <w:start w:w="90" w:type="dxa"/>
              <w:bottom w:w="70" w:type="dxa"/>
              <w:end w:w="90" w:type="dxa"/>
            </w:tcMar>
            <w:vAlign w:val="top"/>
          </w:tcPr>
          <w:p>
            <w:r>
              <w:rPr>
                <w:rFonts w:ascii="Cambria" w:hAnsi="Cambria" w:eastAsia="Cambria"/>
                <w:b w:val="0"/>
                <w:i w:val="0"/>
                <w:color w:val="222222"/>
                <w:sz w:val="17"/>
              </w:rPr>
            </w:r>
          </w:p>
        </w:tc>
        <w:tc>
          <w:tcPr>
            <w:tcW w:type="dxa" w:w="3168"/>
            <w:tcMar>
              <w:top w:w="70" w:type="dxa"/>
              <w:start w:w="90" w:type="dxa"/>
              <w:bottom w:w="70" w:type="dxa"/>
              <w:end w:w="90" w:type="dxa"/>
            </w:tcMar>
            <w:vAlign w:val="top"/>
          </w:tcPr>
          <w:p>
            <w:r>
              <w:rPr>
                <w:rFonts w:ascii="Cambria" w:hAnsi="Cambria" w:eastAsia="Cambria"/>
                <w:b w:val="0"/>
                <w:i w:val="0"/>
                <w:color w:val="222222"/>
                <w:sz w:val="17"/>
              </w:rPr>
            </w:r>
          </w:p>
        </w:tc>
      </w:tr>
    </w:tbl>
    <w:p/>
    <w:p>
      <w:pPr>
        <w:pStyle w:val="Heading1"/>
      </w:pPr>
      <w:r>
        <w:t>13. Clause / Process Coverage Summary</w:t>
      </w:r>
    </w:p>
    <w:tbl>
      <w:tblPr>
        <w:tblW w:type="auto" w:w="0"/>
        <w:jc w:val="center"/>
        <w:tblLayout w:type="fixed"/>
        <w:tblLook w:firstColumn="1" w:firstRow="1" w:lastColumn="0" w:lastRow="0" w:noHBand="0" w:noVBand="1" w:val="04A0"/>
      </w:tblPr>
      <w:tblGrid>
        <w:gridCol w:w="2523"/>
        <w:gridCol w:w="2523"/>
        <w:gridCol w:w="2523"/>
        <w:gridCol w:w="2523"/>
      </w:tblGrid>
      <w:tr>
        <w:trPr>
          <w:tblHeader w:val="true"/>
        </w:trPr>
        <w:tc>
          <w:tcPr>
            <w:tcW w:type="dxa" w:w="2304"/>
            <w:shd w:fill="D9EAF7"/>
            <w:tcMar>
              <w:top w:w="70" w:type="dxa"/>
              <w:start w:w="90" w:type="dxa"/>
              <w:bottom w:w="70" w:type="dxa"/>
              <w:end w:w="90" w:type="dxa"/>
            </w:tcMar>
          </w:tcPr>
          <w:p>
            <w:r>
              <w:rPr>
                <w:rFonts w:ascii="Cambria" w:hAnsi="Cambria" w:eastAsia="Cambria"/>
                <w:b/>
                <w:i w:val="0"/>
                <w:color w:val="222222"/>
                <w:sz w:val="17"/>
              </w:rPr>
              <w:t>Area</w:t>
            </w:r>
          </w:p>
        </w:tc>
        <w:tc>
          <w:tcPr>
            <w:tcW w:type="dxa" w:w="1152"/>
            <w:shd w:fill="D9EAF7"/>
            <w:tcMar>
              <w:top w:w="70" w:type="dxa"/>
              <w:start w:w="90" w:type="dxa"/>
              <w:bottom w:w="70" w:type="dxa"/>
              <w:end w:w="90" w:type="dxa"/>
            </w:tcMar>
          </w:tcPr>
          <w:p>
            <w:r>
              <w:rPr>
                <w:rFonts w:ascii="Cambria" w:hAnsi="Cambria" w:eastAsia="Cambria"/>
                <w:b/>
                <w:i w:val="0"/>
                <w:color w:val="222222"/>
                <w:sz w:val="17"/>
              </w:rPr>
              <w:t>Audited?</w:t>
            </w:r>
          </w:p>
        </w:tc>
        <w:tc>
          <w:tcPr>
            <w:tcW w:type="dxa" w:w="4032"/>
            <w:shd w:fill="D9EAF7"/>
            <w:tcMar>
              <w:top w:w="70" w:type="dxa"/>
              <w:start w:w="90" w:type="dxa"/>
              <w:bottom w:w="70" w:type="dxa"/>
              <w:end w:w="90" w:type="dxa"/>
            </w:tcMar>
          </w:tcPr>
          <w:p>
            <w:r>
              <w:rPr>
                <w:rFonts w:ascii="Cambria" w:hAnsi="Cambria" w:eastAsia="Cambria"/>
                <w:b/>
                <w:i w:val="0"/>
                <w:color w:val="222222"/>
                <w:sz w:val="17"/>
              </w:rPr>
              <w:t>Representative Evidence / Sample</w:t>
            </w:r>
          </w:p>
        </w:tc>
        <w:tc>
          <w:tcPr>
            <w:tcW w:type="dxa" w:w="2592"/>
            <w:shd w:fill="D9EAF7"/>
            <w:tcMar>
              <w:top w:w="70" w:type="dxa"/>
              <w:start w:w="90" w:type="dxa"/>
              <w:bottom w:w="70" w:type="dxa"/>
              <w:end w:w="90" w:type="dxa"/>
            </w:tcMar>
          </w:tcPr>
          <w:p>
            <w:r>
              <w:rPr>
                <w:rFonts w:ascii="Cambria" w:hAnsi="Cambria" w:eastAsia="Cambria"/>
                <w:b/>
                <w:i w:val="0"/>
                <w:color w:val="222222"/>
                <w:sz w:val="17"/>
              </w:rPr>
              <w:t>Result Summary</w:t>
            </w:r>
          </w:p>
        </w:tc>
      </w:tr>
      <w:tr>
        <w:trPr>
          <w:cantSplit/>
        </w:trPr>
        <w:tc>
          <w:tcPr>
            <w:tcW w:type="dxa" w:w="2304"/>
            <w:tcMar>
              <w:top w:w="70" w:type="dxa"/>
              <w:start w:w="90" w:type="dxa"/>
              <w:bottom w:w="70" w:type="dxa"/>
              <w:end w:w="90" w:type="dxa"/>
            </w:tcMar>
            <w:vAlign w:val="top"/>
          </w:tcPr>
          <w:p>
            <w:r>
              <w:rPr>
                <w:rFonts w:ascii="Cambria" w:hAnsi="Cambria" w:eastAsia="Cambria"/>
                <w:b w:val="0"/>
                <w:i w:val="0"/>
                <w:color w:val="222222"/>
                <w:sz w:val="17"/>
              </w:rPr>
              <w:t>Context</w:t>
            </w:r>
          </w:p>
        </w:tc>
        <w:tc>
          <w:tcPr>
            <w:tcW w:type="dxa" w:w="1152"/>
            <w:tcMar>
              <w:top w:w="70" w:type="dxa"/>
              <w:start w:w="90" w:type="dxa"/>
              <w:bottom w:w="70" w:type="dxa"/>
              <w:end w:w="90" w:type="dxa"/>
            </w:tcMar>
            <w:vAlign w:val="top"/>
          </w:tcPr>
          <w:p>
            <w:r>
              <w:rPr>
                <w:rFonts w:ascii="Cambria" w:hAnsi="Cambria" w:eastAsia="Cambria"/>
                <w:b w:val="0"/>
                <w:i w:val="0"/>
                <w:color w:val="222222"/>
                <w:sz w:val="17"/>
              </w:rPr>
            </w:r>
          </w:p>
        </w:tc>
        <w:tc>
          <w:tcPr>
            <w:tcW w:type="dxa" w:w="4032"/>
            <w:tcMar>
              <w:top w:w="70" w:type="dxa"/>
              <w:start w:w="90" w:type="dxa"/>
              <w:bottom w:w="70" w:type="dxa"/>
              <w:end w:w="90" w:type="dxa"/>
            </w:tcMar>
            <w:vAlign w:val="top"/>
          </w:tcPr>
          <w:p>
            <w:r>
              <w:rPr>
                <w:rFonts w:ascii="Cambria" w:hAnsi="Cambria" w:eastAsia="Cambria"/>
                <w:b w:val="0"/>
                <w:i w:val="0"/>
                <w:color w:val="222222"/>
                <w:sz w:val="17"/>
              </w:rPr>
            </w:r>
          </w:p>
        </w:tc>
        <w:tc>
          <w:tcPr>
            <w:tcW w:type="dxa" w:w="2592"/>
            <w:tcMar>
              <w:top w:w="70" w:type="dxa"/>
              <w:start w:w="90" w:type="dxa"/>
              <w:bottom w:w="70" w:type="dxa"/>
              <w:end w:w="90" w:type="dxa"/>
            </w:tcMar>
            <w:vAlign w:val="top"/>
          </w:tcPr>
          <w:p>
            <w:r>
              <w:rPr>
                <w:rFonts w:ascii="Cambria" w:hAnsi="Cambria" w:eastAsia="Cambria"/>
                <w:b w:val="0"/>
                <w:i w:val="0"/>
                <w:color w:val="222222"/>
                <w:sz w:val="17"/>
              </w:rPr>
            </w:r>
          </w:p>
        </w:tc>
      </w:tr>
      <w:tr>
        <w:trPr>
          <w:cantSplit/>
        </w:trPr>
        <w:tc>
          <w:tcPr>
            <w:tcW w:type="dxa" w:w="2304"/>
            <w:tcMar>
              <w:top w:w="70" w:type="dxa"/>
              <w:start w:w="90" w:type="dxa"/>
              <w:bottom w:w="70" w:type="dxa"/>
              <w:end w:w="90" w:type="dxa"/>
            </w:tcMar>
            <w:vAlign w:val="top"/>
            <w:shd w:fill="F5F8FB"/>
          </w:tcPr>
          <w:p>
            <w:r>
              <w:rPr>
                <w:rFonts w:ascii="Cambria" w:hAnsi="Cambria" w:eastAsia="Cambria"/>
                <w:b w:val="0"/>
                <w:i w:val="0"/>
                <w:color w:val="222222"/>
                <w:sz w:val="17"/>
              </w:rPr>
              <w:t>Leadership</w:t>
            </w:r>
          </w:p>
        </w:tc>
        <w:tc>
          <w:tcPr>
            <w:tcW w:type="dxa" w:w="1152"/>
            <w:tcMar>
              <w:top w:w="70" w:type="dxa"/>
              <w:start w:w="90" w:type="dxa"/>
              <w:bottom w:w="70" w:type="dxa"/>
              <w:end w:w="90" w:type="dxa"/>
            </w:tcMar>
            <w:vAlign w:val="top"/>
            <w:shd w:fill="F5F8FB"/>
          </w:tcPr>
          <w:p>
            <w:r>
              <w:rPr>
                <w:rFonts w:ascii="Cambria" w:hAnsi="Cambria" w:eastAsia="Cambria"/>
                <w:b w:val="0"/>
                <w:i w:val="0"/>
                <w:color w:val="222222"/>
                <w:sz w:val="17"/>
              </w:rPr>
            </w:r>
          </w:p>
        </w:tc>
        <w:tc>
          <w:tcPr>
            <w:tcW w:type="dxa" w:w="4032"/>
            <w:tcMar>
              <w:top w:w="70" w:type="dxa"/>
              <w:start w:w="90" w:type="dxa"/>
              <w:bottom w:w="70" w:type="dxa"/>
              <w:end w:w="90" w:type="dxa"/>
            </w:tcMar>
            <w:vAlign w:val="top"/>
            <w:shd w:fill="F5F8FB"/>
          </w:tcPr>
          <w:p>
            <w:r>
              <w:rPr>
                <w:rFonts w:ascii="Cambria" w:hAnsi="Cambria" w:eastAsia="Cambria"/>
                <w:b w:val="0"/>
                <w:i w:val="0"/>
                <w:color w:val="222222"/>
                <w:sz w:val="17"/>
              </w:rPr>
            </w:r>
          </w:p>
        </w:tc>
        <w:tc>
          <w:tcPr>
            <w:tcW w:type="dxa" w:w="2592"/>
            <w:tcMar>
              <w:top w:w="70" w:type="dxa"/>
              <w:start w:w="90" w:type="dxa"/>
              <w:bottom w:w="70" w:type="dxa"/>
              <w:end w:w="90" w:type="dxa"/>
            </w:tcMar>
            <w:vAlign w:val="top"/>
            <w:shd w:fill="F5F8FB"/>
          </w:tcPr>
          <w:p>
            <w:r>
              <w:rPr>
                <w:rFonts w:ascii="Cambria" w:hAnsi="Cambria" w:eastAsia="Cambria"/>
                <w:b w:val="0"/>
                <w:i w:val="0"/>
                <w:color w:val="222222"/>
                <w:sz w:val="17"/>
              </w:rPr>
            </w:r>
          </w:p>
        </w:tc>
      </w:tr>
      <w:tr>
        <w:trPr>
          <w:cantSplit/>
        </w:trPr>
        <w:tc>
          <w:tcPr>
            <w:tcW w:type="dxa" w:w="2304"/>
            <w:tcMar>
              <w:top w:w="70" w:type="dxa"/>
              <w:start w:w="90" w:type="dxa"/>
              <w:bottom w:w="70" w:type="dxa"/>
              <w:end w:w="90" w:type="dxa"/>
            </w:tcMar>
            <w:vAlign w:val="top"/>
          </w:tcPr>
          <w:p>
            <w:r>
              <w:rPr>
                <w:rFonts w:ascii="Cambria" w:hAnsi="Cambria" w:eastAsia="Cambria"/>
                <w:b w:val="0"/>
                <w:i w:val="0"/>
                <w:color w:val="222222"/>
                <w:sz w:val="17"/>
              </w:rPr>
              <w:t>Planning</w:t>
            </w:r>
          </w:p>
        </w:tc>
        <w:tc>
          <w:tcPr>
            <w:tcW w:type="dxa" w:w="1152"/>
            <w:tcMar>
              <w:top w:w="70" w:type="dxa"/>
              <w:start w:w="90" w:type="dxa"/>
              <w:bottom w:w="70" w:type="dxa"/>
              <w:end w:w="90" w:type="dxa"/>
            </w:tcMar>
            <w:vAlign w:val="top"/>
          </w:tcPr>
          <w:p>
            <w:r>
              <w:rPr>
                <w:rFonts w:ascii="Cambria" w:hAnsi="Cambria" w:eastAsia="Cambria"/>
                <w:b w:val="0"/>
                <w:i w:val="0"/>
                <w:color w:val="222222"/>
                <w:sz w:val="17"/>
              </w:rPr>
            </w:r>
          </w:p>
        </w:tc>
        <w:tc>
          <w:tcPr>
            <w:tcW w:type="dxa" w:w="4032"/>
            <w:tcMar>
              <w:top w:w="70" w:type="dxa"/>
              <w:start w:w="90" w:type="dxa"/>
              <w:bottom w:w="70" w:type="dxa"/>
              <w:end w:w="90" w:type="dxa"/>
            </w:tcMar>
            <w:vAlign w:val="top"/>
          </w:tcPr>
          <w:p>
            <w:r>
              <w:rPr>
                <w:rFonts w:ascii="Cambria" w:hAnsi="Cambria" w:eastAsia="Cambria"/>
                <w:b w:val="0"/>
                <w:i w:val="0"/>
                <w:color w:val="222222"/>
                <w:sz w:val="17"/>
              </w:rPr>
            </w:r>
          </w:p>
        </w:tc>
        <w:tc>
          <w:tcPr>
            <w:tcW w:type="dxa" w:w="2592"/>
            <w:tcMar>
              <w:top w:w="70" w:type="dxa"/>
              <w:start w:w="90" w:type="dxa"/>
              <w:bottom w:w="70" w:type="dxa"/>
              <w:end w:w="90" w:type="dxa"/>
            </w:tcMar>
            <w:vAlign w:val="top"/>
          </w:tcPr>
          <w:p>
            <w:r>
              <w:rPr>
                <w:rFonts w:ascii="Cambria" w:hAnsi="Cambria" w:eastAsia="Cambria"/>
                <w:b w:val="0"/>
                <w:i w:val="0"/>
                <w:color w:val="222222"/>
                <w:sz w:val="17"/>
              </w:rPr>
            </w:r>
          </w:p>
        </w:tc>
      </w:tr>
      <w:tr>
        <w:trPr>
          <w:cantSplit/>
        </w:trPr>
        <w:tc>
          <w:tcPr>
            <w:tcW w:type="dxa" w:w="2304"/>
            <w:tcMar>
              <w:top w:w="70" w:type="dxa"/>
              <w:start w:w="90" w:type="dxa"/>
              <w:bottom w:w="70" w:type="dxa"/>
              <w:end w:w="90" w:type="dxa"/>
            </w:tcMar>
            <w:vAlign w:val="top"/>
            <w:shd w:fill="F5F8FB"/>
          </w:tcPr>
          <w:p>
            <w:r>
              <w:rPr>
                <w:rFonts w:ascii="Cambria" w:hAnsi="Cambria" w:eastAsia="Cambria"/>
                <w:b w:val="0"/>
                <w:i w:val="0"/>
                <w:color w:val="222222"/>
                <w:sz w:val="17"/>
              </w:rPr>
              <w:t>Support</w:t>
            </w:r>
          </w:p>
        </w:tc>
        <w:tc>
          <w:tcPr>
            <w:tcW w:type="dxa" w:w="1152"/>
            <w:tcMar>
              <w:top w:w="70" w:type="dxa"/>
              <w:start w:w="90" w:type="dxa"/>
              <w:bottom w:w="70" w:type="dxa"/>
              <w:end w:w="90" w:type="dxa"/>
            </w:tcMar>
            <w:vAlign w:val="top"/>
            <w:shd w:fill="F5F8FB"/>
          </w:tcPr>
          <w:p>
            <w:r>
              <w:rPr>
                <w:rFonts w:ascii="Cambria" w:hAnsi="Cambria" w:eastAsia="Cambria"/>
                <w:b w:val="0"/>
                <w:i w:val="0"/>
                <w:color w:val="222222"/>
                <w:sz w:val="17"/>
              </w:rPr>
            </w:r>
          </w:p>
        </w:tc>
        <w:tc>
          <w:tcPr>
            <w:tcW w:type="dxa" w:w="4032"/>
            <w:tcMar>
              <w:top w:w="70" w:type="dxa"/>
              <w:start w:w="90" w:type="dxa"/>
              <w:bottom w:w="70" w:type="dxa"/>
              <w:end w:w="90" w:type="dxa"/>
            </w:tcMar>
            <w:vAlign w:val="top"/>
            <w:shd w:fill="F5F8FB"/>
          </w:tcPr>
          <w:p>
            <w:r>
              <w:rPr>
                <w:rFonts w:ascii="Cambria" w:hAnsi="Cambria" w:eastAsia="Cambria"/>
                <w:b w:val="0"/>
                <w:i w:val="0"/>
                <w:color w:val="222222"/>
                <w:sz w:val="17"/>
              </w:rPr>
            </w:r>
          </w:p>
        </w:tc>
        <w:tc>
          <w:tcPr>
            <w:tcW w:type="dxa" w:w="2592"/>
            <w:tcMar>
              <w:top w:w="70" w:type="dxa"/>
              <w:start w:w="90" w:type="dxa"/>
              <w:bottom w:w="70" w:type="dxa"/>
              <w:end w:w="90" w:type="dxa"/>
            </w:tcMar>
            <w:vAlign w:val="top"/>
            <w:shd w:fill="F5F8FB"/>
          </w:tcPr>
          <w:p>
            <w:r>
              <w:rPr>
                <w:rFonts w:ascii="Cambria" w:hAnsi="Cambria" w:eastAsia="Cambria"/>
                <w:b w:val="0"/>
                <w:i w:val="0"/>
                <w:color w:val="222222"/>
                <w:sz w:val="17"/>
              </w:rPr>
            </w:r>
          </w:p>
        </w:tc>
      </w:tr>
      <w:tr>
        <w:trPr>
          <w:cantSplit/>
        </w:trPr>
        <w:tc>
          <w:tcPr>
            <w:tcW w:type="dxa" w:w="2304"/>
            <w:tcMar>
              <w:top w:w="70" w:type="dxa"/>
              <w:start w:w="90" w:type="dxa"/>
              <w:bottom w:w="70" w:type="dxa"/>
              <w:end w:w="90" w:type="dxa"/>
            </w:tcMar>
            <w:vAlign w:val="top"/>
          </w:tcPr>
          <w:p>
            <w:r>
              <w:rPr>
                <w:rFonts w:ascii="Cambria" w:hAnsi="Cambria" w:eastAsia="Cambria"/>
                <w:b w:val="0"/>
                <w:i w:val="0"/>
                <w:color w:val="222222"/>
                <w:sz w:val="17"/>
              </w:rPr>
              <w:t>Operation</w:t>
            </w:r>
          </w:p>
        </w:tc>
        <w:tc>
          <w:tcPr>
            <w:tcW w:type="dxa" w:w="1152"/>
            <w:tcMar>
              <w:top w:w="70" w:type="dxa"/>
              <w:start w:w="90" w:type="dxa"/>
              <w:bottom w:w="70" w:type="dxa"/>
              <w:end w:w="90" w:type="dxa"/>
            </w:tcMar>
            <w:vAlign w:val="top"/>
          </w:tcPr>
          <w:p>
            <w:r>
              <w:rPr>
                <w:rFonts w:ascii="Cambria" w:hAnsi="Cambria" w:eastAsia="Cambria"/>
                <w:b w:val="0"/>
                <w:i w:val="0"/>
                <w:color w:val="222222"/>
                <w:sz w:val="17"/>
              </w:rPr>
            </w:r>
          </w:p>
        </w:tc>
        <w:tc>
          <w:tcPr>
            <w:tcW w:type="dxa" w:w="4032"/>
            <w:tcMar>
              <w:top w:w="70" w:type="dxa"/>
              <w:start w:w="90" w:type="dxa"/>
              <w:bottom w:w="70" w:type="dxa"/>
              <w:end w:w="90" w:type="dxa"/>
            </w:tcMar>
            <w:vAlign w:val="top"/>
          </w:tcPr>
          <w:p>
            <w:r>
              <w:rPr>
                <w:rFonts w:ascii="Cambria" w:hAnsi="Cambria" w:eastAsia="Cambria"/>
                <w:b w:val="0"/>
                <w:i w:val="0"/>
                <w:color w:val="222222"/>
                <w:sz w:val="17"/>
              </w:rPr>
            </w:r>
          </w:p>
        </w:tc>
        <w:tc>
          <w:tcPr>
            <w:tcW w:type="dxa" w:w="2592"/>
            <w:tcMar>
              <w:top w:w="70" w:type="dxa"/>
              <w:start w:w="90" w:type="dxa"/>
              <w:bottom w:w="70" w:type="dxa"/>
              <w:end w:w="90" w:type="dxa"/>
            </w:tcMar>
            <w:vAlign w:val="top"/>
          </w:tcPr>
          <w:p>
            <w:r>
              <w:rPr>
                <w:rFonts w:ascii="Cambria" w:hAnsi="Cambria" w:eastAsia="Cambria"/>
                <w:b w:val="0"/>
                <w:i w:val="0"/>
                <w:color w:val="222222"/>
                <w:sz w:val="17"/>
              </w:rPr>
            </w:r>
          </w:p>
        </w:tc>
      </w:tr>
      <w:tr>
        <w:trPr>
          <w:cantSplit/>
        </w:trPr>
        <w:tc>
          <w:tcPr>
            <w:tcW w:type="dxa" w:w="2304"/>
            <w:tcMar>
              <w:top w:w="70" w:type="dxa"/>
              <w:start w:w="90" w:type="dxa"/>
              <w:bottom w:w="70" w:type="dxa"/>
              <w:end w:w="90" w:type="dxa"/>
            </w:tcMar>
            <w:vAlign w:val="top"/>
            <w:shd w:fill="F5F8FB"/>
          </w:tcPr>
          <w:p>
            <w:r>
              <w:rPr>
                <w:rFonts w:ascii="Cambria" w:hAnsi="Cambria" w:eastAsia="Cambria"/>
                <w:b w:val="0"/>
                <w:i w:val="0"/>
                <w:color w:val="222222"/>
                <w:sz w:val="17"/>
              </w:rPr>
              <w:t>Performance Evaluation</w:t>
            </w:r>
          </w:p>
        </w:tc>
        <w:tc>
          <w:tcPr>
            <w:tcW w:type="dxa" w:w="1152"/>
            <w:tcMar>
              <w:top w:w="70" w:type="dxa"/>
              <w:start w:w="90" w:type="dxa"/>
              <w:bottom w:w="70" w:type="dxa"/>
              <w:end w:w="90" w:type="dxa"/>
            </w:tcMar>
            <w:vAlign w:val="top"/>
            <w:shd w:fill="F5F8FB"/>
          </w:tcPr>
          <w:p>
            <w:r>
              <w:rPr>
                <w:rFonts w:ascii="Cambria" w:hAnsi="Cambria" w:eastAsia="Cambria"/>
                <w:b w:val="0"/>
                <w:i w:val="0"/>
                <w:color w:val="222222"/>
                <w:sz w:val="17"/>
              </w:rPr>
            </w:r>
          </w:p>
        </w:tc>
        <w:tc>
          <w:tcPr>
            <w:tcW w:type="dxa" w:w="4032"/>
            <w:tcMar>
              <w:top w:w="70" w:type="dxa"/>
              <w:start w:w="90" w:type="dxa"/>
              <w:bottom w:w="70" w:type="dxa"/>
              <w:end w:w="90" w:type="dxa"/>
            </w:tcMar>
            <w:vAlign w:val="top"/>
            <w:shd w:fill="F5F8FB"/>
          </w:tcPr>
          <w:p>
            <w:r>
              <w:rPr>
                <w:rFonts w:ascii="Cambria" w:hAnsi="Cambria" w:eastAsia="Cambria"/>
                <w:b w:val="0"/>
                <w:i w:val="0"/>
                <w:color w:val="222222"/>
                <w:sz w:val="17"/>
              </w:rPr>
            </w:r>
          </w:p>
        </w:tc>
        <w:tc>
          <w:tcPr>
            <w:tcW w:type="dxa" w:w="2592"/>
            <w:tcMar>
              <w:top w:w="70" w:type="dxa"/>
              <w:start w:w="90" w:type="dxa"/>
              <w:bottom w:w="70" w:type="dxa"/>
              <w:end w:w="90" w:type="dxa"/>
            </w:tcMar>
            <w:vAlign w:val="top"/>
            <w:shd w:fill="F5F8FB"/>
          </w:tcPr>
          <w:p>
            <w:r>
              <w:rPr>
                <w:rFonts w:ascii="Cambria" w:hAnsi="Cambria" w:eastAsia="Cambria"/>
                <w:b w:val="0"/>
                <w:i w:val="0"/>
                <w:color w:val="222222"/>
                <w:sz w:val="17"/>
              </w:rPr>
            </w:r>
          </w:p>
        </w:tc>
      </w:tr>
      <w:tr>
        <w:trPr>
          <w:cantSplit/>
        </w:trPr>
        <w:tc>
          <w:tcPr>
            <w:tcW w:type="dxa" w:w="2304"/>
            <w:tcMar>
              <w:top w:w="70" w:type="dxa"/>
              <w:start w:w="90" w:type="dxa"/>
              <w:bottom w:w="70" w:type="dxa"/>
              <w:end w:w="90" w:type="dxa"/>
            </w:tcMar>
            <w:vAlign w:val="top"/>
          </w:tcPr>
          <w:p>
            <w:r>
              <w:rPr>
                <w:rFonts w:ascii="Cambria" w:hAnsi="Cambria" w:eastAsia="Cambria"/>
                <w:b w:val="0"/>
                <w:i w:val="0"/>
                <w:color w:val="222222"/>
                <w:sz w:val="17"/>
              </w:rPr>
              <w:t>Improvement</w:t>
            </w:r>
          </w:p>
        </w:tc>
        <w:tc>
          <w:tcPr>
            <w:tcW w:type="dxa" w:w="1152"/>
            <w:tcMar>
              <w:top w:w="70" w:type="dxa"/>
              <w:start w:w="90" w:type="dxa"/>
              <w:bottom w:w="70" w:type="dxa"/>
              <w:end w:w="90" w:type="dxa"/>
            </w:tcMar>
            <w:vAlign w:val="top"/>
          </w:tcPr>
          <w:p>
            <w:r>
              <w:rPr>
                <w:rFonts w:ascii="Cambria" w:hAnsi="Cambria" w:eastAsia="Cambria"/>
                <w:b w:val="0"/>
                <w:i w:val="0"/>
                <w:color w:val="222222"/>
                <w:sz w:val="17"/>
              </w:rPr>
            </w:r>
          </w:p>
        </w:tc>
        <w:tc>
          <w:tcPr>
            <w:tcW w:type="dxa" w:w="4032"/>
            <w:tcMar>
              <w:top w:w="70" w:type="dxa"/>
              <w:start w:w="90" w:type="dxa"/>
              <w:bottom w:w="70" w:type="dxa"/>
              <w:end w:w="90" w:type="dxa"/>
            </w:tcMar>
            <w:vAlign w:val="top"/>
          </w:tcPr>
          <w:p>
            <w:r>
              <w:rPr>
                <w:rFonts w:ascii="Cambria" w:hAnsi="Cambria" w:eastAsia="Cambria"/>
                <w:b w:val="0"/>
                <w:i w:val="0"/>
                <w:color w:val="222222"/>
                <w:sz w:val="17"/>
              </w:rPr>
            </w:r>
          </w:p>
        </w:tc>
        <w:tc>
          <w:tcPr>
            <w:tcW w:type="dxa" w:w="2592"/>
            <w:tcMar>
              <w:top w:w="70" w:type="dxa"/>
              <w:start w:w="90" w:type="dxa"/>
              <w:bottom w:w="70" w:type="dxa"/>
              <w:end w:w="90" w:type="dxa"/>
            </w:tcMar>
            <w:vAlign w:val="top"/>
          </w:tcPr>
          <w:p>
            <w:r>
              <w:rPr>
                <w:rFonts w:ascii="Cambria" w:hAnsi="Cambria" w:eastAsia="Cambria"/>
                <w:b w:val="0"/>
                <w:i w:val="0"/>
                <w:color w:val="222222"/>
                <w:sz w:val="17"/>
              </w:rPr>
            </w:r>
          </w:p>
        </w:tc>
      </w:tr>
    </w:tbl>
    <w:p/>
    <w:p>
      <w:pPr>
        <w:pStyle w:val="Heading1"/>
      </w:pPr>
      <w:r>
        <w:t>14. Overall Audit Conclusion</w:t>
      </w:r>
    </w:p>
    <w:p>
      <w:r>
        <w:rPr>
          <w:rFonts w:ascii="Cambria" w:hAnsi="Cambria" w:eastAsia="Cambria"/>
          <w:b w:val="0"/>
          <w:i w:val="0"/>
          <w:color w:val="222222"/>
          <w:sz w:val="21"/>
        </w:rPr>
        <w:t>[Provide a concise evidence-based conclusion on the conformity and effectiveness of the audited IMS scope. Do not state or imply certification unless the audit was performed by an authorized certification body for that purpose.]</w:t>
      </w:r>
    </w:p>
    <w:p>
      <w:pPr>
        <w:pStyle w:val="Heading1"/>
      </w:pPr>
      <w:r>
        <w:t>15. Audit Limitations</w:t>
      </w:r>
    </w:p>
    <w:p>
      <w:r>
        <w:rPr>
          <w:rFonts w:ascii="Cambria" w:hAnsi="Cambria" w:eastAsia="Cambria"/>
          <w:b w:val="0"/>
          <w:i w:val="0"/>
          <w:color w:val="222222"/>
          <w:sz w:val="21"/>
        </w:rPr>
        <w:t>[Document any limitations in scope, sampling, evidence access, timing, confidentiality or other factors that affect interpretation of the audit result. If none, state “None identified.”]</w:t>
      </w:r>
    </w:p>
    <w:p>
      <w:pPr>
        <w:pStyle w:val="Heading1"/>
      </w:pPr>
      <w:r>
        <w:t>16. Corrective Action and Follow-up</w:t>
      </w:r>
    </w:p>
    <w:tbl>
      <w:tblPr>
        <w:tblW w:type="auto" w:w="0"/>
        <w:jc w:val="center"/>
        <w:tblLayout w:type="fixed"/>
        <w:tblLook w:firstColumn="1" w:firstRow="1" w:lastColumn="0" w:lastRow="0" w:noHBand="0" w:noVBand="1" w:val="04A0"/>
      </w:tblPr>
      <w:tblGrid>
        <w:gridCol w:w="1121"/>
        <w:gridCol w:w="1121"/>
        <w:gridCol w:w="1121"/>
        <w:gridCol w:w="1121"/>
        <w:gridCol w:w="1121"/>
        <w:gridCol w:w="1121"/>
        <w:gridCol w:w="1121"/>
        <w:gridCol w:w="1121"/>
        <w:gridCol w:w="1121"/>
      </w:tblGrid>
      <w:tr>
        <w:trPr>
          <w:tblHeader w:val="true"/>
        </w:trPr>
        <w:tc>
          <w:tcPr>
            <w:tcW w:type="dxa" w:w="1008"/>
            <w:shd w:fill="D9EAF7"/>
            <w:tcMar>
              <w:top w:w="70" w:type="dxa"/>
              <w:start w:w="90" w:type="dxa"/>
              <w:bottom w:w="70" w:type="dxa"/>
              <w:end w:w="90" w:type="dxa"/>
            </w:tcMar>
          </w:tcPr>
          <w:p>
            <w:r>
              <w:rPr>
                <w:rFonts w:ascii="Cambria" w:hAnsi="Cambria" w:eastAsia="Cambria"/>
                <w:b/>
                <w:i w:val="0"/>
                <w:color w:val="222222"/>
                <w:sz w:val="14"/>
              </w:rPr>
              <w:t>Finding ID</w:t>
            </w:r>
          </w:p>
        </w:tc>
        <w:tc>
          <w:tcPr>
            <w:tcW w:type="dxa" w:w="1728"/>
            <w:shd w:fill="D9EAF7"/>
            <w:tcMar>
              <w:top w:w="70" w:type="dxa"/>
              <w:start w:w="90" w:type="dxa"/>
              <w:bottom w:w="70" w:type="dxa"/>
              <w:end w:w="90" w:type="dxa"/>
            </w:tcMar>
          </w:tcPr>
          <w:p>
            <w:r>
              <w:rPr>
                <w:rFonts w:ascii="Cambria" w:hAnsi="Cambria" w:eastAsia="Cambria"/>
                <w:b/>
                <w:i w:val="0"/>
                <w:color w:val="222222"/>
                <w:sz w:val="14"/>
              </w:rPr>
              <w:t>Correction / Containment</w:t>
            </w:r>
          </w:p>
        </w:tc>
        <w:tc>
          <w:tcPr>
            <w:tcW w:type="dxa" w:w="1728"/>
            <w:shd w:fill="D9EAF7"/>
            <w:tcMar>
              <w:top w:w="70" w:type="dxa"/>
              <w:start w:w="90" w:type="dxa"/>
              <w:bottom w:w="70" w:type="dxa"/>
              <w:end w:w="90" w:type="dxa"/>
            </w:tcMar>
          </w:tcPr>
          <w:p>
            <w:r>
              <w:rPr>
                <w:rFonts w:ascii="Cambria" w:hAnsi="Cambria" w:eastAsia="Cambria"/>
                <w:b/>
                <w:i w:val="0"/>
                <w:color w:val="222222"/>
                <w:sz w:val="14"/>
              </w:rPr>
              <w:t>Root Cause</w:t>
            </w:r>
          </w:p>
        </w:tc>
        <w:tc>
          <w:tcPr>
            <w:tcW w:type="dxa" w:w="2016"/>
            <w:shd w:fill="D9EAF7"/>
            <w:tcMar>
              <w:top w:w="70" w:type="dxa"/>
              <w:start w:w="90" w:type="dxa"/>
              <w:bottom w:w="70" w:type="dxa"/>
              <w:end w:w="90" w:type="dxa"/>
            </w:tcMar>
          </w:tcPr>
          <w:p>
            <w:r>
              <w:rPr>
                <w:rFonts w:ascii="Cambria" w:hAnsi="Cambria" w:eastAsia="Cambria"/>
                <w:b/>
                <w:i w:val="0"/>
                <w:color w:val="222222"/>
                <w:sz w:val="14"/>
              </w:rPr>
              <w:t>Corrective Action</w:t>
            </w:r>
          </w:p>
        </w:tc>
        <w:tc>
          <w:tcPr>
            <w:tcW w:type="dxa" w:w="1152"/>
            <w:shd w:fill="D9EAF7"/>
            <w:tcMar>
              <w:top w:w="70" w:type="dxa"/>
              <w:start w:w="90" w:type="dxa"/>
              <w:bottom w:w="70" w:type="dxa"/>
              <w:end w:w="90" w:type="dxa"/>
            </w:tcMar>
          </w:tcPr>
          <w:p>
            <w:r>
              <w:rPr>
                <w:rFonts w:ascii="Cambria" w:hAnsi="Cambria" w:eastAsia="Cambria"/>
                <w:b/>
                <w:i w:val="0"/>
                <w:color w:val="222222"/>
                <w:sz w:val="14"/>
              </w:rPr>
              <w:t>Owner</w:t>
            </w:r>
          </w:p>
        </w:tc>
        <w:tc>
          <w:tcPr>
            <w:tcW w:type="dxa" w:w="1152"/>
            <w:shd w:fill="D9EAF7"/>
            <w:tcMar>
              <w:top w:w="70" w:type="dxa"/>
              <w:start w:w="90" w:type="dxa"/>
              <w:bottom w:w="70" w:type="dxa"/>
              <w:end w:w="90" w:type="dxa"/>
            </w:tcMar>
          </w:tcPr>
          <w:p>
            <w:r>
              <w:rPr>
                <w:rFonts w:ascii="Cambria" w:hAnsi="Cambria" w:eastAsia="Cambria"/>
                <w:b/>
                <w:i w:val="0"/>
                <w:color w:val="222222"/>
                <w:sz w:val="14"/>
              </w:rPr>
              <w:t>Due Date</w:t>
            </w:r>
          </w:p>
        </w:tc>
        <w:tc>
          <w:tcPr>
            <w:tcW w:type="dxa" w:w="1872"/>
            <w:shd w:fill="D9EAF7"/>
            <w:tcMar>
              <w:top w:w="70" w:type="dxa"/>
              <w:start w:w="90" w:type="dxa"/>
              <w:bottom w:w="70" w:type="dxa"/>
              <w:end w:w="90" w:type="dxa"/>
            </w:tcMar>
          </w:tcPr>
          <w:p>
            <w:r>
              <w:rPr>
                <w:rFonts w:ascii="Cambria" w:hAnsi="Cambria" w:eastAsia="Cambria"/>
                <w:b/>
                <w:i w:val="0"/>
                <w:color w:val="222222"/>
                <w:sz w:val="14"/>
              </w:rPr>
              <w:t>Closure Evidence</w:t>
            </w:r>
          </w:p>
        </w:tc>
        <w:tc>
          <w:tcPr>
            <w:tcW w:type="dxa" w:w="2016"/>
            <w:shd w:fill="D9EAF7"/>
            <w:tcMar>
              <w:top w:w="70" w:type="dxa"/>
              <w:start w:w="90" w:type="dxa"/>
              <w:bottom w:w="70" w:type="dxa"/>
              <w:end w:w="90" w:type="dxa"/>
            </w:tcMar>
          </w:tcPr>
          <w:p>
            <w:r>
              <w:rPr>
                <w:rFonts w:ascii="Cambria" w:hAnsi="Cambria" w:eastAsia="Cambria"/>
                <w:b/>
                <w:i w:val="0"/>
                <w:color w:val="222222"/>
                <w:sz w:val="14"/>
              </w:rPr>
              <w:t>Effectiveness Verified By / Date</w:t>
            </w:r>
          </w:p>
        </w:tc>
        <w:tc>
          <w:tcPr>
            <w:tcW w:type="dxa" w:w="1152"/>
            <w:shd w:fill="D9EAF7"/>
            <w:tcMar>
              <w:top w:w="70" w:type="dxa"/>
              <w:start w:w="90" w:type="dxa"/>
              <w:bottom w:w="70" w:type="dxa"/>
              <w:end w:w="90" w:type="dxa"/>
            </w:tcMar>
          </w:tcPr>
          <w:p>
            <w:r>
              <w:rPr>
                <w:rFonts w:ascii="Cambria" w:hAnsi="Cambria" w:eastAsia="Cambria"/>
                <w:b/>
                <w:i w:val="0"/>
                <w:color w:val="222222"/>
                <w:sz w:val="14"/>
              </w:rPr>
              <w:t>Status</w:t>
            </w:r>
          </w:p>
        </w:tc>
      </w:tr>
      <w:tr>
        <w:trPr>
          <w:cantSplit/>
        </w:trPr>
        <w:tc>
          <w:tcPr>
            <w:tcW w:type="dxa" w:w="1008"/>
            <w:tcMar>
              <w:top w:w="70" w:type="dxa"/>
              <w:start w:w="90" w:type="dxa"/>
              <w:bottom w:w="70" w:type="dxa"/>
              <w:end w:w="90" w:type="dxa"/>
            </w:tcMar>
            <w:vAlign w:val="top"/>
          </w:tcPr>
          <w:p>
            <w:r>
              <w:rPr>
                <w:rFonts w:ascii="Cambria" w:hAnsi="Cambria" w:eastAsia="Cambria"/>
                <w:b w:val="0"/>
                <w:i w:val="0"/>
                <w:color w:val="222222"/>
                <w:sz w:val="14"/>
              </w:rPr>
            </w:r>
          </w:p>
        </w:tc>
        <w:tc>
          <w:tcPr>
            <w:tcW w:type="dxa" w:w="1728"/>
            <w:tcMar>
              <w:top w:w="70" w:type="dxa"/>
              <w:start w:w="90" w:type="dxa"/>
              <w:bottom w:w="70" w:type="dxa"/>
              <w:end w:w="90" w:type="dxa"/>
            </w:tcMar>
            <w:vAlign w:val="top"/>
          </w:tcPr>
          <w:p>
            <w:r>
              <w:rPr>
                <w:rFonts w:ascii="Cambria" w:hAnsi="Cambria" w:eastAsia="Cambria"/>
                <w:b w:val="0"/>
                <w:i w:val="0"/>
                <w:color w:val="222222"/>
                <w:sz w:val="14"/>
              </w:rPr>
            </w:r>
          </w:p>
        </w:tc>
        <w:tc>
          <w:tcPr>
            <w:tcW w:type="dxa" w:w="1728"/>
            <w:tcMar>
              <w:top w:w="70" w:type="dxa"/>
              <w:start w:w="90" w:type="dxa"/>
              <w:bottom w:w="70" w:type="dxa"/>
              <w:end w:w="90" w:type="dxa"/>
            </w:tcMar>
            <w:vAlign w:val="top"/>
          </w:tcPr>
          <w:p>
            <w:r>
              <w:rPr>
                <w:rFonts w:ascii="Cambria" w:hAnsi="Cambria" w:eastAsia="Cambria"/>
                <w:b w:val="0"/>
                <w:i w:val="0"/>
                <w:color w:val="222222"/>
                <w:sz w:val="14"/>
              </w:rPr>
            </w:r>
          </w:p>
        </w:tc>
        <w:tc>
          <w:tcPr>
            <w:tcW w:type="dxa" w:w="2016"/>
            <w:tcMar>
              <w:top w:w="70" w:type="dxa"/>
              <w:start w:w="90" w:type="dxa"/>
              <w:bottom w:w="70" w:type="dxa"/>
              <w:end w:w="90" w:type="dxa"/>
            </w:tcMar>
            <w:vAlign w:val="top"/>
          </w:tcPr>
          <w:p>
            <w:r>
              <w:rPr>
                <w:rFonts w:ascii="Cambria" w:hAnsi="Cambria" w:eastAsia="Cambria"/>
                <w:b w:val="0"/>
                <w:i w:val="0"/>
                <w:color w:val="222222"/>
                <w:sz w:val="14"/>
              </w:rPr>
            </w:r>
          </w:p>
        </w:tc>
        <w:tc>
          <w:tcPr>
            <w:tcW w:type="dxa" w:w="1152"/>
            <w:tcMar>
              <w:top w:w="70" w:type="dxa"/>
              <w:start w:w="90" w:type="dxa"/>
              <w:bottom w:w="70" w:type="dxa"/>
              <w:end w:w="90" w:type="dxa"/>
            </w:tcMar>
            <w:vAlign w:val="top"/>
          </w:tcPr>
          <w:p>
            <w:r>
              <w:rPr>
                <w:rFonts w:ascii="Cambria" w:hAnsi="Cambria" w:eastAsia="Cambria"/>
                <w:b w:val="0"/>
                <w:i w:val="0"/>
                <w:color w:val="222222"/>
                <w:sz w:val="14"/>
              </w:rPr>
            </w:r>
          </w:p>
        </w:tc>
        <w:tc>
          <w:tcPr>
            <w:tcW w:type="dxa" w:w="1152"/>
            <w:tcMar>
              <w:top w:w="70" w:type="dxa"/>
              <w:start w:w="90" w:type="dxa"/>
              <w:bottom w:w="70" w:type="dxa"/>
              <w:end w:w="90" w:type="dxa"/>
            </w:tcMar>
            <w:vAlign w:val="top"/>
          </w:tcPr>
          <w:p>
            <w:r>
              <w:rPr>
                <w:rFonts w:ascii="Cambria" w:hAnsi="Cambria" w:eastAsia="Cambria"/>
                <w:b w:val="0"/>
                <w:i w:val="0"/>
                <w:color w:val="222222"/>
                <w:sz w:val="14"/>
              </w:rPr>
            </w:r>
          </w:p>
        </w:tc>
        <w:tc>
          <w:tcPr>
            <w:tcW w:type="dxa" w:w="1872"/>
            <w:tcMar>
              <w:top w:w="70" w:type="dxa"/>
              <w:start w:w="90" w:type="dxa"/>
              <w:bottom w:w="70" w:type="dxa"/>
              <w:end w:w="90" w:type="dxa"/>
            </w:tcMar>
            <w:vAlign w:val="top"/>
          </w:tcPr>
          <w:p>
            <w:r>
              <w:rPr>
                <w:rFonts w:ascii="Cambria" w:hAnsi="Cambria" w:eastAsia="Cambria"/>
                <w:b w:val="0"/>
                <w:i w:val="0"/>
                <w:color w:val="222222"/>
                <w:sz w:val="14"/>
              </w:rPr>
            </w:r>
          </w:p>
        </w:tc>
        <w:tc>
          <w:tcPr>
            <w:tcW w:type="dxa" w:w="2016"/>
            <w:tcMar>
              <w:top w:w="70" w:type="dxa"/>
              <w:start w:w="90" w:type="dxa"/>
              <w:bottom w:w="70" w:type="dxa"/>
              <w:end w:w="90" w:type="dxa"/>
            </w:tcMar>
            <w:vAlign w:val="top"/>
          </w:tcPr>
          <w:p>
            <w:r>
              <w:rPr>
                <w:rFonts w:ascii="Cambria" w:hAnsi="Cambria" w:eastAsia="Cambria"/>
                <w:b w:val="0"/>
                <w:i w:val="0"/>
                <w:color w:val="222222"/>
                <w:sz w:val="14"/>
              </w:rPr>
            </w:r>
          </w:p>
        </w:tc>
        <w:tc>
          <w:tcPr>
            <w:tcW w:type="dxa" w:w="1152"/>
            <w:tcMar>
              <w:top w:w="70" w:type="dxa"/>
              <w:start w:w="90" w:type="dxa"/>
              <w:bottom w:w="70" w:type="dxa"/>
              <w:end w:w="90" w:type="dxa"/>
            </w:tcMar>
            <w:vAlign w:val="top"/>
          </w:tcPr>
          <w:p>
            <w:r>
              <w:rPr>
                <w:rFonts w:ascii="Cambria" w:hAnsi="Cambria" w:eastAsia="Cambria"/>
                <w:b w:val="0"/>
                <w:i w:val="0"/>
                <w:color w:val="222222"/>
                <w:sz w:val="14"/>
              </w:rPr>
            </w:r>
          </w:p>
        </w:tc>
      </w:tr>
      <w:tr>
        <w:trPr>
          <w:cantSplit/>
        </w:trPr>
        <w:tc>
          <w:tcPr>
            <w:tcW w:type="dxa" w:w="1008"/>
            <w:tcMar>
              <w:top w:w="70" w:type="dxa"/>
              <w:start w:w="90" w:type="dxa"/>
              <w:bottom w:w="70" w:type="dxa"/>
              <w:end w:w="90" w:type="dxa"/>
            </w:tcMar>
            <w:vAlign w:val="top"/>
            <w:shd w:fill="F5F8FB"/>
          </w:tcPr>
          <w:p>
            <w:r>
              <w:rPr>
                <w:rFonts w:ascii="Cambria" w:hAnsi="Cambria" w:eastAsia="Cambria"/>
                <w:b w:val="0"/>
                <w:i w:val="0"/>
                <w:color w:val="222222"/>
                <w:sz w:val="14"/>
              </w:rPr>
            </w:r>
          </w:p>
        </w:tc>
        <w:tc>
          <w:tcPr>
            <w:tcW w:type="dxa" w:w="1728"/>
            <w:tcMar>
              <w:top w:w="70" w:type="dxa"/>
              <w:start w:w="90" w:type="dxa"/>
              <w:bottom w:w="70" w:type="dxa"/>
              <w:end w:w="90" w:type="dxa"/>
            </w:tcMar>
            <w:vAlign w:val="top"/>
            <w:shd w:fill="F5F8FB"/>
          </w:tcPr>
          <w:p>
            <w:r>
              <w:rPr>
                <w:rFonts w:ascii="Cambria" w:hAnsi="Cambria" w:eastAsia="Cambria"/>
                <w:b w:val="0"/>
                <w:i w:val="0"/>
                <w:color w:val="222222"/>
                <w:sz w:val="14"/>
              </w:rPr>
            </w:r>
          </w:p>
        </w:tc>
        <w:tc>
          <w:tcPr>
            <w:tcW w:type="dxa" w:w="1728"/>
            <w:tcMar>
              <w:top w:w="70" w:type="dxa"/>
              <w:start w:w="90" w:type="dxa"/>
              <w:bottom w:w="70" w:type="dxa"/>
              <w:end w:w="90" w:type="dxa"/>
            </w:tcMar>
            <w:vAlign w:val="top"/>
            <w:shd w:fill="F5F8FB"/>
          </w:tcPr>
          <w:p>
            <w:r>
              <w:rPr>
                <w:rFonts w:ascii="Cambria" w:hAnsi="Cambria" w:eastAsia="Cambria"/>
                <w:b w:val="0"/>
                <w:i w:val="0"/>
                <w:color w:val="222222"/>
                <w:sz w:val="14"/>
              </w:rPr>
            </w:r>
          </w:p>
        </w:tc>
        <w:tc>
          <w:tcPr>
            <w:tcW w:type="dxa" w:w="2016"/>
            <w:tcMar>
              <w:top w:w="70" w:type="dxa"/>
              <w:start w:w="90" w:type="dxa"/>
              <w:bottom w:w="70" w:type="dxa"/>
              <w:end w:w="90" w:type="dxa"/>
            </w:tcMar>
            <w:vAlign w:val="top"/>
            <w:shd w:fill="F5F8FB"/>
          </w:tcPr>
          <w:p>
            <w:r>
              <w:rPr>
                <w:rFonts w:ascii="Cambria" w:hAnsi="Cambria" w:eastAsia="Cambria"/>
                <w:b w:val="0"/>
                <w:i w:val="0"/>
                <w:color w:val="222222"/>
                <w:sz w:val="14"/>
              </w:rPr>
            </w:r>
          </w:p>
        </w:tc>
        <w:tc>
          <w:tcPr>
            <w:tcW w:type="dxa" w:w="1152"/>
            <w:tcMar>
              <w:top w:w="70" w:type="dxa"/>
              <w:start w:w="90" w:type="dxa"/>
              <w:bottom w:w="70" w:type="dxa"/>
              <w:end w:w="90" w:type="dxa"/>
            </w:tcMar>
            <w:vAlign w:val="top"/>
            <w:shd w:fill="F5F8FB"/>
          </w:tcPr>
          <w:p>
            <w:r>
              <w:rPr>
                <w:rFonts w:ascii="Cambria" w:hAnsi="Cambria" w:eastAsia="Cambria"/>
                <w:b w:val="0"/>
                <w:i w:val="0"/>
                <w:color w:val="222222"/>
                <w:sz w:val="14"/>
              </w:rPr>
            </w:r>
          </w:p>
        </w:tc>
        <w:tc>
          <w:tcPr>
            <w:tcW w:type="dxa" w:w="1152"/>
            <w:tcMar>
              <w:top w:w="70" w:type="dxa"/>
              <w:start w:w="90" w:type="dxa"/>
              <w:bottom w:w="70" w:type="dxa"/>
              <w:end w:w="90" w:type="dxa"/>
            </w:tcMar>
            <w:vAlign w:val="top"/>
            <w:shd w:fill="F5F8FB"/>
          </w:tcPr>
          <w:p>
            <w:r>
              <w:rPr>
                <w:rFonts w:ascii="Cambria" w:hAnsi="Cambria" w:eastAsia="Cambria"/>
                <w:b w:val="0"/>
                <w:i w:val="0"/>
                <w:color w:val="222222"/>
                <w:sz w:val="14"/>
              </w:rPr>
            </w:r>
          </w:p>
        </w:tc>
        <w:tc>
          <w:tcPr>
            <w:tcW w:type="dxa" w:w="1872"/>
            <w:tcMar>
              <w:top w:w="70" w:type="dxa"/>
              <w:start w:w="90" w:type="dxa"/>
              <w:bottom w:w="70" w:type="dxa"/>
              <w:end w:w="90" w:type="dxa"/>
            </w:tcMar>
            <w:vAlign w:val="top"/>
            <w:shd w:fill="F5F8FB"/>
          </w:tcPr>
          <w:p>
            <w:r>
              <w:rPr>
                <w:rFonts w:ascii="Cambria" w:hAnsi="Cambria" w:eastAsia="Cambria"/>
                <w:b w:val="0"/>
                <w:i w:val="0"/>
                <w:color w:val="222222"/>
                <w:sz w:val="14"/>
              </w:rPr>
            </w:r>
          </w:p>
        </w:tc>
        <w:tc>
          <w:tcPr>
            <w:tcW w:type="dxa" w:w="2016"/>
            <w:tcMar>
              <w:top w:w="70" w:type="dxa"/>
              <w:start w:w="90" w:type="dxa"/>
              <w:bottom w:w="70" w:type="dxa"/>
              <w:end w:w="90" w:type="dxa"/>
            </w:tcMar>
            <w:vAlign w:val="top"/>
            <w:shd w:fill="F5F8FB"/>
          </w:tcPr>
          <w:p>
            <w:r>
              <w:rPr>
                <w:rFonts w:ascii="Cambria" w:hAnsi="Cambria" w:eastAsia="Cambria"/>
                <w:b w:val="0"/>
                <w:i w:val="0"/>
                <w:color w:val="222222"/>
                <w:sz w:val="14"/>
              </w:rPr>
            </w:r>
          </w:p>
        </w:tc>
        <w:tc>
          <w:tcPr>
            <w:tcW w:type="dxa" w:w="1152"/>
            <w:tcMar>
              <w:top w:w="70" w:type="dxa"/>
              <w:start w:w="90" w:type="dxa"/>
              <w:bottom w:w="70" w:type="dxa"/>
              <w:end w:w="90" w:type="dxa"/>
            </w:tcMar>
            <w:vAlign w:val="top"/>
            <w:shd w:fill="F5F8FB"/>
          </w:tcPr>
          <w:p>
            <w:r>
              <w:rPr>
                <w:rFonts w:ascii="Cambria" w:hAnsi="Cambria" w:eastAsia="Cambria"/>
                <w:b w:val="0"/>
                <w:i w:val="0"/>
                <w:color w:val="222222"/>
                <w:sz w:val="14"/>
              </w:rPr>
            </w:r>
          </w:p>
        </w:tc>
      </w:tr>
      <w:tr>
        <w:trPr>
          <w:cantSplit/>
        </w:trPr>
        <w:tc>
          <w:tcPr>
            <w:tcW w:type="dxa" w:w="1008"/>
            <w:tcMar>
              <w:top w:w="70" w:type="dxa"/>
              <w:start w:w="90" w:type="dxa"/>
              <w:bottom w:w="70" w:type="dxa"/>
              <w:end w:w="90" w:type="dxa"/>
            </w:tcMar>
            <w:vAlign w:val="top"/>
          </w:tcPr>
          <w:p>
            <w:r>
              <w:rPr>
                <w:rFonts w:ascii="Cambria" w:hAnsi="Cambria" w:eastAsia="Cambria"/>
                <w:b w:val="0"/>
                <w:i w:val="0"/>
                <w:color w:val="222222"/>
                <w:sz w:val="14"/>
              </w:rPr>
            </w:r>
          </w:p>
        </w:tc>
        <w:tc>
          <w:tcPr>
            <w:tcW w:type="dxa" w:w="1728"/>
            <w:tcMar>
              <w:top w:w="70" w:type="dxa"/>
              <w:start w:w="90" w:type="dxa"/>
              <w:bottom w:w="70" w:type="dxa"/>
              <w:end w:w="90" w:type="dxa"/>
            </w:tcMar>
            <w:vAlign w:val="top"/>
          </w:tcPr>
          <w:p>
            <w:r>
              <w:rPr>
                <w:rFonts w:ascii="Cambria" w:hAnsi="Cambria" w:eastAsia="Cambria"/>
                <w:b w:val="0"/>
                <w:i w:val="0"/>
                <w:color w:val="222222"/>
                <w:sz w:val="14"/>
              </w:rPr>
            </w:r>
          </w:p>
        </w:tc>
        <w:tc>
          <w:tcPr>
            <w:tcW w:type="dxa" w:w="1728"/>
            <w:tcMar>
              <w:top w:w="70" w:type="dxa"/>
              <w:start w:w="90" w:type="dxa"/>
              <w:bottom w:w="70" w:type="dxa"/>
              <w:end w:w="90" w:type="dxa"/>
            </w:tcMar>
            <w:vAlign w:val="top"/>
          </w:tcPr>
          <w:p>
            <w:r>
              <w:rPr>
                <w:rFonts w:ascii="Cambria" w:hAnsi="Cambria" w:eastAsia="Cambria"/>
                <w:b w:val="0"/>
                <w:i w:val="0"/>
                <w:color w:val="222222"/>
                <w:sz w:val="14"/>
              </w:rPr>
            </w:r>
          </w:p>
        </w:tc>
        <w:tc>
          <w:tcPr>
            <w:tcW w:type="dxa" w:w="2016"/>
            <w:tcMar>
              <w:top w:w="70" w:type="dxa"/>
              <w:start w:w="90" w:type="dxa"/>
              <w:bottom w:w="70" w:type="dxa"/>
              <w:end w:w="90" w:type="dxa"/>
            </w:tcMar>
            <w:vAlign w:val="top"/>
          </w:tcPr>
          <w:p>
            <w:r>
              <w:rPr>
                <w:rFonts w:ascii="Cambria" w:hAnsi="Cambria" w:eastAsia="Cambria"/>
                <w:b w:val="0"/>
                <w:i w:val="0"/>
                <w:color w:val="222222"/>
                <w:sz w:val="14"/>
              </w:rPr>
            </w:r>
          </w:p>
        </w:tc>
        <w:tc>
          <w:tcPr>
            <w:tcW w:type="dxa" w:w="1152"/>
            <w:tcMar>
              <w:top w:w="70" w:type="dxa"/>
              <w:start w:w="90" w:type="dxa"/>
              <w:bottom w:w="70" w:type="dxa"/>
              <w:end w:w="90" w:type="dxa"/>
            </w:tcMar>
            <w:vAlign w:val="top"/>
          </w:tcPr>
          <w:p>
            <w:r>
              <w:rPr>
                <w:rFonts w:ascii="Cambria" w:hAnsi="Cambria" w:eastAsia="Cambria"/>
                <w:b w:val="0"/>
                <w:i w:val="0"/>
                <w:color w:val="222222"/>
                <w:sz w:val="14"/>
              </w:rPr>
            </w:r>
          </w:p>
        </w:tc>
        <w:tc>
          <w:tcPr>
            <w:tcW w:type="dxa" w:w="1152"/>
            <w:tcMar>
              <w:top w:w="70" w:type="dxa"/>
              <w:start w:w="90" w:type="dxa"/>
              <w:bottom w:w="70" w:type="dxa"/>
              <w:end w:w="90" w:type="dxa"/>
            </w:tcMar>
            <w:vAlign w:val="top"/>
          </w:tcPr>
          <w:p>
            <w:r>
              <w:rPr>
                <w:rFonts w:ascii="Cambria" w:hAnsi="Cambria" w:eastAsia="Cambria"/>
                <w:b w:val="0"/>
                <w:i w:val="0"/>
                <w:color w:val="222222"/>
                <w:sz w:val="14"/>
              </w:rPr>
            </w:r>
          </w:p>
        </w:tc>
        <w:tc>
          <w:tcPr>
            <w:tcW w:type="dxa" w:w="1872"/>
            <w:tcMar>
              <w:top w:w="70" w:type="dxa"/>
              <w:start w:w="90" w:type="dxa"/>
              <w:bottom w:w="70" w:type="dxa"/>
              <w:end w:w="90" w:type="dxa"/>
            </w:tcMar>
            <w:vAlign w:val="top"/>
          </w:tcPr>
          <w:p>
            <w:r>
              <w:rPr>
                <w:rFonts w:ascii="Cambria" w:hAnsi="Cambria" w:eastAsia="Cambria"/>
                <w:b w:val="0"/>
                <w:i w:val="0"/>
                <w:color w:val="222222"/>
                <w:sz w:val="14"/>
              </w:rPr>
            </w:r>
          </w:p>
        </w:tc>
        <w:tc>
          <w:tcPr>
            <w:tcW w:type="dxa" w:w="2016"/>
            <w:tcMar>
              <w:top w:w="70" w:type="dxa"/>
              <w:start w:w="90" w:type="dxa"/>
              <w:bottom w:w="70" w:type="dxa"/>
              <w:end w:w="90" w:type="dxa"/>
            </w:tcMar>
            <w:vAlign w:val="top"/>
          </w:tcPr>
          <w:p>
            <w:r>
              <w:rPr>
                <w:rFonts w:ascii="Cambria" w:hAnsi="Cambria" w:eastAsia="Cambria"/>
                <w:b w:val="0"/>
                <w:i w:val="0"/>
                <w:color w:val="222222"/>
                <w:sz w:val="14"/>
              </w:rPr>
            </w:r>
          </w:p>
        </w:tc>
        <w:tc>
          <w:tcPr>
            <w:tcW w:type="dxa" w:w="1152"/>
            <w:tcMar>
              <w:top w:w="70" w:type="dxa"/>
              <w:start w:w="90" w:type="dxa"/>
              <w:bottom w:w="70" w:type="dxa"/>
              <w:end w:w="90" w:type="dxa"/>
            </w:tcMar>
            <w:vAlign w:val="top"/>
          </w:tcPr>
          <w:p>
            <w:r>
              <w:rPr>
                <w:rFonts w:ascii="Cambria" w:hAnsi="Cambria" w:eastAsia="Cambria"/>
                <w:b w:val="0"/>
                <w:i w:val="0"/>
                <w:color w:val="222222"/>
                <w:sz w:val="14"/>
              </w:rPr>
            </w:r>
          </w:p>
        </w:tc>
      </w:tr>
      <w:tr>
        <w:trPr>
          <w:cantSplit/>
        </w:trPr>
        <w:tc>
          <w:tcPr>
            <w:tcW w:type="dxa" w:w="1008"/>
            <w:tcMar>
              <w:top w:w="70" w:type="dxa"/>
              <w:start w:w="90" w:type="dxa"/>
              <w:bottom w:w="70" w:type="dxa"/>
              <w:end w:w="90" w:type="dxa"/>
            </w:tcMar>
            <w:vAlign w:val="top"/>
            <w:shd w:fill="F5F8FB"/>
          </w:tcPr>
          <w:p>
            <w:r>
              <w:rPr>
                <w:rFonts w:ascii="Cambria" w:hAnsi="Cambria" w:eastAsia="Cambria"/>
                <w:b w:val="0"/>
                <w:i w:val="0"/>
                <w:color w:val="222222"/>
                <w:sz w:val="14"/>
              </w:rPr>
            </w:r>
          </w:p>
        </w:tc>
        <w:tc>
          <w:tcPr>
            <w:tcW w:type="dxa" w:w="1728"/>
            <w:tcMar>
              <w:top w:w="70" w:type="dxa"/>
              <w:start w:w="90" w:type="dxa"/>
              <w:bottom w:w="70" w:type="dxa"/>
              <w:end w:w="90" w:type="dxa"/>
            </w:tcMar>
            <w:vAlign w:val="top"/>
            <w:shd w:fill="F5F8FB"/>
          </w:tcPr>
          <w:p>
            <w:r>
              <w:rPr>
                <w:rFonts w:ascii="Cambria" w:hAnsi="Cambria" w:eastAsia="Cambria"/>
                <w:b w:val="0"/>
                <w:i w:val="0"/>
                <w:color w:val="222222"/>
                <w:sz w:val="14"/>
              </w:rPr>
            </w:r>
          </w:p>
        </w:tc>
        <w:tc>
          <w:tcPr>
            <w:tcW w:type="dxa" w:w="1728"/>
            <w:tcMar>
              <w:top w:w="70" w:type="dxa"/>
              <w:start w:w="90" w:type="dxa"/>
              <w:bottom w:w="70" w:type="dxa"/>
              <w:end w:w="90" w:type="dxa"/>
            </w:tcMar>
            <w:vAlign w:val="top"/>
            <w:shd w:fill="F5F8FB"/>
          </w:tcPr>
          <w:p>
            <w:r>
              <w:rPr>
                <w:rFonts w:ascii="Cambria" w:hAnsi="Cambria" w:eastAsia="Cambria"/>
                <w:b w:val="0"/>
                <w:i w:val="0"/>
                <w:color w:val="222222"/>
                <w:sz w:val="14"/>
              </w:rPr>
            </w:r>
          </w:p>
        </w:tc>
        <w:tc>
          <w:tcPr>
            <w:tcW w:type="dxa" w:w="2016"/>
            <w:tcMar>
              <w:top w:w="70" w:type="dxa"/>
              <w:start w:w="90" w:type="dxa"/>
              <w:bottom w:w="70" w:type="dxa"/>
              <w:end w:w="90" w:type="dxa"/>
            </w:tcMar>
            <w:vAlign w:val="top"/>
            <w:shd w:fill="F5F8FB"/>
          </w:tcPr>
          <w:p>
            <w:r>
              <w:rPr>
                <w:rFonts w:ascii="Cambria" w:hAnsi="Cambria" w:eastAsia="Cambria"/>
                <w:b w:val="0"/>
                <w:i w:val="0"/>
                <w:color w:val="222222"/>
                <w:sz w:val="14"/>
              </w:rPr>
            </w:r>
          </w:p>
        </w:tc>
        <w:tc>
          <w:tcPr>
            <w:tcW w:type="dxa" w:w="1152"/>
            <w:tcMar>
              <w:top w:w="70" w:type="dxa"/>
              <w:start w:w="90" w:type="dxa"/>
              <w:bottom w:w="70" w:type="dxa"/>
              <w:end w:w="90" w:type="dxa"/>
            </w:tcMar>
            <w:vAlign w:val="top"/>
            <w:shd w:fill="F5F8FB"/>
          </w:tcPr>
          <w:p>
            <w:r>
              <w:rPr>
                <w:rFonts w:ascii="Cambria" w:hAnsi="Cambria" w:eastAsia="Cambria"/>
                <w:b w:val="0"/>
                <w:i w:val="0"/>
                <w:color w:val="222222"/>
                <w:sz w:val="14"/>
              </w:rPr>
            </w:r>
          </w:p>
        </w:tc>
        <w:tc>
          <w:tcPr>
            <w:tcW w:type="dxa" w:w="1152"/>
            <w:tcMar>
              <w:top w:w="70" w:type="dxa"/>
              <w:start w:w="90" w:type="dxa"/>
              <w:bottom w:w="70" w:type="dxa"/>
              <w:end w:w="90" w:type="dxa"/>
            </w:tcMar>
            <w:vAlign w:val="top"/>
            <w:shd w:fill="F5F8FB"/>
          </w:tcPr>
          <w:p>
            <w:r>
              <w:rPr>
                <w:rFonts w:ascii="Cambria" w:hAnsi="Cambria" w:eastAsia="Cambria"/>
                <w:b w:val="0"/>
                <w:i w:val="0"/>
                <w:color w:val="222222"/>
                <w:sz w:val="14"/>
              </w:rPr>
            </w:r>
          </w:p>
        </w:tc>
        <w:tc>
          <w:tcPr>
            <w:tcW w:type="dxa" w:w="1872"/>
            <w:tcMar>
              <w:top w:w="70" w:type="dxa"/>
              <w:start w:w="90" w:type="dxa"/>
              <w:bottom w:w="70" w:type="dxa"/>
              <w:end w:w="90" w:type="dxa"/>
            </w:tcMar>
            <w:vAlign w:val="top"/>
            <w:shd w:fill="F5F8FB"/>
          </w:tcPr>
          <w:p>
            <w:r>
              <w:rPr>
                <w:rFonts w:ascii="Cambria" w:hAnsi="Cambria" w:eastAsia="Cambria"/>
                <w:b w:val="0"/>
                <w:i w:val="0"/>
                <w:color w:val="222222"/>
                <w:sz w:val="14"/>
              </w:rPr>
            </w:r>
          </w:p>
        </w:tc>
        <w:tc>
          <w:tcPr>
            <w:tcW w:type="dxa" w:w="2016"/>
            <w:tcMar>
              <w:top w:w="70" w:type="dxa"/>
              <w:start w:w="90" w:type="dxa"/>
              <w:bottom w:w="70" w:type="dxa"/>
              <w:end w:w="90" w:type="dxa"/>
            </w:tcMar>
            <w:vAlign w:val="top"/>
            <w:shd w:fill="F5F8FB"/>
          </w:tcPr>
          <w:p>
            <w:r>
              <w:rPr>
                <w:rFonts w:ascii="Cambria" w:hAnsi="Cambria" w:eastAsia="Cambria"/>
                <w:b w:val="0"/>
                <w:i w:val="0"/>
                <w:color w:val="222222"/>
                <w:sz w:val="14"/>
              </w:rPr>
            </w:r>
          </w:p>
        </w:tc>
        <w:tc>
          <w:tcPr>
            <w:tcW w:type="dxa" w:w="1152"/>
            <w:tcMar>
              <w:top w:w="70" w:type="dxa"/>
              <w:start w:w="90" w:type="dxa"/>
              <w:bottom w:w="70" w:type="dxa"/>
              <w:end w:w="90" w:type="dxa"/>
            </w:tcMar>
            <w:vAlign w:val="top"/>
            <w:shd w:fill="F5F8FB"/>
          </w:tcPr>
          <w:p>
            <w:r>
              <w:rPr>
                <w:rFonts w:ascii="Cambria" w:hAnsi="Cambria" w:eastAsia="Cambria"/>
                <w:b w:val="0"/>
                <w:i w:val="0"/>
                <w:color w:val="222222"/>
                <w:sz w:val="14"/>
              </w:rPr>
            </w:r>
          </w:p>
        </w:tc>
      </w:tr>
      <w:tr>
        <w:trPr>
          <w:cantSplit/>
        </w:trPr>
        <w:tc>
          <w:tcPr>
            <w:tcW w:type="dxa" w:w="1008"/>
            <w:tcMar>
              <w:top w:w="70" w:type="dxa"/>
              <w:start w:w="90" w:type="dxa"/>
              <w:bottom w:w="70" w:type="dxa"/>
              <w:end w:w="90" w:type="dxa"/>
            </w:tcMar>
            <w:vAlign w:val="top"/>
          </w:tcPr>
          <w:p>
            <w:r>
              <w:rPr>
                <w:rFonts w:ascii="Cambria" w:hAnsi="Cambria" w:eastAsia="Cambria"/>
                <w:b w:val="0"/>
                <w:i w:val="0"/>
                <w:color w:val="222222"/>
                <w:sz w:val="14"/>
              </w:rPr>
            </w:r>
          </w:p>
        </w:tc>
        <w:tc>
          <w:tcPr>
            <w:tcW w:type="dxa" w:w="1728"/>
            <w:tcMar>
              <w:top w:w="70" w:type="dxa"/>
              <w:start w:w="90" w:type="dxa"/>
              <w:bottom w:w="70" w:type="dxa"/>
              <w:end w:w="90" w:type="dxa"/>
            </w:tcMar>
            <w:vAlign w:val="top"/>
          </w:tcPr>
          <w:p>
            <w:r>
              <w:rPr>
                <w:rFonts w:ascii="Cambria" w:hAnsi="Cambria" w:eastAsia="Cambria"/>
                <w:b w:val="0"/>
                <w:i w:val="0"/>
                <w:color w:val="222222"/>
                <w:sz w:val="14"/>
              </w:rPr>
            </w:r>
          </w:p>
        </w:tc>
        <w:tc>
          <w:tcPr>
            <w:tcW w:type="dxa" w:w="1728"/>
            <w:tcMar>
              <w:top w:w="70" w:type="dxa"/>
              <w:start w:w="90" w:type="dxa"/>
              <w:bottom w:w="70" w:type="dxa"/>
              <w:end w:w="90" w:type="dxa"/>
            </w:tcMar>
            <w:vAlign w:val="top"/>
          </w:tcPr>
          <w:p>
            <w:r>
              <w:rPr>
                <w:rFonts w:ascii="Cambria" w:hAnsi="Cambria" w:eastAsia="Cambria"/>
                <w:b w:val="0"/>
                <w:i w:val="0"/>
                <w:color w:val="222222"/>
                <w:sz w:val="14"/>
              </w:rPr>
            </w:r>
          </w:p>
        </w:tc>
        <w:tc>
          <w:tcPr>
            <w:tcW w:type="dxa" w:w="2016"/>
            <w:tcMar>
              <w:top w:w="70" w:type="dxa"/>
              <w:start w:w="90" w:type="dxa"/>
              <w:bottom w:w="70" w:type="dxa"/>
              <w:end w:w="90" w:type="dxa"/>
            </w:tcMar>
            <w:vAlign w:val="top"/>
          </w:tcPr>
          <w:p>
            <w:r>
              <w:rPr>
                <w:rFonts w:ascii="Cambria" w:hAnsi="Cambria" w:eastAsia="Cambria"/>
                <w:b w:val="0"/>
                <w:i w:val="0"/>
                <w:color w:val="222222"/>
                <w:sz w:val="14"/>
              </w:rPr>
            </w:r>
          </w:p>
        </w:tc>
        <w:tc>
          <w:tcPr>
            <w:tcW w:type="dxa" w:w="1152"/>
            <w:tcMar>
              <w:top w:w="70" w:type="dxa"/>
              <w:start w:w="90" w:type="dxa"/>
              <w:bottom w:w="70" w:type="dxa"/>
              <w:end w:w="90" w:type="dxa"/>
            </w:tcMar>
            <w:vAlign w:val="top"/>
          </w:tcPr>
          <w:p>
            <w:r>
              <w:rPr>
                <w:rFonts w:ascii="Cambria" w:hAnsi="Cambria" w:eastAsia="Cambria"/>
                <w:b w:val="0"/>
                <w:i w:val="0"/>
                <w:color w:val="222222"/>
                <w:sz w:val="14"/>
              </w:rPr>
            </w:r>
          </w:p>
        </w:tc>
        <w:tc>
          <w:tcPr>
            <w:tcW w:type="dxa" w:w="1152"/>
            <w:tcMar>
              <w:top w:w="70" w:type="dxa"/>
              <w:start w:w="90" w:type="dxa"/>
              <w:bottom w:w="70" w:type="dxa"/>
              <w:end w:w="90" w:type="dxa"/>
            </w:tcMar>
            <w:vAlign w:val="top"/>
          </w:tcPr>
          <w:p>
            <w:r>
              <w:rPr>
                <w:rFonts w:ascii="Cambria" w:hAnsi="Cambria" w:eastAsia="Cambria"/>
                <w:b w:val="0"/>
                <w:i w:val="0"/>
                <w:color w:val="222222"/>
                <w:sz w:val="14"/>
              </w:rPr>
            </w:r>
          </w:p>
        </w:tc>
        <w:tc>
          <w:tcPr>
            <w:tcW w:type="dxa" w:w="1872"/>
            <w:tcMar>
              <w:top w:w="70" w:type="dxa"/>
              <w:start w:w="90" w:type="dxa"/>
              <w:bottom w:w="70" w:type="dxa"/>
              <w:end w:w="90" w:type="dxa"/>
            </w:tcMar>
            <w:vAlign w:val="top"/>
          </w:tcPr>
          <w:p>
            <w:r>
              <w:rPr>
                <w:rFonts w:ascii="Cambria" w:hAnsi="Cambria" w:eastAsia="Cambria"/>
                <w:b w:val="0"/>
                <w:i w:val="0"/>
                <w:color w:val="222222"/>
                <w:sz w:val="14"/>
              </w:rPr>
            </w:r>
          </w:p>
        </w:tc>
        <w:tc>
          <w:tcPr>
            <w:tcW w:type="dxa" w:w="2016"/>
            <w:tcMar>
              <w:top w:w="70" w:type="dxa"/>
              <w:start w:w="90" w:type="dxa"/>
              <w:bottom w:w="70" w:type="dxa"/>
              <w:end w:w="90" w:type="dxa"/>
            </w:tcMar>
            <w:vAlign w:val="top"/>
          </w:tcPr>
          <w:p>
            <w:r>
              <w:rPr>
                <w:rFonts w:ascii="Cambria" w:hAnsi="Cambria" w:eastAsia="Cambria"/>
                <w:b w:val="0"/>
                <w:i w:val="0"/>
                <w:color w:val="222222"/>
                <w:sz w:val="14"/>
              </w:rPr>
            </w:r>
          </w:p>
        </w:tc>
        <w:tc>
          <w:tcPr>
            <w:tcW w:type="dxa" w:w="1152"/>
            <w:tcMar>
              <w:top w:w="70" w:type="dxa"/>
              <w:start w:w="90" w:type="dxa"/>
              <w:bottom w:w="70" w:type="dxa"/>
              <w:end w:w="90" w:type="dxa"/>
            </w:tcMar>
            <w:vAlign w:val="top"/>
          </w:tcPr>
          <w:p>
            <w:r>
              <w:rPr>
                <w:rFonts w:ascii="Cambria" w:hAnsi="Cambria" w:eastAsia="Cambria"/>
                <w:b w:val="0"/>
                <w:i w:val="0"/>
                <w:color w:val="222222"/>
                <w:sz w:val="14"/>
              </w:rPr>
            </w:r>
          </w:p>
        </w:tc>
      </w:tr>
      <w:tr>
        <w:trPr>
          <w:cantSplit/>
        </w:trPr>
        <w:tc>
          <w:tcPr>
            <w:tcW w:type="dxa" w:w="1008"/>
            <w:tcMar>
              <w:top w:w="70" w:type="dxa"/>
              <w:start w:w="90" w:type="dxa"/>
              <w:bottom w:w="70" w:type="dxa"/>
              <w:end w:w="90" w:type="dxa"/>
            </w:tcMar>
            <w:vAlign w:val="top"/>
            <w:shd w:fill="F5F8FB"/>
          </w:tcPr>
          <w:p>
            <w:r>
              <w:rPr>
                <w:rFonts w:ascii="Cambria" w:hAnsi="Cambria" w:eastAsia="Cambria"/>
                <w:b w:val="0"/>
                <w:i w:val="0"/>
                <w:color w:val="222222"/>
                <w:sz w:val="14"/>
              </w:rPr>
            </w:r>
          </w:p>
        </w:tc>
        <w:tc>
          <w:tcPr>
            <w:tcW w:type="dxa" w:w="1728"/>
            <w:tcMar>
              <w:top w:w="70" w:type="dxa"/>
              <w:start w:w="90" w:type="dxa"/>
              <w:bottom w:w="70" w:type="dxa"/>
              <w:end w:w="90" w:type="dxa"/>
            </w:tcMar>
            <w:vAlign w:val="top"/>
            <w:shd w:fill="F5F8FB"/>
          </w:tcPr>
          <w:p>
            <w:r>
              <w:rPr>
                <w:rFonts w:ascii="Cambria" w:hAnsi="Cambria" w:eastAsia="Cambria"/>
                <w:b w:val="0"/>
                <w:i w:val="0"/>
                <w:color w:val="222222"/>
                <w:sz w:val="14"/>
              </w:rPr>
            </w:r>
          </w:p>
        </w:tc>
        <w:tc>
          <w:tcPr>
            <w:tcW w:type="dxa" w:w="1728"/>
            <w:tcMar>
              <w:top w:w="70" w:type="dxa"/>
              <w:start w:w="90" w:type="dxa"/>
              <w:bottom w:w="70" w:type="dxa"/>
              <w:end w:w="90" w:type="dxa"/>
            </w:tcMar>
            <w:vAlign w:val="top"/>
            <w:shd w:fill="F5F8FB"/>
          </w:tcPr>
          <w:p>
            <w:r>
              <w:rPr>
                <w:rFonts w:ascii="Cambria" w:hAnsi="Cambria" w:eastAsia="Cambria"/>
                <w:b w:val="0"/>
                <w:i w:val="0"/>
                <w:color w:val="222222"/>
                <w:sz w:val="14"/>
              </w:rPr>
            </w:r>
          </w:p>
        </w:tc>
        <w:tc>
          <w:tcPr>
            <w:tcW w:type="dxa" w:w="2016"/>
            <w:tcMar>
              <w:top w:w="70" w:type="dxa"/>
              <w:start w:w="90" w:type="dxa"/>
              <w:bottom w:w="70" w:type="dxa"/>
              <w:end w:w="90" w:type="dxa"/>
            </w:tcMar>
            <w:vAlign w:val="top"/>
            <w:shd w:fill="F5F8FB"/>
          </w:tcPr>
          <w:p>
            <w:r>
              <w:rPr>
                <w:rFonts w:ascii="Cambria" w:hAnsi="Cambria" w:eastAsia="Cambria"/>
                <w:b w:val="0"/>
                <w:i w:val="0"/>
                <w:color w:val="222222"/>
                <w:sz w:val="14"/>
              </w:rPr>
            </w:r>
          </w:p>
        </w:tc>
        <w:tc>
          <w:tcPr>
            <w:tcW w:type="dxa" w:w="1152"/>
            <w:tcMar>
              <w:top w:w="70" w:type="dxa"/>
              <w:start w:w="90" w:type="dxa"/>
              <w:bottom w:w="70" w:type="dxa"/>
              <w:end w:w="90" w:type="dxa"/>
            </w:tcMar>
            <w:vAlign w:val="top"/>
            <w:shd w:fill="F5F8FB"/>
          </w:tcPr>
          <w:p>
            <w:r>
              <w:rPr>
                <w:rFonts w:ascii="Cambria" w:hAnsi="Cambria" w:eastAsia="Cambria"/>
                <w:b w:val="0"/>
                <w:i w:val="0"/>
                <w:color w:val="222222"/>
                <w:sz w:val="14"/>
              </w:rPr>
            </w:r>
          </w:p>
        </w:tc>
        <w:tc>
          <w:tcPr>
            <w:tcW w:type="dxa" w:w="1152"/>
            <w:tcMar>
              <w:top w:w="70" w:type="dxa"/>
              <w:start w:w="90" w:type="dxa"/>
              <w:bottom w:w="70" w:type="dxa"/>
              <w:end w:w="90" w:type="dxa"/>
            </w:tcMar>
            <w:vAlign w:val="top"/>
            <w:shd w:fill="F5F8FB"/>
          </w:tcPr>
          <w:p>
            <w:r>
              <w:rPr>
                <w:rFonts w:ascii="Cambria" w:hAnsi="Cambria" w:eastAsia="Cambria"/>
                <w:b w:val="0"/>
                <w:i w:val="0"/>
                <w:color w:val="222222"/>
                <w:sz w:val="14"/>
              </w:rPr>
            </w:r>
          </w:p>
        </w:tc>
        <w:tc>
          <w:tcPr>
            <w:tcW w:type="dxa" w:w="1872"/>
            <w:tcMar>
              <w:top w:w="70" w:type="dxa"/>
              <w:start w:w="90" w:type="dxa"/>
              <w:bottom w:w="70" w:type="dxa"/>
              <w:end w:w="90" w:type="dxa"/>
            </w:tcMar>
            <w:vAlign w:val="top"/>
            <w:shd w:fill="F5F8FB"/>
          </w:tcPr>
          <w:p>
            <w:r>
              <w:rPr>
                <w:rFonts w:ascii="Cambria" w:hAnsi="Cambria" w:eastAsia="Cambria"/>
                <w:b w:val="0"/>
                <w:i w:val="0"/>
                <w:color w:val="222222"/>
                <w:sz w:val="14"/>
              </w:rPr>
            </w:r>
          </w:p>
        </w:tc>
        <w:tc>
          <w:tcPr>
            <w:tcW w:type="dxa" w:w="2016"/>
            <w:tcMar>
              <w:top w:w="70" w:type="dxa"/>
              <w:start w:w="90" w:type="dxa"/>
              <w:bottom w:w="70" w:type="dxa"/>
              <w:end w:w="90" w:type="dxa"/>
            </w:tcMar>
            <w:vAlign w:val="top"/>
            <w:shd w:fill="F5F8FB"/>
          </w:tcPr>
          <w:p>
            <w:r>
              <w:rPr>
                <w:rFonts w:ascii="Cambria" w:hAnsi="Cambria" w:eastAsia="Cambria"/>
                <w:b w:val="0"/>
                <w:i w:val="0"/>
                <w:color w:val="222222"/>
                <w:sz w:val="14"/>
              </w:rPr>
            </w:r>
          </w:p>
        </w:tc>
        <w:tc>
          <w:tcPr>
            <w:tcW w:type="dxa" w:w="1152"/>
            <w:tcMar>
              <w:top w:w="70" w:type="dxa"/>
              <w:start w:w="90" w:type="dxa"/>
              <w:bottom w:w="70" w:type="dxa"/>
              <w:end w:w="90" w:type="dxa"/>
            </w:tcMar>
            <w:vAlign w:val="top"/>
            <w:shd w:fill="F5F8FB"/>
          </w:tcPr>
          <w:p>
            <w:r>
              <w:rPr>
                <w:rFonts w:ascii="Cambria" w:hAnsi="Cambria" w:eastAsia="Cambria"/>
                <w:b w:val="0"/>
                <w:i w:val="0"/>
                <w:color w:val="222222"/>
                <w:sz w:val="14"/>
              </w:rPr>
            </w:r>
          </w:p>
        </w:tc>
      </w:tr>
      <w:tr>
        <w:trPr>
          <w:cantSplit/>
        </w:trPr>
        <w:tc>
          <w:tcPr>
            <w:tcW w:type="dxa" w:w="1008"/>
            <w:tcMar>
              <w:top w:w="70" w:type="dxa"/>
              <w:start w:w="90" w:type="dxa"/>
              <w:bottom w:w="70" w:type="dxa"/>
              <w:end w:w="90" w:type="dxa"/>
            </w:tcMar>
            <w:vAlign w:val="top"/>
          </w:tcPr>
          <w:p>
            <w:r>
              <w:rPr>
                <w:rFonts w:ascii="Cambria" w:hAnsi="Cambria" w:eastAsia="Cambria"/>
                <w:b w:val="0"/>
                <w:i w:val="0"/>
                <w:color w:val="222222"/>
                <w:sz w:val="14"/>
              </w:rPr>
            </w:r>
          </w:p>
        </w:tc>
        <w:tc>
          <w:tcPr>
            <w:tcW w:type="dxa" w:w="1728"/>
            <w:tcMar>
              <w:top w:w="70" w:type="dxa"/>
              <w:start w:w="90" w:type="dxa"/>
              <w:bottom w:w="70" w:type="dxa"/>
              <w:end w:w="90" w:type="dxa"/>
            </w:tcMar>
            <w:vAlign w:val="top"/>
          </w:tcPr>
          <w:p>
            <w:r>
              <w:rPr>
                <w:rFonts w:ascii="Cambria" w:hAnsi="Cambria" w:eastAsia="Cambria"/>
                <w:b w:val="0"/>
                <w:i w:val="0"/>
                <w:color w:val="222222"/>
                <w:sz w:val="14"/>
              </w:rPr>
            </w:r>
          </w:p>
        </w:tc>
        <w:tc>
          <w:tcPr>
            <w:tcW w:type="dxa" w:w="1728"/>
            <w:tcMar>
              <w:top w:w="70" w:type="dxa"/>
              <w:start w:w="90" w:type="dxa"/>
              <w:bottom w:w="70" w:type="dxa"/>
              <w:end w:w="90" w:type="dxa"/>
            </w:tcMar>
            <w:vAlign w:val="top"/>
          </w:tcPr>
          <w:p>
            <w:r>
              <w:rPr>
                <w:rFonts w:ascii="Cambria" w:hAnsi="Cambria" w:eastAsia="Cambria"/>
                <w:b w:val="0"/>
                <w:i w:val="0"/>
                <w:color w:val="222222"/>
                <w:sz w:val="14"/>
              </w:rPr>
            </w:r>
          </w:p>
        </w:tc>
        <w:tc>
          <w:tcPr>
            <w:tcW w:type="dxa" w:w="2016"/>
            <w:tcMar>
              <w:top w:w="70" w:type="dxa"/>
              <w:start w:w="90" w:type="dxa"/>
              <w:bottom w:w="70" w:type="dxa"/>
              <w:end w:w="90" w:type="dxa"/>
            </w:tcMar>
            <w:vAlign w:val="top"/>
          </w:tcPr>
          <w:p>
            <w:r>
              <w:rPr>
                <w:rFonts w:ascii="Cambria" w:hAnsi="Cambria" w:eastAsia="Cambria"/>
                <w:b w:val="0"/>
                <w:i w:val="0"/>
                <w:color w:val="222222"/>
                <w:sz w:val="14"/>
              </w:rPr>
            </w:r>
          </w:p>
        </w:tc>
        <w:tc>
          <w:tcPr>
            <w:tcW w:type="dxa" w:w="1152"/>
            <w:tcMar>
              <w:top w:w="70" w:type="dxa"/>
              <w:start w:w="90" w:type="dxa"/>
              <w:bottom w:w="70" w:type="dxa"/>
              <w:end w:w="90" w:type="dxa"/>
            </w:tcMar>
            <w:vAlign w:val="top"/>
          </w:tcPr>
          <w:p>
            <w:r>
              <w:rPr>
                <w:rFonts w:ascii="Cambria" w:hAnsi="Cambria" w:eastAsia="Cambria"/>
                <w:b w:val="0"/>
                <w:i w:val="0"/>
                <w:color w:val="222222"/>
                <w:sz w:val="14"/>
              </w:rPr>
            </w:r>
          </w:p>
        </w:tc>
        <w:tc>
          <w:tcPr>
            <w:tcW w:type="dxa" w:w="1152"/>
            <w:tcMar>
              <w:top w:w="70" w:type="dxa"/>
              <w:start w:w="90" w:type="dxa"/>
              <w:bottom w:w="70" w:type="dxa"/>
              <w:end w:w="90" w:type="dxa"/>
            </w:tcMar>
            <w:vAlign w:val="top"/>
          </w:tcPr>
          <w:p>
            <w:r>
              <w:rPr>
                <w:rFonts w:ascii="Cambria" w:hAnsi="Cambria" w:eastAsia="Cambria"/>
                <w:b w:val="0"/>
                <w:i w:val="0"/>
                <w:color w:val="222222"/>
                <w:sz w:val="14"/>
              </w:rPr>
            </w:r>
          </w:p>
        </w:tc>
        <w:tc>
          <w:tcPr>
            <w:tcW w:type="dxa" w:w="1872"/>
            <w:tcMar>
              <w:top w:w="70" w:type="dxa"/>
              <w:start w:w="90" w:type="dxa"/>
              <w:bottom w:w="70" w:type="dxa"/>
              <w:end w:w="90" w:type="dxa"/>
            </w:tcMar>
            <w:vAlign w:val="top"/>
          </w:tcPr>
          <w:p>
            <w:r>
              <w:rPr>
                <w:rFonts w:ascii="Cambria" w:hAnsi="Cambria" w:eastAsia="Cambria"/>
                <w:b w:val="0"/>
                <w:i w:val="0"/>
                <w:color w:val="222222"/>
                <w:sz w:val="14"/>
              </w:rPr>
            </w:r>
          </w:p>
        </w:tc>
        <w:tc>
          <w:tcPr>
            <w:tcW w:type="dxa" w:w="2016"/>
            <w:tcMar>
              <w:top w:w="70" w:type="dxa"/>
              <w:start w:w="90" w:type="dxa"/>
              <w:bottom w:w="70" w:type="dxa"/>
              <w:end w:w="90" w:type="dxa"/>
            </w:tcMar>
            <w:vAlign w:val="top"/>
          </w:tcPr>
          <w:p>
            <w:r>
              <w:rPr>
                <w:rFonts w:ascii="Cambria" w:hAnsi="Cambria" w:eastAsia="Cambria"/>
                <w:b w:val="0"/>
                <w:i w:val="0"/>
                <w:color w:val="222222"/>
                <w:sz w:val="14"/>
              </w:rPr>
            </w:r>
          </w:p>
        </w:tc>
        <w:tc>
          <w:tcPr>
            <w:tcW w:type="dxa" w:w="1152"/>
            <w:tcMar>
              <w:top w:w="70" w:type="dxa"/>
              <w:start w:w="90" w:type="dxa"/>
              <w:bottom w:w="70" w:type="dxa"/>
              <w:end w:w="90" w:type="dxa"/>
            </w:tcMar>
            <w:vAlign w:val="top"/>
          </w:tcPr>
          <w:p>
            <w:r>
              <w:rPr>
                <w:rFonts w:ascii="Cambria" w:hAnsi="Cambria" w:eastAsia="Cambria"/>
                <w:b w:val="0"/>
                <w:i w:val="0"/>
                <w:color w:val="222222"/>
                <w:sz w:val="14"/>
              </w:rPr>
            </w:r>
          </w:p>
        </w:tc>
      </w:tr>
      <w:tr>
        <w:trPr>
          <w:cantSplit/>
        </w:trPr>
        <w:tc>
          <w:tcPr>
            <w:tcW w:type="dxa" w:w="1008"/>
            <w:tcMar>
              <w:top w:w="70" w:type="dxa"/>
              <w:start w:w="90" w:type="dxa"/>
              <w:bottom w:w="70" w:type="dxa"/>
              <w:end w:w="90" w:type="dxa"/>
            </w:tcMar>
            <w:vAlign w:val="top"/>
            <w:shd w:fill="F5F8FB"/>
          </w:tcPr>
          <w:p>
            <w:r>
              <w:rPr>
                <w:rFonts w:ascii="Cambria" w:hAnsi="Cambria" w:eastAsia="Cambria"/>
                <w:b w:val="0"/>
                <w:i w:val="0"/>
                <w:color w:val="222222"/>
                <w:sz w:val="14"/>
              </w:rPr>
            </w:r>
          </w:p>
        </w:tc>
        <w:tc>
          <w:tcPr>
            <w:tcW w:type="dxa" w:w="1728"/>
            <w:tcMar>
              <w:top w:w="70" w:type="dxa"/>
              <w:start w:w="90" w:type="dxa"/>
              <w:bottom w:w="70" w:type="dxa"/>
              <w:end w:w="90" w:type="dxa"/>
            </w:tcMar>
            <w:vAlign w:val="top"/>
            <w:shd w:fill="F5F8FB"/>
          </w:tcPr>
          <w:p>
            <w:r>
              <w:rPr>
                <w:rFonts w:ascii="Cambria" w:hAnsi="Cambria" w:eastAsia="Cambria"/>
                <w:b w:val="0"/>
                <w:i w:val="0"/>
                <w:color w:val="222222"/>
                <w:sz w:val="14"/>
              </w:rPr>
            </w:r>
          </w:p>
        </w:tc>
        <w:tc>
          <w:tcPr>
            <w:tcW w:type="dxa" w:w="1728"/>
            <w:tcMar>
              <w:top w:w="70" w:type="dxa"/>
              <w:start w:w="90" w:type="dxa"/>
              <w:bottom w:w="70" w:type="dxa"/>
              <w:end w:w="90" w:type="dxa"/>
            </w:tcMar>
            <w:vAlign w:val="top"/>
            <w:shd w:fill="F5F8FB"/>
          </w:tcPr>
          <w:p>
            <w:r>
              <w:rPr>
                <w:rFonts w:ascii="Cambria" w:hAnsi="Cambria" w:eastAsia="Cambria"/>
                <w:b w:val="0"/>
                <w:i w:val="0"/>
                <w:color w:val="222222"/>
                <w:sz w:val="14"/>
              </w:rPr>
            </w:r>
          </w:p>
        </w:tc>
        <w:tc>
          <w:tcPr>
            <w:tcW w:type="dxa" w:w="2016"/>
            <w:tcMar>
              <w:top w:w="70" w:type="dxa"/>
              <w:start w:w="90" w:type="dxa"/>
              <w:bottom w:w="70" w:type="dxa"/>
              <w:end w:w="90" w:type="dxa"/>
            </w:tcMar>
            <w:vAlign w:val="top"/>
            <w:shd w:fill="F5F8FB"/>
          </w:tcPr>
          <w:p>
            <w:r>
              <w:rPr>
                <w:rFonts w:ascii="Cambria" w:hAnsi="Cambria" w:eastAsia="Cambria"/>
                <w:b w:val="0"/>
                <w:i w:val="0"/>
                <w:color w:val="222222"/>
                <w:sz w:val="14"/>
              </w:rPr>
            </w:r>
          </w:p>
        </w:tc>
        <w:tc>
          <w:tcPr>
            <w:tcW w:type="dxa" w:w="1152"/>
            <w:tcMar>
              <w:top w:w="70" w:type="dxa"/>
              <w:start w:w="90" w:type="dxa"/>
              <w:bottom w:w="70" w:type="dxa"/>
              <w:end w:w="90" w:type="dxa"/>
            </w:tcMar>
            <w:vAlign w:val="top"/>
            <w:shd w:fill="F5F8FB"/>
          </w:tcPr>
          <w:p>
            <w:r>
              <w:rPr>
                <w:rFonts w:ascii="Cambria" w:hAnsi="Cambria" w:eastAsia="Cambria"/>
                <w:b w:val="0"/>
                <w:i w:val="0"/>
                <w:color w:val="222222"/>
                <w:sz w:val="14"/>
              </w:rPr>
            </w:r>
          </w:p>
        </w:tc>
        <w:tc>
          <w:tcPr>
            <w:tcW w:type="dxa" w:w="1152"/>
            <w:tcMar>
              <w:top w:w="70" w:type="dxa"/>
              <w:start w:w="90" w:type="dxa"/>
              <w:bottom w:w="70" w:type="dxa"/>
              <w:end w:w="90" w:type="dxa"/>
            </w:tcMar>
            <w:vAlign w:val="top"/>
            <w:shd w:fill="F5F8FB"/>
          </w:tcPr>
          <w:p>
            <w:r>
              <w:rPr>
                <w:rFonts w:ascii="Cambria" w:hAnsi="Cambria" w:eastAsia="Cambria"/>
                <w:b w:val="0"/>
                <w:i w:val="0"/>
                <w:color w:val="222222"/>
                <w:sz w:val="14"/>
              </w:rPr>
            </w:r>
          </w:p>
        </w:tc>
        <w:tc>
          <w:tcPr>
            <w:tcW w:type="dxa" w:w="1872"/>
            <w:tcMar>
              <w:top w:w="70" w:type="dxa"/>
              <w:start w:w="90" w:type="dxa"/>
              <w:bottom w:w="70" w:type="dxa"/>
              <w:end w:w="90" w:type="dxa"/>
            </w:tcMar>
            <w:vAlign w:val="top"/>
            <w:shd w:fill="F5F8FB"/>
          </w:tcPr>
          <w:p>
            <w:r>
              <w:rPr>
                <w:rFonts w:ascii="Cambria" w:hAnsi="Cambria" w:eastAsia="Cambria"/>
                <w:b w:val="0"/>
                <w:i w:val="0"/>
                <w:color w:val="222222"/>
                <w:sz w:val="14"/>
              </w:rPr>
            </w:r>
          </w:p>
        </w:tc>
        <w:tc>
          <w:tcPr>
            <w:tcW w:type="dxa" w:w="2016"/>
            <w:tcMar>
              <w:top w:w="70" w:type="dxa"/>
              <w:start w:w="90" w:type="dxa"/>
              <w:bottom w:w="70" w:type="dxa"/>
              <w:end w:w="90" w:type="dxa"/>
            </w:tcMar>
            <w:vAlign w:val="top"/>
            <w:shd w:fill="F5F8FB"/>
          </w:tcPr>
          <w:p>
            <w:r>
              <w:rPr>
                <w:rFonts w:ascii="Cambria" w:hAnsi="Cambria" w:eastAsia="Cambria"/>
                <w:b w:val="0"/>
                <w:i w:val="0"/>
                <w:color w:val="222222"/>
                <w:sz w:val="14"/>
              </w:rPr>
            </w:r>
          </w:p>
        </w:tc>
        <w:tc>
          <w:tcPr>
            <w:tcW w:type="dxa" w:w="1152"/>
            <w:tcMar>
              <w:top w:w="70" w:type="dxa"/>
              <w:start w:w="90" w:type="dxa"/>
              <w:bottom w:w="70" w:type="dxa"/>
              <w:end w:w="90" w:type="dxa"/>
            </w:tcMar>
            <w:vAlign w:val="top"/>
            <w:shd w:fill="F5F8FB"/>
          </w:tcPr>
          <w:p>
            <w:r>
              <w:rPr>
                <w:rFonts w:ascii="Cambria" w:hAnsi="Cambria" w:eastAsia="Cambria"/>
                <w:b w:val="0"/>
                <w:i w:val="0"/>
                <w:color w:val="222222"/>
                <w:sz w:val="14"/>
              </w:rPr>
            </w:r>
          </w:p>
        </w:tc>
      </w:tr>
    </w:tbl>
    <w:p/>
    <w:p>
      <w:pPr>
        <w:pStyle w:val="Heading1"/>
      </w:pPr>
      <w:r>
        <w:t>17. Report Approval</w:t>
      </w:r>
    </w:p>
    <w:tbl>
      <w:tblPr>
        <w:tblW w:type="auto" w:w="0"/>
        <w:jc w:val="center"/>
        <w:tblLayout w:type="fixed"/>
        <w:tblLook w:firstColumn="1" w:firstRow="1" w:lastColumn="0" w:lastRow="0" w:noHBand="0" w:noVBand="1" w:val="04A0"/>
      </w:tblPr>
      <w:tblGrid>
        <w:gridCol w:w="2523"/>
        <w:gridCol w:w="2523"/>
        <w:gridCol w:w="2523"/>
        <w:gridCol w:w="2523"/>
      </w:tblGrid>
      <w:tr>
        <w:trPr>
          <w:tblHeader w:val="true"/>
        </w:trPr>
        <w:tc>
          <w:tcPr>
            <w:tcW w:type="dxa" w:w="3168"/>
            <w:shd w:fill="D9EAF7"/>
            <w:tcMar>
              <w:top w:w="70" w:type="dxa"/>
              <w:start w:w="90" w:type="dxa"/>
              <w:bottom w:w="70" w:type="dxa"/>
              <w:end w:w="90" w:type="dxa"/>
            </w:tcMar>
          </w:tcPr>
          <w:p>
            <w:r>
              <w:rPr>
                <w:rFonts w:ascii="Cambria" w:hAnsi="Cambria" w:eastAsia="Cambria"/>
                <w:b/>
                <w:i w:val="0"/>
                <w:color w:val="222222"/>
                <w:sz w:val="17"/>
              </w:rPr>
              <w:t>Role</w:t>
            </w:r>
          </w:p>
        </w:tc>
        <w:tc>
          <w:tcPr>
            <w:tcW w:type="dxa" w:w="2304"/>
            <w:shd w:fill="D9EAF7"/>
            <w:tcMar>
              <w:top w:w="70" w:type="dxa"/>
              <w:start w:w="90" w:type="dxa"/>
              <w:bottom w:w="70" w:type="dxa"/>
              <w:end w:w="90" w:type="dxa"/>
            </w:tcMar>
          </w:tcPr>
          <w:p>
            <w:r>
              <w:rPr>
                <w:rFonts w:ascii="Cambria" w:hAnsi="Cambria" w:eastAsia="Cambria"/>
                <w:b/>
                <w:i w:val="0"/>
                <w:color w:val="222222"/>
                <w:sz w:val="17"/>
              </w:rPr>
              <w:t>Name</w:t>
            </w:r>
          </w:p>
        </w:tc>
        <w:tc>
          <w:tcPr>
            <w:tcW w:type="dxa" w:w="3456"/>
            <w:shd w:fill="D9EAF7"/>
            <w:tcMar>
              <w:top w:w="70" w:type="dxa"/>
              <w:start w:w="90" w:type="dxa"/>
              <w:bottom w:w="70" w:type="dxa"/>
              <w:end w:w="90" w:type="dxa"/>
            </w:tcMar>
          </w:tcPr>
          <w:p>
            <w:r>
              <w:rPr>
                <w:rFonts w:ascii="Cambria" w:hAnsi="Cambria" w:eastAsia="Cambria"/>
                <w:b/>
                <w:i w:val="0"/>
                <w:color w:val="222222"/>
                <w:sz w:val="17"/>
              </w:rPr>
              <w:t>Approval / Signature</w:t>
            </w:r>
          </w:p>
        </w:tc>
        <w:tc>
          <w:tcPr>
            <w:tcW w:type="dxa" w:w="1296"/>
            <w:shd w:fill="D9EAF7"/>
            <w:tcMar>
              <w:top w:w="70" w:type="dxa"/>
              <w:start w:w="90" w:type="dxa"/>
              <w:bottom w:w="70" w:type="dxa"/>
              <w:end w:w="90" w:type="dxa"/>
            </w:tcMar>
          </w:tcPr>
          <w:p>
            <w:r>
              <w:rPr>
                <w:rFonts w:ascii="Cambria" w:hAnsi="Cambria" w:eastAsia="Cambria"/>
                <w:b/>
                <w:i w:val="0"/>
                <w:color w:val="222222"/>
                <w:sz w:val="17"/>
              </w:rPr>
              <w:t>Date</w:t>
            </w:r>
          </w:p>
        </w:tc>
      </w:tr>
      <w:tr>
        <w:trPr>
          <w:cantSplit/>
        </w:trPr>
        <w:tc>
          <w:tcPr>
            <w:tcW w:type="dxa" w:w="3168"/>
            <w:tcMar>
              <w:top w:w="70" w:type="dxa"/>
              <w:start w:w="90" w:type="dxa"/>
              <w:bottom w:w="70" w:type="dxa"/>
              <w:end w:w="90" w:type="dxa"/>
            </w:tcMar>
            <w:vAlign w:val="top"/>
          </w:tcPr>
          <w:p>
            <w:r>
              <w:rPr>
                <w:rFonts w:ascii="Cambria" w:hAnsi="Cambria" w:eastAsia="Cambria"/>
                <w:b w:val="0"/>
                <w:i w:val="0"/>
                <w:color w:val="222222"/>
                <w:sz w:val="17"/>
              </w:rPr>
              <w:t>Lead Auditor</w:t>
            </w:r>
          </w:p>
        </w:tc>
        <w:tc>
          <w:tcPr>
            <w:tcW w:type="dxa" w:w="2304"/>
            <w:tcMar>
              <w:top w:w="70" w:type="dxa"/>
              <w:start w:w="90" w:type="dxa"/>
              <w:bottom w:w="70" w:type="dxa"/>
              <w:end w:w="90" w:type="dxa"/>
            </w:tcMar>
            <w:vAlign w:val="top"/>
          </w:tcPr>
          <w:p>
            <w:r>
              <w:rPr>
                <w:rFonts w:ascii="Cambria" w:hAnsi="Cambria" w:eastAsia="Cambria"/>
                <w:b w:val="0"/>
                <w:i w:val="0"/>
                <w:color w:val="222222"/>
                <w:sz w:val="17"/>
              </w:rPr>
              <w:t>[NAME]</w:t>
            </w:r>
          </w:p>
        </w:tc>
        <w:tc>
          <w:tcPr>
            <w:tcW w:type="dxa" w:w="3456"/>
            <w:tcMar>
              <w:top w:w="70" w:type="dxa"/>
              <w:start w:w="90" w:type="dxa"/>
              <w:bottom w:w="70" w:type="dxa"/>
              <w:end w:w="90" w:type="dxa"/>
            </w:tcMar>
            <w:vAlign w:val="top"/>
          </w:tcPr>
          <w:p>
            <w:r>
              <w:rPr>
                <w:rFonts w:ascii="Cambria" w:hAnsi="Cambria" w:eastAsia="Cambria"/>
                <w:b w:val="0"/>
                <w:i w:val="0"/>
                <w:color w:val="222222"/>
                <w:sz w:val="17"/>
              </w:rPr>
              <w:t>[APPROVAL]</w:t>
            </w:r>
          </w:p>
        </w:tc>
        <w:tc>
          <w:tcPr>
            <w:tcW w:type="dxa" w:w="1296"/>
            <w:tcMar>
              <w:top w:w="70" w:type="dxa"/>
              <w:start w:w="90" w:type="dxa"/>
              <w:bottom w:w="70" w:type="dxa"/>
              <w:end w:w="90" w:type="dxa"/>
            </w:tcMar>
            <w:vAlign w:val="top"/>
          </w:tcPr>
          <w:p>
            <w:r>
              <w:rPr>
                <w:rFonts w:ascii="Cambria" w:hAnsi="Cambria" w:eastAsia="Cambria"/>
                <w:b w:val="0"/>
                <w:i w:val="0"/>
                <w:color w:val="222222"/>
                <w:sz w:val="17"/>
              </w:rPr>
              <w:t>[DATE]</w:t>
            </w:r>
          </w:p>
        </w:tc>
      </w:tr>
      <w:tr>
        <w:trPr>
          <w:cantSplit/>
        </w:trPr>
        <w:tc>
          <w:tcPr>
            <w:tcW w:type="dxa" w:w="3168"/>
            <w:tcMar>
              <w:top w:w="70" w:type="dxa"/>
              <w:start w:w="90" w:type="dxa"/>
              <w:bottom w:w="70" w:type="dxa"/>
              <w:end w:w="90" w:type="dxa"/>
            </w:tcMar>
            <w:vAlign w:val="top"/>
            <w:shd w:fill="F5F8FB"/>
          </w:tcPr>
          <w:p>
            <w:r>
              <w:rPr>
                <w:rFonts w:ascii="Cambria" w:hAnsi="Cambria" w:eastAsia="Cambria"/>
                <w:b w:val="0"/>
                <w:i w:val="0"/>
                <w:color w:val="222222"/>
                <w:sz w:val="17"/>
              </w:rPr>
              <w:t>Audit Programme Manager / IMS Owner</w:t>
            </w:r>
          </w:p>
        </w:tc>
        <w:tc>
          <w:tcPr>
            <w:tcW w:type="dxa" w:w="2304"/>
            <w:tcMar>
              <w:top w:w="70" w:type="dxa"/>
              <w:start w:w="90" w:type="dxa"/>
              <w:bottom w:w="70" w:type="dxa"/>
              <w:end w:w="90" w:type="dxa"/>
            </w:tcMar>
            <w:vAlign w:val="top"/>
            <w:shd w:fill="F5F8FB"/>
          </w:tcPr>
          <w:p>
            <w:r>
              <w:rPr>
                <w:rFonts w:ascii="Cambria" w:hAnsi="Cambria" w:eastAsia="Cambria"/>
                <w:b w:val="0"/>
                <w:i w:val="0"/>
                <w:color w:val="222222"/>
                <w:sz w:val="17"/>
              </w:rPr>
              <w:t>[NAME]</w:t>
            </w:r>
          </w:p>
        </w:tc>
        <w:tc>
          <w:tcPr>
            <w:tcW w:type="dxa" w:w="3456"/>
            <w:tcMar>
              <w:top w:w="70" w:type="dxa"/>
              <w:start w:w="90" w:type="dxa"/>
              <w:bottom w:w="70" w:type="dxa"/>
              <w:end w:w="90" w:type="dxa"/>
            </w:tcMar>
            <w:vAlign w:val="top"/>
            <w:shd w:fill="F5F8FB"/>
          </w:tcPr>
          <w:p>
            <w:r>
              <w:rPr>
                <w:rFonts w:ascii="Cambria" w:hAnsi="Cambria" w:eastAsia="Cambria"/>
                <w:b w:val="0"/>
                <w:i w:val="0"/>
                <w:color w:val="222222"/>
                <w:sz w:val="17"/>
              </w:rPr>
              <w:t>[APPROVAL]</w:t>
            </w:r>
          </w:p>
        </w:tc>
        <w:tc>
          <w:tcPr>
            <w:tcW w:type="dxa" w:w="1296"/>
            <w:tcMar>
              <w:top w:w="70" w:type="dxa"/>
              <w:start w:w="90" w:type="dxa"/>
              <w:bottom w:w="70" w:type="dxa"/>
              <w:end w:w="90" w:type="dxa"/>
            </w:tcMar>
            <w:vAlign w:val="top"/>
            <w:shd w:fill="F5F8FB"/>
          </w:tcPr>
          <w:p>
            <w:r>
              <w:rPr>
                <w:rFonts w:ascii="Cambria" w:hAnsi="Cambria" w:eastAsia="Cambria"/>
                <w:b w:val="0"/>
                <w:i w:val="0"/>
                <w:color w:val="222222"/>
                <w:sz w:val="17"/>
              </w:rPr>
              <w:t>[DATE]</w:t>
            </w:r>
          </w:p>
        </w:tc>
      </w:tr>
      <w:tr>
        <w:trPr>
          <w:cantSplit/>
        </w:trPr>
        <w:tc>
          <w:tcPr>
            <w:tcW w:type="dxa" w:w="3168"/>
            <w:tcMar>
              <w:top w:w="70" w:type="dxa"/>
              <w:start w:w="90" w:type="dxa"/>
              <w:bottom w:w="70" w:type="dxa"/>
              <w:end w:w="90" w:type="dxa"/>
            </w:tcMar>
            <w:vAlign w:val="top"/>
          </w:tcPr>
          <w:p>
            <w:r>
              <w:rPr>
                <w:rFonts w:ascii="Cambria" w:hAnsi="Cambria" w:eastAsia="Cambria"/>
                <w:b w:val="0"/>
                <w:i w:val="0"/>
                <w:color w:val="222222"/>
                <w:sz w:val="17"/>
              </w:rPr>
              <w:t>Acknowledged by Audited Function</w:t>
            </w:r>
          </w:p>
        </w:tc>
        <w:tc>
          <w:tcPr>
            <w:tcW w:type="dxa" w:w="2304"/>
            <w:tcMar>
              <w:top w:w="70" w:type="dxa"/>
              <w:start w:w="90" w:type="dxa"/>
              <w:bottom w:w="70" w:type="dxa"/>
              <w:end w:w="90" w:type="dxa"/>
            </w:tcMar>
            <w:vAlign w:val="top"/>
          </w:tcPr>
          <w:p>
            <w:r>
              <w:rPr>
                <w:rFonts w:ascii="Cambria" w:hAnsi="Cambria" w:eastAsia="Cambria"/>
                <w:b w:val="0"/>
                <w:i w:val="0"/>
                <w:color w:val="222222"/>
                <w:sz w:val="17"/>
              </w:rPr>
              <w:t>[NAME]</w:t>
            </w:r>
          </w:p>
        </w:tc>
        <w:tc>
          <w:tcPr>
            <w:tcW w:type="dxa" w:w="3456"/>
            <w:tcMar>
              <w:top w:w="70" w:type="dxa"/>
              <w:start w:w="90" w:type="dxa"/>
              <w:bottom w:w="70" w:type="dxa"/>
              <w:end w:w="90" w:type="dxa"/>
            </w:tcMar>
            <w:vAlign w:val="top"/>
          </w:tcPr>
          <w:p>
            <w:r>
              <w:rPr>
                <w:rFonts w:ascii="Cambria" w:hAnsi="Cambria" w:eastAsia="Cambria"/>
                <w:b w:val="0"/>
                <w:i w:val="0"/>
                <w:color w:val="222222"/>
                <w:sz w:val="17"/>
              </w:rPr>
              <w:t>[ACKNOWLEDGEMENT]</w:t>
            </w:r>
          </w:p>
        </w:tc>
        <w:tc>
          <w:tcPr>
            <w:tcW w:type="dxa" w:w="1296"/>
            <w:tcMar>
              <w:top w:w="70" w:type="dxa"/>
              <w:start w:w="90" w:type="dxa"/>
              <w:bottom w:w="70" w:type="dxa"/>
              <w:end w:w="90" w:type="dxa"/>
            </w:tcMar>
            <w:vAlign w:val="top"/>
          </w:tcPr>
          <w:p>
            <w:r>
              <w:rPr>
                <w:rFonts w:ascii="Cambria" w:hAnsi="Cambria" w:eastAsia="Cambria"/>
                <w:b w:val="0"/>
                <w:i w:val="0"/>
                <w:color w:val="222222"/>
                <w:sz w:val="17"/>
              </w:rPr>
              <w:t>[DATE]</w:t>
            </w:r>
          </w:p>
        </w:tc>
      </w:tr>
    </w:tbl>
    <w:p/>
    <w:p>
      <w:pPr>
        <w:pStyle w:val="Heading1"/>
      </w:pPr>
      <w:r>
        <w:t>Annex A — Audit Trail Log</w:t>
      </w:r>
    </w:p>
    <w:tbl>
      <w:tblPr>
        <w:tblW w:type="auto" w:w="0"/>
        <w:jc w:val="center"/>
        <w:tblLayout w:type="fixed"/>
        <w:tblLook w:firstColumn="1" w:firstRow="1" w:lastColumn="0" w:lastRow="0" w:noHBand="0" w:noVBand="1" w:val="04A0"/>
      </w:tblPr>
      <w:tblGrid>
        <w:gridCol w:w="2523"/>
        <w:gridCol w:w="2523"/>
        <w:gridCol w:w="2523"/>
        <w:gridCol w:w="2523"/>
      </w:tblGrid>
      <w:tr>
        <w:trPr>
          <w:tblHeader w:val="true"/>
        </w:trPr>
        <w:tc>
          <w:tcPr>
            <w:tcW w:type="dxa" w:w="1152"/>
            <w:shd w:fill="D9EAF7"/>
            <w:tcMar>
              <w:top w:w="70" w:type="dxa"/>
              <w:start w:w="90" w:type="dxa"/>
              <w:bottom w:w="70" w:type="dxa"/>
              <w:end w:w="90" w:type="dxa"/>
            </w:tcMar>
          </w:tcPr>
          <w:p>
            <w:r>
              <w:rPr>
                <w:rFonts w:ascii="Cambria" w:hAnsi="Cambria" w:eastAsia="Cambria"/>
                <w:b/>
                <w:i w:val="0"/>
                <w:color w:val="222222"/>
                <w:sz w:val="17"/>
              </w:rPr>
              <w:t>Trail ID</w:t>
            </w:r>
          </w:p>
        </w:tc>
        <w:tc>
          <w:tcPr>
            <w:tcW w:type="dxa" w:w="2592"/>
            <w:shd w:fill="D9EAF7"/>
            <w:tcMar>
              <w:top w:w="70" w:type="dxa"/>
              <w:start w:w="90" w:type="dxa"/>
              <w:bottom w:w="70" w:type="dxa"/>
              <w:end w:w="90" w:type="dxa"/>
            </w:tcMar>
          </w:tcPr>
          <w:p>
            <w:r>
              <w:rPr>
                <w:rFonts w:ascii="Cambria" w:hAnsi="Cambria" w:eastAsia="Cambria"/>
                <w:b/>
                <w:i w:val="0"/>
                <w:color w:val="222222"/>
                <w:sz w:val="17"/>
              </w:rPr>
              <w:t>Starting Point</w:t>
            </w:r>
          </w:p>
        </w:tc>
        <w:tc>
          <w:tcPr>
            <w:tcW w:type="dxa" w:w="4464"/>
            <w:shd w:fill="D9EAF7"/>
            <w:tcMar>
              <w:top w:w="70" w:type="dxa"/>
              <w:start w:w="90" w:type="dxa"/>
              <w:bottom w:w="70" w:type="dxa"/>
              <w:end w:w="90" w:type="dxa"/>
            </w:tcMar>
          </w:tcPr>
          <w:p>
            <w:r>
              <w:rPr>
                <w:rFonts w:ascii="Cambria" w:hAnsi="Cambria" w:eastAsia="Cambria"/>
                <w:b/>
                <w:i w:val="0"/>
                <w:color w:val="222222"/>
                <w:sz w:val="17"/>
              </w:rPr>
              <w:t>Evidence / Interview Path</w:t>
            </w:r>
          </w:p>
        </w:tc>
        <w:tc>
          <w:tcPr>
            <w:tcW w:type="dxa" w:w="1872"/>
            <w:shd w:fill="D9EAF7"/>
            <w:tcMar>
              <w:top w:w="70" w:type="dxa"/>
              <w:start w:w="90" w:type="dxa"/>
              <w:bottom w:w="70" w:type="dxa"/>
              <w:end w:w="90" w:type="dxa"/>
            </w:tcMar>
          </w:tcPr>
          <w:p>
            <w:r>
              <w:rPr>
                <w:rFonts w:ascii="Cambria" w:hAnsi="Cambria" w:eastAsia="Cambria"/>
                <w:b/>
                <w:i w:val="0"/>
                <w:color w:val="222222"/>
                <w:sz w:val="17"/>
              </w:rPr>
              <w:t>Conclusion / Finding Ref</w:t>
            </w:r>
          </w:p>
        </w:tc>
      </w:tr>
      <w:tr>
        <w:trPr>
          <w:cantSplit/>
        </w:trPr>
        <w:tc>
          <w:tcPr>
            <w:tcW w:type="dxa" w:w="1152"/>
            <w:tcMar>
              <w:top w:w="70" w:type="dxa"/>
              <w:start w:w="90" w:type="dxa"/>
              <w:bottom w:w="70" w:type="dxa"/>
              <w:end w:w="90" w:type="dxa"/>
            </w:tcMar>
            <w:vAlign w:val="top"/>
          </w:tcPr>
          <w:p>
            <w:r>
              <w:rPr>
                <w:rFonts w:ascii="Cambria" w:hAnsi="Cambria" w:eastAsia="Cambria"/>
                <w:b w:val="0"/>
                <w:i w:val="0"/>
                <w:color w:val="222222"/>
                <w:sz w:val="17"/>
              </w:rPr>
            </w:r>
          </w:p>
        </w:tc>
        <w:tc>
          <w:tcPr>
            <w:tcW w:type="dxa" w:w="2592"/>
            <w:tcMar>
              <w:top w:w="70" w:type="dxa"/>
              <w:start w:w="90" w:type="dxa"/>
              <w:bottom w:w="70" w:type="dxa"/>
              <w:end w:w="90" w:type="dxa"/>
            </w:tcMar>
            <w:vAlign w:val="top"/>
          </w:tcPr>
          <w:p>
            <w:r>
              <w:rPr>
                <w:rFonts w:ascii="Cambria" w:hAnsi="Cambria" w:eastAsia="Cambria"/>
                <w:b w:val="0"/>
                <w:i w:val="0"/>
                <w:color w:val="222222"/>
                <w:sz w:val="17"/>
              </w:rPr>
            </w:r>
          </w:p>
        </w:tc>
        <w:tc>
          <w:tcPr>
            <w:tcW w:type="dxa" w:w="4464"/>
            <w:tcMar>
              <w:top w:w="70" w:type="dxa"/>
              <w:start w:w="90" w:type="dxa"/>
              <w:bottom w:w="70" w:type="dxa"/>
              <w:end w:w="90" w:type="dxa"/>
            </w:tcMar>
            <w:vAlign w:val="top"/>
          </w:tcPr>
          <w:p>
            <w:r>
              <w:rPr>
                <w:rFonts w:ascii="Cambria" w:hAnsi="Cambria" w:eastAsia="Cambria"/>
                <w:b w:val="0"/>
                <w:i w:val="0"/>
                <w:color w:val="222222"/>
                <w:sz w:val="17"/>
              </w:rPr>
            </w:r>
          </w:p>
        </w:tc>
        <w:tc>
          <w:tcPr>
            <w:tcW w:type="dxa" w:w="1872"/>
            <w:tcMar>
              <w:top w:w="70" w:type="dxa"/>
              <w:start w:w="90" w:type="dxa"/>
              <w:bottom w:w="70" w:type="dxa"/>
              <w:end w:w="90" w:type="dxa"/>
            </w:tcMar>
            <w:vAlign w:val="top"/>
          </w:tcPr>
          <w:p>
            <w:r>
              <w:rPr>
                <w:rFonts w:ascii="Cambria" w:hAnsi="Cambria" w:eastAsia="Cambria"/>
                <w:b w:val="0"/>
                <w:i w:val="0"/>
                <w:color w:val="222222"/>
                <w:sz w:val="17"/>
              </w:rPr>
            </w:r>
          </w:p>
        </w:tc>
      </w:tr>
      <w:tr>
        <w:trPr>
          <w:cantSplit/>
        </w:trPr>
        <w:tc>
          <w:tcPr>
            <w:tcW w:type="dxa" w:w="1152"/>
            <w:tcMar>
              <w:top w:w="70" w:type="dxa"/>
              <w:start w:w="90" w:type="dxa"/>
              <w:bottom w:w="70" w:type="dxa"/>
              <w:end w:w="90" w:type="dxa"/>
            </w:tcMar>
            <w:vAlign w:val="top"/>
            <w:shd w:fill="F5F8FB"/>
          </w:tcPr>
          <w:p>
            <w:r>
              <w:rPr>
                <w:rFonts w:ascii="Cambria" w:hAnsi="Cambria" w:eastAsia="Cambria"/>
                <w:b w:val="0"/>
                <w:i w:val="0"/>
                <w:color w:val="222222"/>
                <w:sz w:val="17"/>
              </w:rPr>
            </w:r>
          </w:p>
        </w:tc>
        <w:tc>
          <w:tcPr>
            <w:tcW w:type="dxa" w:w="2592"/>
            <w:tcMar>
              <w:top w:w="70" w:type="dxa"/>
              <w:start w:w="90" w:type="dxa"/>
              <w:bottom w:w="70" w:type="dxa"/>
              <w:end w:w="90" w:type="dxa"/>
            </w:tcMar>
            <w:vAlign w:val="top"/>
            <w:shd w:fill="F5F8FB"/>
          </w:tcPr>
          <w:p>
            <w:r>
              <w:rPr>
                <w:rFonts w:ascii="Cambria" w:hAnsi="Cambria" w:eastAsia="Cambria"/>
                <w:b w:val="0"/>
                <w:i w:val="0"/>
                <w:color w:val="222222"/>
                <w:sz w:val="17"/>
              </w:rPr>
            </w:r>
          </w:p>
        </w:tc>
        <w:tc>
          <w:tcPr>
            <w:tcW w:type="dxa" w:w="4464"/>
            <w:tcMar>
              <w:top w:w="70" w:type="dxa"/>
              <w:start w:w="90" w:type="dxa"/>
              <w:bottom w:w="70" w:type="dxa"/>
              <w:end w:w="90" w:type="dxa"/>
            </w:tcMar>
            <w:vAlign w:val="top"/>
            <w:shd w:fill="F5F8FB"/>
          </w:tcPr>
          <w:p>
            <w:r>
              <w:rPr>
                <w:rFonts w:ascii="Cambria" w:hAnsi="Cambria" w:eastAsia="Cambria"/>
                <w:b w:val="0"/>
                <w:i w:val="0"/>
                <w:color w:val="222222"/>
                <w:sz w:val="17"/>
              </w:rPr>
            </w:r>
          </w:p>
        </w:tc>
        <w:tc>
          <w:tcPr>
            <w:tcW w:type="dxa" w:w="1872"/>
            <w:tcMar>
              <w:top w:w="70" w:type="dxa"/>
              <w:start w:w="90" w:type="dxa"/>
              <w:bottom w:w="70" w:type="dxa"/>
              <w:end w:w="90" w:type="dxa"/>
            </w:tcMar>
            <w:vAlign w:val="top"/>
            <w:shd w:fill="F5F8FB"/>
          </w:tcPr>
          <w:p>
            <w:r>
              <w:rPr>
                <w:rFonts w:ascii="Cambria" w:hAnsi="Cambria" w:eastAsia="Cambria"/>
                <w:b w:val="0"/>
                <w:i w:val="0"/>
                <w:color w:val="222222"/>
                <w:sz w:val="17"/>
              </w:rPr>
            </w:r>
          </w:p>
        </w:tc>
      </w:tr>
      <w:tr>
        <w:trPr>
          <w:cantSplit/>
        </w:trPr>
        <w:tc>
          <w:tcPr>
            <w:tcW w:type="dxa" w:w="1152"/>
            <w:tcMar>
              <w:top w:w="70" w:type="dxa"/>
              <w:start w:w="90" w:type="dxa"/>
              <w:bottom w:w="70" w:type="dxa"/>
              <w:end w:w="90" w:type="dxa"/>
            </w:tcMar>
            <w:vAlign w:val="top"/>
          </w:tcPr>
          <w:p>
            <w:r>
              <w:rPr>
                <w:rFonts w:ascii="Cambria" w:hAnsi="Cambria" w:eastAsia="Cambria"/>
                <w:b w:val="0"/>
                <w:i w:val="0"/>
                <w:color w:val="222222"/>
                <w:sz w:val="17"/>
              </w:rPr>
            </w:r>
          </w:p>
        </w:tc>
        <w:tc>
          <w:tcPr>
            <w:tcW w:type="dxa" w:w="2592"/>
            <w:tcMar>
              <w:top w:w="70" w:type="dxa"/>
              <w:start w:w="90" w:type="dxa"/>
              <w:bottom w:w="70" w:type="dxa"/>
              <w:end w:w="90" w:type="dxa"/>
            </w:tcMar>
            <w:vAlign w:val="top"/>
          </w:tcPr>
          <w:p>
            <w:r>
              <w:rPr>
                <w:rFonts w:ascii="Cambria" w:hAnsi="Cambria" w:eastAsia="Cambria"/>
                <w:b w:val="0"/>
                <w:i w:val="0"/>
                <w:color w:val="222222"/>
                <w:sz w:val="17"/>
              </w:rPr>
            </w:r>
          </w:p>
        </w:tc>
        <w:tc>
          <w:tcPr>
            <w:tcW w:type="dxa" w:w="4464"/>
            <w:tcMar>
              <w:top w:w="70" w:type="dxa"/>
              <w:start w:w="90" w:type="dxa"/>
              <w:bottom w:w="70" w:type="dxa"/>
              <w:end w:w="90" w:type="dxa"/>
            </w:tcMar>
            <w:vAlign w:val="top"/>
          </w:tcPr>
          <w:p>
            <w:r>
              <w:rPr>
                <w:rFonts w:ascii="Cambria" w:hAnsi="Cambria" w:eastAsia="Cambria"/>
                <w:b w:val="0"/>
                <w:i w:val="0"/>
                <w:color w:val="222222"/>
                <w:sz w:val="17"/>
              </w:rPr>
            </w:r>
          </w:p>
        </w:tc>
        <w:tc>
          <w:tcPr>
            <w:tcW w:type="dxa" w:w="1872"/>
            <w:tcMar>
              <w:top w:w="70" w:type="dxa"/>
              <w:start w:w="90" w:type="dxa"/>
              <w:bottom w:w="70" w:type="dxa"/>
              <w:end w:w="90" w:type="dxa"/>
            </w:tcMar>
            <w:vAlign w:val="top"/>
          </w:tcPr>
          <w:p>
            <w:r>
              <w:rPr>
                <w:rFonts w:ascii="Cambria" w:hAnsi="Cambria" w:eastAsia="Cambria"/>
                <w:b w:val="0"/>
                <w:i w:val="0"/>
                <w:color w:val="222222"/>
                <w:sz w:val="17"/>
              </w:rPr>
            </w:r>
          </w:p>
        </w:tc>
      </w:tr>
      <w:tr>
        <w:trPr>
          <w:cantSplit/>
        </w:trPr>
        <w:tc>
          <w:tcPr>
            <w:tcW w:type="dxa" w:w="1152"/>
            <w:tcMar>
              <w:top w:w="70" w:type="dxa"/>
              <w:start w:w="90" w:type="dxa"/>
              <w:bottom w:w="70" w:type="dxa"/>
              <w:end w:w="90" w:type="dxa"/>
            </w:tcMar>
            <w:vAlign w:val="top"/>
            <w:shd w:fill="F5F8FB"/>
          </w:tcPr>
          <w:p>
            <w:r>
              <w:rPr>
                <w:rFonts w:ascii="Cambria" w:hAnsi="Cambria" w:eastAsia="Cambria"/>
                <w:b w:val="0"/>
                <w:i w:val="0"/>
                <w:color w:val="222222"/>
                <w:sz w:val="17"/>
              </w:rPr>
            </w:r>
          </w:p>
        </w:tc>
        <w:tc>
          <w:tcPr>
            <w:tcW w:type="dxa" w:w="2592"/>
            <w:tcMar>
              <w:top w:w="70" w:type="dxa"/>
              <w:start w:w="90" w:type="dxa"/>
              <w:bottom w:w="70" w:type="dxa"/>
              <w:end w:w="90" w:type="dxa"/>
            </w:tcMar>
            <w:vAlign w:val="top"/>
            <w:shd w:fill="F5F8FB"/>
          </w:tcPr>
          <w:p>
            <w:r>
              <w:rPr>
                <w:rFonts w:ascii="Cambria" w:hAnsi="Cambria" w:eastAsia="Cambria"/>
                <w:b w:val="0"/>
                <w:i w:val="0"/>
                <w:color w:val="222222"/>
                <w:sz w:val="17"/>
              </w:rPr>
            </w:r>
          </w:p>
        </w:tc>
        <w:tc>
          <w:tcPr>
            <w:tcW w:type="dxa" w:w="4464"/>
            <w:tcMar>
              <w:top w:w="70" w:type="dxa"/>
              <w:start w:w="90" w:type="dxa"/>
              <w:bottom w:w="70" w:type="dxa"/>
              <w:end w:w="90" w:type="dxa"/>
            </w:tcMar>
            <w:vAlign w:val="top"/>
            <w:shd w:fill="F5F8FB"/>
          </w:tcPr>
          <w:p>
            <w:r>
              <w:rPr>
                <w:rFonts w:ascii="Cambria" w:hAnsi="Cambria" w:eastAsia="Cambria"/>
                <w:b w:val="0"/>
                <w:i w:val="0"/>
                <w:color w:val="222222"/>
                <w:sz w:val="17"/>
              </w:rPr>
            </w:r>
          </w:p>
        </w:tc>
        <w:tc>
          <w:tcPr>
            <w:tcW w:type="dxa" w:w="1872"/>
            <w:tcMar>
              <w:top w:w="70" w:type="dxa"/>
              <w:start w:w="90" w:type="dxa"/>
              <w:bottom w:w="70" w:type="dxa"/>
              <w:end w:w="90" w:type="dxa"/>
            </w:tcMar>
            <w:vAlign w:val="top"/>
            <w:shd w:fill="F5F8FB"/>
          </w:tcPr>
          <w:p>
            <w:r>
              <w:rPr>
                <w:rFonts w:ascii="Cambria" w:hAnsi="Cambria" w:eastAsia="Cambria"/>
                <w:b w:val="0"/>
                <w:i w:val="0"/>
                <w:color w:val="222222"/>
                <w:sz w:val="17"/>
              </w:rPr>
            </w:r>
          </w:p>
        </w:tc>
      </w:tr>
      <w:tr>
        <w:trPr>
          <w:cantSplit/>
        </w:trPr>
        <w:tc>
          <w:tcPr>
            <w:tcW w:type="dxa" w:w="1152"/>
            <w:tcMar>
              <w:top w:w="70" w:type="dxa"/>
              <w:start w:w="90" w:type="dxa"/>
              <w:bottom w:w="70" w:type="dxa"/>
              <w:end w:w="90" w:type="dxa"/>
            </w:tcMar>
            <w:vAlign w:val="top"/>
          </w:tcPr>
          <w:p>
            <w:r>
              <w:rPr>
                <w:rFonts w:ascii="Cambria" w:hAnsi="Cambria" w:eastAsia="Cambria"/>
                <w:b w:val="0"/>
                <w:i w:val="0"/>
                <w:color w:val="222222"/>
                <w:sz w:val="17"/>
              </w:rPr>
            </w:r>
          </w:p>
        </w:tc>
        <w:tc>
          <w:tcPr>
            <w:tcW w:type="dxa" w:w="2592"/>
            <w:tcMar>
              <w:top w:w="70" w:type="dxa"/>
              <w:start w:w="90" w:type="dxa"/>
              <w:bottom w:w="70" w:type="dxa"/>
              <w:end w:w="90" w:type="dxa"/>
            </w:tcMar>
            <w:vAlign w:val="top"/>
          </w:tcPr>
          <w:p>
            <w:r>
              <w:rPr>
                <w:rFonts w:ascii="Cambria" w:hAnsi="Cambria" w:eastAsia="Cambria"/>
                <w:b w:val="0"/>
                <w:i w:val="0"/>
                <w:color w:val="222222"/>
                <w:sz w:val="17"/>
              </w:rPr>
            </w:r>
          </w:p>
        </w:tc>
        <w:tc>
          <w:tcPr>
            <w:tcW w:type="dxa" w:w="4464"/>
            <w:tcMar>
              <w:top w:w="70" w:type="dxa"/>
              <w:start w:w="90" w:type="dxa"/>
              <w:bottom w:w="70" w:type="dxa"/>
              <w:end w:w="90" w:type="dxa"/>
            </w:tcMar>
            <w:vAlign w:val="top"/>
          </w:tcPr>
          <w:p>
            <w:r>
              <w:rPr>
                <w:rFonts w:ascii="Cambria" w:hAnsi="Cambria" w:eastAsia="Cambria"/>
                <w:b w:val="0"/>
                <w:i w:val="0"/>
                <w:color w:val="222222"/>
                <w:sz w:val="17"/>
              </w:rPr>
            </w:r>
          </w:p>
        </w:tc>
        <w:tc>
          <w:tcPr>
            <w:tcW w:type="dxa" w:w="1872"/>
            <w:tcMar>
              <w:top w:w="70" w:type="dxa"/>
              <w:start w:w="90" w:type="dxa"/>
              <w:bottom w:w="70" w:type="dxa"/>
              <w:end w:w="90" w:type="dxa"/>
            </w:tcMar>
            <w:vAlign w:val="top"/>
          </w:tcPr>
          <w:p>
            <w:r>
              <w:rPr>
                <w:rFonts w:ascii="Cambria" w:hAnsi="Cambria" w:eastAsia="Cambria"/>
                <w:b w:val="0"/>
                <w:i w:val="0"/>
                <w:color w:val="222222"/>
                <w:sz w:val="17"/>
              </w:rPr>
            </w:r>
          </w:p>
        </w:tc>
      </w:tr>
      <w:tr>
        <w:trPr>
          <w:cantSplit/>
        </w:trPr>
        <w:tc>
          <w:tcPr>
            <w:tcW w:type="dxa" w:w="1152"/>
            <w:tcMar>
              <w:top w:w="70" w:type="dxa"/>
              <w:start w:w="90" w:type="dxa"/>
              <w:bottom w:w="70" w:type="dxa"/>
              <w:end w:w="90" w:type="dxa"/>
            </w:tcMar>
            <w:vAlign w:val="top"/>
            <w:shd w:fill="F5F8FB"/>
          </w:tcPr>
          <w:p>
            <w:r>
              <w:rPr>
                <w:rFonts w:ascii="Cambria" w:hAnsi="Cambria" w:eastAsia="Cambria"/>
                <w:b w:val="0"/>
                <w:i w:val="0"/>
                <w:color w:val="222222"/>
                <w:sz w:val="17"/>
              </w:rPr>
            </w:r>
          </w:p>
        </w:tc>
        <w:tc>
          <w:tcPr>
            <w:tcW w:type="dxa" w:w="2592"/>
            <w:tcMar>
              <w:top w:w="70" w:type="dxa"/>
              <w:start w:w="90" w:type="dxa"/>
              <w:bottom w:w="70" w:type="dxa"/>
              <w:end w:w="90" w:type="dxa"/>
            </w:tcMar>
            <w:vAlign w:val="top"/>
            <w:shd w:fill="F5F8FB"/>
          </w:tcPr>
          <w:p>
            <w:r>
              <w:rPr>
                <w:rFonts w:ascii="Cambria" w:hAnsi="Cambria" w:eastAsia="Cambria"/>
                <w:b w:val="0"/>
                <w:i w:val="0"/>
                <w:color w:val="222222"/>
                <w:sz w:val="17"/>
              </w:rPr>
            </w:r>
          </w:p>
        </w:tc>
        <w:tc>
          <w:tcPr>
            <w:tcW w:type="dxa" w:w="4464"/>
            <w:tcMar>
              <w:top w:w="70" w:type="dxa"/>
              <w:start w:w="90" w:type="dxa"/>
              <w:bottom w:w="70" w:type="dxa"/>
              <w:end w:w="90" w:type="dxa"/>
            </w:tcMar>
            <w:vAlign w:val="top"/>
            <w:shd w:fill="F5F8FB"/>
          </w:tcPr>
          <w:p>
            <w:r>
              <w:rPr>
                <w:rFonts w:ascii="Cambria" w:hAnsi="Cambria" w:eastAsia="Cambria"/>
                <w:b w:val="0"/>
                <w:i w:val="0"/>
                <w:color w:val="222222"/>
                <w:sz w:val="17"/>
              </w:rPr>
            </w:r>
          </w:p>
        </w:tc>
        <w:tc>
          <w:tcPr>
            <w:tcW w:type="dxa" w:w="1872"/>
            <w:tcMar>
              <w:top w:w="70" w:type="dxa"/>
              <w:start w:w="90" w:type="dxa"/>
              <w:bottom w:w="70" w:type="dxa"/>
              <w:end w:w="90" w:type="dxa"/>
            </w:tcMar>
            <w:vAlign w:val="top"/>
            <w:shd w:fill="F5F8FB"/>
          </w:tcPr>
          <w:p>
            <w:r>
              <w:rPr>
                <w:rFonts w:ascii="Cambria" w:hAnsi="Cambria" w:eastAsia="Cambria"/>
                <w:b w:val="0"/>
                <w:i w:val="0"/>
                <w:color w:val="222222"/>
                <w:sz w:val="17"/>
              </w:rPr>
            </w:r>
          </w:p>
        </w:tc>
      </w:tr>
      <w:tr>
        <w:trPr>
          <w:cantSplit/>
        </w:trPr>
        <w:tc>
          <w:tcPr>
            <w:tcW w:type="dxa" w:w="1152"/>
            <w:tcMar>
              <w:top w:w="70" w:type="dxa"/>
              <w:start w:w="90" w:type="dxa"/>
              <w:bottom w:w="70" w:type="dxa"/>
              <w:end w:w="90" w:type="dxa"/>
            </w:tcMar>
            <w:vAlign w:val="top"/>
          </w:tcPr>
          <w:p>
            <w:r>
              <w:rPr>
                <w:rFonts w:ascii="Cambria" w:hAnsi="Cambria" w:eastAsia="Cambria"/>
                <w:b w:val="0"/>
                <w:i w:val="0"/>
                <w:color w:val="222222"/>
                <w:sz w:val="17"/>
              </w:rPr>
            </w:r>
          </w:p>
        </w:tc>
        <w:tc>
          <w:tcPr>
            <w:tcW w:type="dxa" w:w="2592"/>
            <w:tcMar>
              <w:top w:w="70" w:type="dxa"/>
              <w:start w:w="90" w:type="dxa"/>
              <w:bottom w:w="70" w:type="dxa"/>
              <w:end w:w="90" w:type="dxa"/>
            </w:tcMar>
            <w:vAlign w:val="top"/>
          </w:tcPr>
          <w:p>
            <w:r>
              <w:rPr>
                <w:rFonts w:ascii="Cambria" w:hAnsi="Cambria" w:eastAsia="Cambria"/>
                <w:b w:val="0"/>
                <w:i w:val="0"/>
                <w:color w:val="222222"/>
                <w:sz w:val="17"/>
              </w:rPr>
            </w:r>
          </w:p>
        </w:tc>
        <w:tc>
          <w:tcPr>
            <w:tcW w:type="dxa" w:w="4464"/>
            <w:tcMar>
              <w:top w:w="70" w:type="dxa"/>
              <w:start w:w="90" w:type="dxa"/>
              <w:bottom w:w="70" w:type="dxa"/>
              <w:end w:w="90" w:type="dxa"/>
            </w:tcMar>
            <w:vAlign w:val="top"/>
          </w:tcPr>
          <w:p>
            <w:r>
              <w:rPr>
                <w:rFonts w:ascii="Cambria" w:hAnsi="Cambria" w:eastAsia="Cambria"/>
                <w:b w:val="0"/>
                <w:i w:val="0"/>
                <w:color w:val="222222"/>
                <w:sz w:val="17"/>
              </w:rPr>
            </w:r>
          </w:p>
        </w:tc>
        <w:tc>
          <w:tcPr>
            <w:tcW w:type="dxa" w:w="1872"/>
            <w:tcMar>
              <w:top w:w="70" w:type="dxa"/>
              <w:start w:w="90" w:type="dxa"/>
              <w:bottom w:w="70" w:type="dxa"/>
              <w:end w:w="90" w:type="dxa"/>
            </w:tcMar>
            <w:vAlign w:val="top"/>
          </w:tcPr>
          <w:p>
            <w:r>
              <w:rPr>
                <w:rFonts w:ascii="Cambria" w:hAnsi="Cambria" w:eastAsia="Cambria"/>
                <w:b w:val="0"/>
                <w:i w:val="0"/>
                <w:color w:val="222222"/>
                <w:sz w:val="17"/>
              </w:rPr>
            </w:r>
          </w:p>
        </w:tc>
      </w:tr>
      <w:tr>
        <w:trPr>
          <w:cantSplit/>
        </w:trPr>
        <w:tc>
          <w:tcPr>
            <w:tcW w:type="dxa" w:w="1152"/>
            <w:tcMar>
              <w:top w:w="70" w:type="dxa"/>
              <w:start w:w="90" w:type="dxa"/>
              <w:bottom w:w="70" w:type="dxa"/>
              <w:end w:w="90" w:type="dxa"/>
            </w:tcMar>
            <w:vAlign w:val="top"/>
            <w:shd w:fill="F5F8FB"/>
          </w:tcPr>
          <w:p>
            <w:r>
              <w:rPr>
                <w:rFonts w:ascii="Cambria" w:hAnsi="Cambria" w:eastAsia="Cambria"/>
                <w:b w:val="0"/>
                <w:i w:val="0"/>
                <w:color w:val="222222"/>
                <w:sz w:val="17"/>
              </w:rPr>
            </w:r>
          </w:p>
        </w:tc>
        <w:tc>
          <w:tcPr>
            <w:tcW w:type="dxa" w:w="2592"/>
            <w:tcMar>
              <w:top w:w="70" w:type="dxa"/>
              <w:start w:w="90" w:type="dxa"/>
              <w:bottom w:w="70" w:type="dxa"/>
              <w:end w:w="90" w:type="dxa"/>
            </w:tcMar>
            <w:vAlign w:val="top"/>
            <w:shd w:fill="F5F8FB"/>
          </w:tcPr>
          <w:p>
            <w:r>
              <w:rPr>
                <w:rFonts w:ascii="Cambria" w:hAnsi="Cambria" w:eastAsia="Cambria"/>
                <w:b w:val="0"/>
                <w:i w:val="0"/>
                <w:color w:val="222222"/>
                <w:sz w:val="17"/>
              </w:rPr>
            </w:r>
          </w:p>
        </w:tc>
        <w:tc>
          <w:tcPr>
            <w:tcW w:type="dxa" w:w="4464"/>
            <w:tcMar>
              <w:top w:w="70" w:type="dxa"/>
              <w:start w:w="90" w:type="dxa"/>
              <w:bottom w:w="70" w:type="dxa"/>
              <w:end w:w="90" w:type="dxa"/>
            </w:tcMar>
            <w:vAlign w:val="top"/>
            <w:shd w:fill="F5F8FB"/>
          </w:tcPr>
          <w:p>
            <w:r>
              <w:rPr>
                <w:rFonts w:ascii="Cambria" w:hAnsi="Cambria" w:eastAsia="Cambria"/>
                <w:b w:val="0"/>
                <w:i w:val="0"/>
                <w:color w:val="222222"/>
                <w:sz w:val="17"/>
              </w:rPr>
            </w:r>
          </w:p>
        </w:tc>
        <w:tc>
          <w:tcPr>
            <w:tcW w:type="dxa" w:w="1872"/>
            <w:tcMar>
              <w:top w:w="70" w:type="dxa"/>
              <w:start w:w="90" w:type="dxa"/>
              <w:bottom w:w="70" w:type="dxa"/>
              <w:end w:w="90" w:type="dxa"/>
            </w:tcMar>
            <w:vAlign w:val="top"/>
            <w:shd w:fill="F5F8FB"/>
          </w:tcPr>
          <w:p>
            <w:r>
              <w:rPr>
                <w:rFonts w:ascii="Cambria" w:hAnsi="Cambria" w:eastAsia="Cambria"/>
                <w:b w:val="0"/>
                <w:i w:val="0"/>
                <w:color w:val="222222"/>
                <w:sz w:val="17"/>
              </w:rPr>
            </w:r>
          </w:p>
        </w:tc>
      </w:tr>
    </w:tbl>
    <w:p/>
    <w:p>
      <w:pPr>
        <w:pStyle w:val="Heading1"/>
      </w:pPr>
      <w:r>
        <w:t>Annex B — Evidence Register</w:t>
      </w:r>
    </w:p>
    <w:tbl>
      <w:tblPr>
        <w:tblW w:type="auto" w:w="0"/>
        <w:jc w:val="center"/>
        <w:tblLayout w:type="fixed"/>
        <w:tblLook w:firstColumn="1" w:firstRow="1" w:lastColumn="0" w:lastRow="0" w:noHBand="0" w:noVBand="1" w:val="04A0"/>
      </w:tblPr>
      <w:tblGrid>
        <w:gridCol w:w="2018"/>
        <w:gridCol w:w="2018"/>
        <w:gridCol w:w="2018"/>
        <w:gridCol w:w="2018"/>
        <w:gridCol w:w="2018"/>
      </w:tblGrid>
      <w:tr>
        <w:trPr>
          <w:tblHeader w:val="true"/>
        </w:trPr>
        <w:tc>
          <w:tcPr>
            <w:tcW w:type="dxa" w:w="1296"/>
            <w:shd w:fill="D9EAF7"/>
            <w:tcMar>
              <w:top w:w="70" w:type="dxa"/>
              <w:start w:w="90" w:type="dxa"/>
              <w:bottom w:w="70" w:type="dxa"/>
              <w:end w:w="90" w:type="dxa"/>
            </w:tcMar>
          </w:tcPr>
          <w:p>
            <w:r>
              <w:rPr>
                <w:rFonts w:ascii="Cambria" w:hAnsi="Cambria" w:eastAsia="Cambria"/>
                <w:b/>
                <w:i w:val="0"/>
                <w:color w:val="222222"/>
                <w:sz w:val="17"/>
              </w:rPr>
              <w:t>Evidence Ref</w:t>
            </w:r>
          </w:p>
        </w:tc>
        <w:tc>
          <w:tcPr>
            <w:tcW w:type="dxa" w:w="3456"/>
            <w:shd w:fill="D9EAF7"/>
            <w:tcMar>
              <w:top w:w="70" w:type="dxa"/>
              <w:start w:w="90" w:type="dxa"/>
              <w:bottom w:w="70" w:type="dxa"/>
              <w:end w:w="90" w:type="dxa"/>
            </w:tcMar>
          </w:tcPr>
          <w:p>
            <w:r>
              <w:rPr>
                <w:rFonts w:ascii="Cambria" w:hAnsi="Cambria" w:eastAsia="Cambria"/>
                <w:b/>
                <w:i w:val="0"/>
                <w:color w:val="222222"/>
                <w:sz w:val="17"/>
              </w:rPr>
              <w:t>Document / Record</w:t>
            </w:r>
          </w:p>
        </w:tc>
        <w:tc>
          <w:tcPr>
            <w:tcW w:type="dxa" w:w="2016"/>
            <w:shd w:fill="D9EAF7"/>
            <w:tcMar>
              <w:top w:w="70" w:type="dxa"/>
              <w:start w:w="90" w:type="dxa"/>
              <w:bottom w:w="70" w:type="dxa"/>
              <w:end w:w="90" w:type="dxa"/>
            </w:tcMar>
          </w:tcPr>
          <w:p>
            <w:r>
              <w:rPr>
                <w:rFonts w:ascii="Cambria" w:hAnsi="Cambria" w:eastAsia="Cambria"/>
                <w:b/>
                <w:i w:val="0"/>
                <w:color w:val="222222"/>
                <w:sz w:val="17"/>
              </w:rPr>
              <w:t>Owner / Source</w:t>
            </w:r>
          </w:p>
        </w:tc>
        <w:tc>
          <w:tcPr>
            <w:tcW w:type="dxa" w:w="1584"/>
            <w:shd w:fill="D9EAF7"/>
            <w:tcMar>
              <w:top w:w="70" w:type="dxa"/>
              <w:start w:w="90" w:type="dxa"/>
              <w:bottom w:w="70" w:type="dxa"/>
              <w:end w:w="90" w:type="dxa"/>
            </w:tcMar>
          </w:tcPr>
          <w:p>
            <w:r>
              <w:rPr>
                <w:rFonts w:ascii="Cambria" w:hAnsi="Cambria" w:eastAsia="Cambria"/>
                <w:b/>
                <w:i w:val="0"/>
                <w:color w:val="222222"/>
                <w:sz w:val="17"/>
              </w:rPr>
              <w:t>Date / Version</w:t>
            </w:r>
          </w:p>
        </w:tc>
        <w:tc>
          <w:tcPr>
            <w:tcW w:type="dxa" w:w="2016"/>
            <w:shd w:fill="D9EAF7"/>
            <w:tcMar>
              <w:top w:w="70" w:type="dxa"/>
              <w:start w:w="90" w:type="dxa"/>
              <w:bottom w:w="70" w:type="dxa"/>
              <w:end w:w="90" w:type="dxa"/>
            </w:tcMar>
          </w:tcPr>
          <w:p>
            <w:r>
              <w:rPr>
                <w:rFonts w:ascii="Cambria" w:hAnsi="Cambria" w:eastAsia="Cambria"/>
                <w:b/>
                <w:i w:val="0"/>
                <w:color w:val="222222"/>
                <w:sz w:val="17"/>
              </w:rPr>
              <w:t>Notes</w:t>
            </w:r>
          </w:p>
        </w:tc>
      </w:tr>
      <w:tr>
        <w:trPr>
          <w:cantSplit/>
        </w:trPr>
        <w:tc>
          <w:tcPr>
            <w:tcW w:type="dxa" w:w="1296"/>
            <w:tcMar>
              <w:top w:w="70" w:type="dxa"/>
              <w:start w:w="90" w:type="dxa"/>
              <w:bottom w:w="70" w:type="dxa"/>
              <w:end w:w="90" w:type="dxa"/>
            </w:tcMar>
            <w:vAlign w:val="top"/>
          </w:tcPr>
          <w:p>
            <w:r>
              <w:rPr>
                <w:rFonts w:ascii="Cambria" w:hAnsi="Cambria" w:eastAsia="Cambria"/>
                <w:b w:val="0"/>
                <w:i w:val="0"/>
                <w:color w:val="222222"/>
                <w:sz w:val="17"/>
              </w:rPr>
            </w:r>
          </w:p>
        </w:tc>
        <w:tc>
          <w:tcPr>
            <w:tcW w:type="dxa" w:w="3456"/>
            <w:tcMar>
              <w:top w:w="70" w:type="dxa"/>
              <w:start w:w="90" w:type="dxa"/>
              <w:bottom w:w="70" w:type="dxa"/>
              <w:end w:w="90" w:type="dxa"/>
            </w:tcMar>
            <w:vAlign w:val="top"/>
          </w:tcPr>
          <w:p>
            <w:r>
              <w:rPr>
                <w:rFonts w:ascii="Cambria" w:hAnsi="Cambria" w:eastAsia="Cambria"/>
                <w:b w:val="0"/>
                <w:i w:val="0"/>
                <w:color w:val="222222"/>
                <w:sz w:val="17"/>
              </w:rPr>
            </w:r>
          </w:p>
        </w:tc>
        <w:tc>
          <w:tcPr>
            <w:tcW w:type="dxa" w:w="2016"/>
            <w:tcMar>
              <w:top w:w="70" w:type="dxa"/>
              <w:start w:w="90" w:type="dxa"/>
              <w:bottom w:w="70" w:type="dxa"/>
              <w:end w:w="90" w:type="dxa"/>
            </w:tcMar>
            <w:vAlign w:val="top"/>
          </w:tcPr>
          <w:p>
            <w:r>
              <w:rPr>
                <w:rFonts w:ascii="Cambria" w:hAnsi="Cambria" w:eastAsia="Cambria"/>
                <w:b w:val="0"/>
                <w:i w:val="0"/>
                <w:color w:val="222222"/>
                <w:sz w:val="17"/>
              </w:rPr>
            </w:r>
          </w:p>
        </w:tc>
        <w:tc>
          <w:tcPr>
            <w:tcW w:type="dxa" w:w="1584"/>
            <w:tcMar>
              <w:top w:w="70" w:type="dxa"/>
              <w:start w:w="90" w:type="dxa"/>
              <w:bottom w:w="70" w:type="dxa"/>
              <w:end w:w="90" w:type="dxa"/>
            </w:tcMar>
            <w:vAlign w:val="top"/>
          </w:tcPr>
          <w:p>
            <w:r>
              <w:rPr>
                <w:rFonts w:ascii="Cambria" w:hAnsi="Cambria" w:eastAsia="Cambria"/>
                <w:b w:val="0"/>
                <w:i w:val="0"/>
                <w:color w:val="222222"/>
                <w:sz w:val="17"/>
              </w:rPr>
            </w:r>
          </w:p>
        </w:tc>
        <w:tc>
          <w:tcPr>
            <w:tcW w:type="dxa" w:w="2016"/>
            <w:tcMar>
              <w:top w:w="70" w:type="dxa"/>
              <w:start w:w="90" w:type="dxa"/>
              <w:bottom w:w="70" w:type="dxa"/>
              <w:end w:w="90" w:type="dxa"/>
            </w:tcMar>
            <w:vAlign w:val="top"/>
          </w:tcPr>
          <w:p>
            <w:r>
              <w:rPr>
                <w:rFonts w:ascii="Cambria" w:hAnsi="Cambria" w:eastAsia="Cambria"/>
                <w:b w:val="0"/>
                <w:i w:val="0"/>
                <w:color w:val="222222"/>
                <w:sz w:val="17"/>
              </w:rPr>
            </w:r>
          </w:p>
        </w:tc>
      </w:tr>
      <w:tr>
        <w:trPr>
          <w:cantSplit/>
        </w:trPr>
        <w:tc>
          <w:tcPr>
            <w:tcW w:type="dxa" w:w="1296"/>
            <w:tcMar>
              <w:top w:w="70" w:type="dxa"/>
              <w:start w:w="90" w:type="dxa"/>
              <w:bottom w:w="70" w:type="dxa"/>
              <w:end w:w="90" w:type="dxa"/>
            </w:tcMar>
            <w:vAlign w:val="top"/>
            <w:shd w:fill="F5F8FB"/>
          </w:tcPr>
          <w:p>
            <w:r>
              <w:rPr>
                <w:rFonts w:ascii="Cambria" w:hAnsi="Cambria" w:eastAsia="Cambria"/>
                <w:b w:val="0"/>
                <w:i w:val="0"/>
                <w:color w:val="222222"/>
                <w:sz w:val="17"/>
              </w:rPr>
            </w:r>
          </w:p>
        </w:tc>
        <w:tc>
          <w:tcPr>
            <w:tcW w:type="dxa" w:w="3456"/>
            <w:tcMar>
              <w:top w:w="70" w:type="dxa"/>
              <w:start w:w="90" w:type="dxa"/>
              <w:bottom w:w="70" w:type="dxa"/>
              <w:end w:w="90" w:type="dxa"/>
            </w:tcMar>
            <w:vAlign w:val="top"/>
            <w:shd w:fill="F5F8FB"/>
          </w:tcPr>
          <w:p>
            <w:r>
              <w:rPr>
                <w:rFonts w:ascii="Cambria" w:hAnsi="Cambria" w:eastAsia="Cambria"/>
                <w:b w:val="0"/>
                <w:i w:val="0"/>
                <w:color w:val="222222"/>
                <w:sz w:val="17"/>
              </w:rPr>
            </w:r>
          </w:p>
        </w:tc>
        <w:tc>
          <w:tcPr>
            <w:tcW w:type="dxa" w:w="2016"/>
            <w:tcMar>
              <w:top w:w="70" w:type="dxa"/>
              <w:start w:w="90" w:type="dxa"/>
              <w:bottom w:w="70" w:type="dxa"/>
              <w:end w:w="90" w:type="dxa"/>
            </w:tcMar>
            <w:vAlign w:val="top"/>
            <w:shd w:fill="F5F8FB"/>
          </w:tcPr>
          <w:p>
            <w:r>
              <w:rPr>
                <w:rFonts w:ascii="Cambria" w:hAnsi="Cambria" w:eastAsia="Cambria"/>
                <w:b w:val="0"/>
                <w:i w:val="0"/>
                <w:color w:val="222222"/>
                <w:sz w:val="17"/>
              </w:rPr>
            </w:r>
          </w:p>
        </w:tc>
        <w:tc>
          <w:tcPr>
            <w:tcW w:type="dxa" w:w="1584"/>
            <w:tcMar>
              <w:top w:w="70" w:type="dxa"/>
              <w:start w:w="90" w:type="dxa"/>
              <w:bottom w:w="70" w:type="dxa"/>
              <w:end w:w="90" w:type="dxa"/>
            </w:tcMar>
            <w:vAlign w:val="top"/>
            <w:shd w:fill="F5F8FB"/>
          </w:tcPr>
          <w:p>
            <w:r>
              <w:rPr>
                <w:rFonts w:ascii="Cambria" w:hAnsi="Cambria" w:eastAsia="Cambria"/>
                <w:b w:val="0"/>
                <w:i w:val="0"/>
                <w:color w:val="222222"/>
                <w:sz w:val="17"/>
              </w:rPr>
            </w:r>
          </w:p>
        </w:tc>
        <w:tc>
          <w:tcPr>
            <w:tcW w:type="dxa" w:w="2016"/>
            <w:tcMar>
              <w:top w:w="70" w:type="dxa"/>
              <w:start w:w="90" w:type="dxa"/>
              <w:bottom w:w="70" w:type="dxa"/>
              <w:end w:w="90" w:type="dxa"/>
            </w:tcMar>
            <w:vAlign w:val="top"/>
            <w:shd w:fill="F5F8FB"/>
          </w:tcPr>
          <w:p>
            <w:r>
              <w:rPr>
                <w:rFonts w:ascii="Cambria" w:hAnsi="Cambria" w:eastAsia="Cambria"/>
                <w:b w:val="0"/>
                <w:i w:val="0"/>
                <w:color w:val="222222"/>
                <w:sz w:val="17"/>
              </w:rPr>
            </w:r>
          </w:p>
        </w:tc>
      </w:tr>
      <w:tr>
        <w:trPr>
          <w:cantSplit/>
        </w:trPr>
        <w:tc>
          <w:tcPr>
            <w:tcW w:type="dxa" w:w="1296"/>
            <w:tcMar>
              <w:top w:w="70" w:type="dxa"/>
              <w:start w:w="90" w:type="dxa"/>
              <w:bottom w:w="70" w:type="dxa"/>
              <w:end w:w="90" w:type="dxa"/>
            </w:tcMar>
            <w:vAlign w:val="top"/>
          </w:tcPr>
          <w:p>
            <w:r>
              <w:rPr>
                <w:rFonts w:ascii="Cambria" w:hAnsi="Cambria" w:eastAsia="Cambria"/>
                <w:b w:val="0"/>
                <w:i w:val="0"/>
                <w:color w:val="222222"/>
                <w:sz w:val="17"/>
              </w:rPr>
            </w:r>
          </w:p>
        </w:tc>
        <w:tc>
          <w:tcPr>
            <w:tcW w:type="dxa" w:w="3456"/>
            <w:tcMar>
              <w:top w:w="70" w:type="dxa"/>
              <w:start w:w="90" w:type="dxa"/>
              <w:bottom w:w="70" w:type="dxa"/>
              <w:end w:w="90" w:type="dxa"/>
            </w:tcMar>
            <w:vAlign w:val="top"/>
          </w:tcPr>
          <w:p>
            <w:r>
              <w:rPr>
                <w:rFonts w:ascii="Cambria" w:hAnsi="Cambria" w:eastAsia="Cambria"/>
                <w:b w:val="0"/>
                <w:i w:val="0"/>
                <w:color w:val="222222"/>
                <w:sz w:val="17"/>
              </w:rPr>
            </w:r>
          </w:p>
        </w:tc>
        <w:tc>
          <w:tcPr>
            <w:tcW w:type="dxa" w:w="2016"/>
            <w:tcMar>
              <w:top w:w="70" w:type="dxa"/>
              <w:start w:w="90" w:type="dxa"/>
              <w:bottom w:w="70" w:type="dxa"/>
              <w:end w:w="90" w:type="dxa"/>
            </w:tcMar>
            <w:vAlign w:val="top"/>
          </w:tcPr>
          <w:p>
            <w:r>
              <w:rPr>
                <w:rFonts w:ascii="Cambria" w:hAnsi="Cambria" w:eastAsia="Cambria"/>
                <w:b w:val="0"/>
                <w:i w:val="0"/>
                <w:color w:val="222222"/>
                <w:sz w:val="17"/>
              </w:rPr>
            </w:r>
          </w:p>
        </w:tc>
        <w:tc>
          <w:tcPr>
            <w:tcW w:type="dxa" w:w="1584"/>
            <w:tcMar>
              <w:top w:w="70" w:type="dxa"/>
              <w:start w:w="90" w:type="dxa"/>
              <w:bottom w:w="70" w:type="dxa"/>
              <w:end w:w="90" w:type="dxa"/>
            </w:tcMar>
            <w:vAlign w:val="top"/>
          </w:tcPr>
          <w:p>
            <w:r>
              <w:rPr>
                <w:rFonts w:ascii="Cambria" w:hAnsi="Cambria" w:eastAsia="Cambria"/>
                <w:b w:val="0"/>
                <w:i w:val="0"/>
                <w:color w:val="222222"/>
                <w:sz w:val="17"/>
              </w:rPr>
            </w:r>
          </w:p>
        </w:tc>
        <w:tc>
          <w:tcPr>
            <w:tcW w:type="dxa" w:w="2016"/>
            <w:tcMar>
              <w:top w:w="70" w:type="dxa"/>
              <w:start w:w="90" w:type="dxa"/>
              <w:bottom w:w="70" w:type="dxa"/>
              <w:end w:w="90" w:type="dxa"/>
            </w:tcMar>
            <w:vAlign w:val="top"/>
          </w:tcPr>
          <w:p>
            <w:r>
              <w:rPr>
                <w:rFonts w:ascii="Cambria" w:hAnsi="Cambria" w:eastAsia="Cambria"/>
                <w:b w:val="0"/>
                <w:i w:val="0"/>
                <w:color w:val="222222"/>
                <w:sz w:val="17"/>
              </w:rPr>
            </w:r>
          </w:p>
        </w:tc>
      </w:tr>
      <w:tr>
        <w:trPr>
          <w:cantSplit/>
        </w:trPr>
        <w:tc>
          <w:tcPr>
            <w:tcW w:type="dxa" w:w="1296"/>
            <w:tcMar>
              <w:top w:w="70" w:type="dxa"/>
              <w:start w:w="90" w:type="dxa"/>
              <w:bottom w:w="70" w:type="dxa"/>
              <w:end w:w="90" w:type="dxa"/>
            </w:tcMar>
            <w:vAlign w:val="top"/>
            <w:shd w:fill="F5F8FB"/>
          </w:tcPr>
          <w:p>
            <w:r>
              <w:rPr>
                <w:rFonts w:ascii="Cambria" w:hAnsi="Cambria" w:eastAsia="Cambria"/>
                <w:b w:val="0"/>
                <w:i w:val="0"/>
                <w:color w:val="222222"/>
                <w:sz w:val="17"/>
              </w:rPr>
            </w:r>
          </w:p>
        </w:tc>
        <w:tc>
          <w:tcPr>
            <w:tcW w:type="dxa" w:w="3456"/>
            <w:tcMar>
              <w:top w:w="70" w:type="dxa"/>
              <w:start w:w="90" w:type="dxa"/>
              <w:bottom w:w="70" w:type="dxa"/>
              <w:end w:w="90" w:type="dxa"/>
            </w:tcMar>
            <w:vAlign w:val="top"/>
            <w:shd w:fill="F5F8FB"/>
          </w:tcPr>
          <w:p>
            <w:r>
              <w:rPr>
                <w:rFonts w:ascii="Cambria" w:hAnsi="Cambria" w:eastAsia="Cambria"/>
                <w:b w:val="0"/>
                <w:i w:val="0"/>
                <w:color w:val="222222"/>
                <w:sz w:val="17"/>
              </w:rPr>
            </w:r>
          </w:p>
        </w:tc>
        <w:tc>
          <w:tcPr>
            <w:tcW w:type="dxa" w:w="2016"/>
            <w:tcMar>
              <w:top w:w="70" w:type="dxa"/>
              <w:start w:w="90" w:type="dxa"/>
              <w:bottom w:w="70" w:type="dxa"/>
              <w:end w:w="90" w:type="dxa"/>
            </w:tcMar>
            <w:vAlign w:val="top"/>
            <w:shd w:fill="F5F8FB"/>
          </w:tcPr>
          <w:p>
            <w:r>
              <w:rPr>
                <w:rFonts w:ascii="Cambria" w:hAnsi="Cambria" w:eastAsia="Cambria"/>
                <w:b w:val="0"/>
                <w:i w:val="0"/>
                <w:color w:val="222222"/>
                <w:sz w:val="17"/>
              </w:rPr>
            </w:r>
          </w:p>
        </w:tc>
        <w:tc>
          <w:tcPr>
            <w:tcW w:type="dxa" w:w="1584"/>
            <w:tcMar>
              <w:top w:w="70" w:type="dxa"/>
              <w:start w:w="90" w:type="dxa"/>
              <w:bottom w:w="70" w:type="dxa"/>
              <w:end w:w="90" w:type="dxa"/>
            </w:tcMar>
            <w:vAlign w:val="top"/>
            <w:shd w:fill="F5F8FB"/>
          </w:tcPr>
          <w:p>
            <w:r>
              <w:rPr>
                <w:rFonts w:ascii="Cambria" w:hAnsi="Cambria" w:eastAsia="Cambria"/>
                <w:b w:val="0"/>
                <w:i w:val="0"/>
                <w:color w:val="222222"/>
                <w:sz w:val="17"/>
              </w:rPr>
            </w:r>
          </w:p>
        </w:tc>
        <w:tc>
          <w:tcPr>
            <w:tcW w:type="dxa" w:w="2016"/>
            <w:tcMar>
              <w:top w:w="70" w:type="dxa"/>
              <w:start w:w="90" w:type="dxa"/>
              <w:bottom w:w="70" w:type="dxa"/>
              <w:end w:w="90" w:type="dxa"/>
            </w:tcMar>
            <w:vAlign w:val="top"/>
            <w:shd w:fill="F5F8FB"/>
          </w:tcPr>
          <w:p>
            <w:r>
              <w:rPr>
                <w:rFonts w:ascii="Cambria" w:hAnsi="Cambria" w:eastAsia="Cambria"/>
                <w:b w:val="0"/>
                <w:i w:val="0"/>
                <w:color w:val="222222"/>
                <w:sz w:val="17"/>
              </w:rPr>
            </w:r>
          </w:p>
        </w:tc>
      </w:tr>
      <w:tr>
        <w:trPr>
          <w:cantSplit/>
        </w:trPr>
        <w:tc>
          <w:tcPr>
            <w:tcW w:type="dxa" w:w="1296"/>
            <w:tcMar>
              <w:top w:w="70" w:type="dxa"/>
              <w:start w:w="90" w:type="dxa"/>
              <w:bottom w:w="70" w:type="dxa"/>
              <w:end w:w="90" w:type="dxa"/>
            </w:tcMar>
            <w:vAlign w:val="top"/>
          </w:tcPr>
          <w:p>
            <w:r>
              <w:rPr>
                <w:rFonts w:ascii="Cambria" w:hAnsi="Cambria" w:eastAsia="Cambria"/>
                <w:b w:val="0"/>
                <w:i w:val="0"/>
                <w:color w:val="222222"/>
                <w:sz w:val="17"/>
              </w:rPr>
            </w:r>
          </w:p>
        </w:tc>
        <w:tc>
          <w:tcPr>
            <w:tcW w:type="dxa" w:w="3456"/>
            <w:tcMar>
              <w:top w:w="70" w:type="dxa"/>
              <w:start w:w="90" w:type="dxa"/>
              <w:bottom w:w="70" w:type="dxa"/>
              <w:end w:w="90" w:type="dxa"/>
            </w:tcMar>
            <w:vAlign w:val="top"/>
          </w:tcPr>
          <w:p>
            <w:r>
              <w:rPr>
                <w:rFonts w:ascii="Cambria" w:hAnsi="Cambria" w:eastAsia="Cambria"/>
                <w:b w:val="0"/>
                <w:i w:val="0"/>
                <w:color w:val="222222"/>
                <w:sz w:val="17"/>
              </w:rPr>
            </w:r>
          </w:p>
        </w:tc>
        <w:tc>
          <w:tcPr>
            <w:tcW w:type="dxa" w:w="2016"/>
            <w:tcMar>
              <w:top w:w="70" w:type="dxa"/>
              <w:start w:w="90" w:type="dxa"/>
              <w:bottom w:w="70" w:type="dxa"/>
              <w:end w:w="90" w:type="dxa"/>
            </w:tcMar>
            <w:vAlign w:val="top"/>
          </w:tcPr>
          <w:p>
            <w:r>
              <w:rPr>
                <w:rFonts w:ascii="Cambria" w:hAnsi="Cambria" w:eastAsia="Cambria"/>
                <w:b w:val="0"/>
                <w:i w:val="0"/>
                <w:color w:val="222222"/>
                <w:sz w:val="17"/>
              </w:rPr>
            </w:r>
          </w:p>
        </w:tc>
        <w:tc>
          <w:tcPr>
            <w:tcW w:type="dxa" w:w="1584"/>
            <w:tcMar>
              <w:top w:w="70" w:type="dxa"/>
              <w:start w:w="90" w:type="dxa"/>
              <w:bottom w:w="70" w:type="dxa"/>
              <w:end w:w="90" w:type="dxa"/>
            </w:tcMar>
            <w:vAlign w:val="top"/>
          </w:tcPr>
          <w:p>
            <w:r>
              <w:rPr>
                <w:rFonts w:ascii="Cambria" w:hAnsi="Cambria" w:eastAsia="Cambria"/>
                <w:b w:val="0"/>
                <w:i w:val="0"/>
                <w:color w:val="222222"/>
                <w:sz w:val="17"/>
              </w:rPr>
            </w:r>
          </w:p>
        </w:tc>
        <w:tc>
          <w:tcPr>
            <w:tcW w:type="dxa" w:w="2016"/>
            <w:tcMar>
              <w:top w:w="70" w:type="dxa"/>
              <w:start w:w="90" w:type="dxa"/>
              <w:bottom w:w="70" w:type="dxa"/>
              <w:end w:w="90" w:type="dxa"/>
            </w:tcMar>
            <w:vAlign w:val="top"/>
          </w:tcPr>
          <w:p>
            <w:r>
              <w:rPr>
                <w:rFonts w:ascii="Cambria" w:hAnsi="Cambria" w:eastAsia="Cambria"/>
                <w:b w:val="0"/>
                <w:i w:val="0"/>
                <w:color w:val="222222"/>
                <w:sz w:val="17"/>
              </w:rPr>
            </w:r>
          </w:p>
        </w:tc>
      </w:tr>
      <w:tr>
        <w:trPr>
          <w:cantSplit/>
        </w:trPr>
        <w:tc>
          <w:tcPr>
            <w:tcW w:type="dxa" w:w="1296"/>
            <w:tcMar>
              <w:top w:w="70" w:type="dxa"/>
              <w:start w:w="90" w:type="dxa"/>
              <w:bottom w:w="70" w:type="dxa"/>
              <w:end w:w="90" w:type="dxa"/>
            </w:tcMar>
            <w:vAlign w:val="top"/>
            <w:shd w:fill="F5F8FB"/>
          </w:tcPr>
          <w:p>
            <w:r>
              <w:rPr>
                <w:rFonts w:ascii="Cambria" w:hAnsi="Cambria" w:eastAsia="Cambria"/>
                <w:b w:val="0"/>
                <w:i w:val="0"/>
                <w:color w:val="222222"/>
                <w:sz w:val="17"/>
              </w:rPr>
            </w:r>
          </w:p>
        </w:tc>
        <w:tc>
          <w:tcPr>
            <w:tcW w:type="dxa" w:w="3456"/>
            <w:tcMar>
              <w:top w:w="70" w:type="dxa"/>
              <w:start w:w="90" w:type="dxa"/>
              <w:bottom w:w="70" w:type="dxa"/>
              <w:end w:w="90" w:type="dxa"/>
            </w:tcMar>
            <w:vAlign w:val="top"/>
            <w:shd w:fill="F5F8FB"/>
          </w:tcPr>
          <w:p>
            <w:r>
              <w:rPr>
                <w:rFonts w:ascii="Cambria" w:hAnsi="Cambria" w:eastAsia="Cambria"/>
                <w:b w:val="0"/>
                <w:i w:val="0"/>
                <w:color w:val="222222"/>
                <w:sz w:val="17"/>
              </w:rPr>
            </w:r>
          </w:p>
        </w:tc>
        <w:tc>
          <w:tcPr>
            <w:tcW w:type="dxa" w:w="2016"/>
            <w:tcMar>
              <w:top w:w="70" w:type="dxa"/>
              <w:start w:w="90" w:type="dxa"/>
              <w:bottom w:w="70" w:type="dxa"/>
              <w:end w:w="90" w:type="dxa"/>
            </w:tcMar>
            <w:vAlign w:val="top"/>
            <w:shd w:fill="F5F8FB"/>
          </w:tcPr>
          <w:p>
            <w:r>
              <w:rPr>
                <w:rFonts w:ascii="Cambria" w:hAnsi="Cambria" w:eastAsia="Cambria"/>
                <w:b w:val="0"/>
                <w:i w:val="0"/>
                <w:color w:val="222222"/>
                <w:sz w:val="17"/>
              </w:rPr>
            </w:r>
          </w:p>
        </w:tc>
        <w:tc>
          <w:tcPr>
            <w:tcW w:type="dxa" w:w="1584"/>
            <w:tcMar>
              <w:top w:w="70" w:type="dxa"/>
              <w:start w:w="90" w:type="dxa"/>
              <w:bottom w:w="70" w:type="dxa"/>
              <w:end w:w="90" w:type="dxa"/>
            </w:tcMar>
            <w:vAlign w:val="top"/>
            <w:shd w:fill="F5F8FB"/>
          </w:tcPr>
          <w:p>
            <w:r>
              <w:rPr>
                <w:rFonts w:ascii="Cambria" w:hAnsi="Cambria" w:eastAsia="Cambria"/>
                <w:b w:val="0"/>
                <w:i w:val="0"/>
                <w:color w:val="222222"/>
                <w:sz w:val="17"/>
              </w:rPr>
            </w:r>
          </w:p>
        </w:tc>
        <w:tc>
          <w:tcPr>
            <w:tcW w:type="dxa" w:w="2016"/>
            <w:tcMar>
              <w:top w:w="70" w:type="dxa"/>
              <w:start w:w="90" w:type="dxa"/>
              <w:bottom w:w="70" w:type="dxa"/>
              <w:end w:w="90" w:type="dxa"/>
            </w:tcMar>
            <w:vAlign w:val="top"/>
            <w:shd w:fill="F5F8FB"/>
          </w:tcPr>
          <w:p>
            <w:r>
              <w:rPr>
                <w:rFonts w:ascii="Cambria" w:hAnsi="Cambria" w:eastAsia="Cambria"/>
                <w:b w:val="0"/>
                <w:i w:val="0"/>
                <w:color w:val="222222"/>
                <w:sz w:val="17"/>
              </w:rPr>
            </w:r>
          </w:p>
        </w:tc>
      </w:tr>
      <w:tr>
        <w:trPr>
          <w:cantSplit/>
        </w:trPr>
        <w:tc>
          <w:tcPr>
            <w:tcW w:type="dxa" w:w="1296"/>
            <w:tcMar>
              <w:top w:w="70" w:type="dxa"/>
              <w:start w:w="90" w:type="dxa"/>
              <w:bottom w:w="70" w:type="dxa"/>
              <w:end w:w="90" w:type="dxa"/>
            </w:tcMar>
            <w:vAlign w:val="top"/>
          </w:tcPr>
          <w:p>
            <w:r>
              <w:rPr>
                <w:rFonts w:ascii="Cambria" w:hAnsi="Cambria" w:eastAsia="Cambria"/>
                <w:b w:val="0"/>
                <w:i w:val="0"/>
                <w:color w:val="222222"/>
                <w:sz w:val="17"/>
              </w:rPr>
            </w:r>
          </w:p>
        </w:tc>
        <w:tc>
          <w:tcPr>
            <w:tcW w:type="dxa" w:w="3456"/>
            <w:tcMar>
              <w:top w:w="70" w:type="dxa"/>
              <w:start w:w="90" w:type="dxa"/>
              <w:bottom w:w="70" w:type="dxa"/>
              <w:end w:w="90" w:type="dxa"/>
            </w:tcMar>
            <w:vAlign w:val="top"/>
          </w:tcPr>
          <w:p>
            <w:r>
              <w:rPr>
                <w:rFonts w:ascii="Cambria" w:hAnsi="Cambria" w:eastAsia="Cambria"/>
                <w:b w:val="0"/>
                <w:i w:val="0"/>
                <w:color w:val="222222"/>
                <w:sz w:val="17"/>
              </w:rPr>
            </w:r>
          </w:p>
        </w:tc>
        <w:tc>
          <w:tcPr>
            <w:tcW w:type="dxa" w:w="2016"/>
            <w:tcMar>
              <w:top w:w="70" w:type="dxa"/>
              <w:start w:w="90" w:type="dxa"/>
              <w:bottom w:w="70" w:type="dxa"/>
              <w:end w:w="90" w:type="dxa"/>
            </w:tcMar>
            <w:vAlign w:val="top"/>
          </w:tcPr>
          <w:p>
            <w:r>
              <w:rPr>
                <w:rFonts w:ascii="Cambria" w:hAnsi="Cambria" w:eastAsia="Cambria"/>
                <w:b w:val="0"/>
                <w:i w:val="0"/>
                <w:color w:val="222222"/>
                <w:sz w:val="17"/>
              </w:rPr>
            </w:r>
          </w:p>
        </w:tc>
        <w:tc>
          <w:tcPr>
            <w:tcW w:type="dxa" w:w="1584"/>
            <w:tcMar>
              <w:top w:w="70" w:type="dxa"/>
              <w:start w:w="90" w:type="dxa"/>
              <w:bottom w:w="70" w:type="dxa"/>
              <w:end w:w="90" w:type="dxa"/>
            </w:tcMar>
            <w:vAlign w:val="top"/>
          </w:tcPr>
          <w:p>
            <w:r>
              <w:rPr>
                <w:rFonts w:ascii="Cambria" w:hAnsi="Cambria" w:eastAsia="Cambria"/>
                <w:b w:val="0"/>
                <w:i w:val="0"/>
                <w:color w:val="222222"/>
                <w:sz w:val="17"/>
              </w:rPr>
            </w:r>
          </w:p>
        </w:tc>
        <w:tc>
          <w:tcPr>
            <w:tcW w:type="dxa" w:w="2016"/>
            <w:tcMar>
              <w:top w:w="70" w:type="dxa"/>
              <w:start w:w="90" w:type="dxa"/>
              <w:bottom w:w="70" w:type="dxa"/>
              <w:end w:w="90" w:type="dxa"/>
            </w:tcMar>
            <w:vAlign w:val="top"/>
          </w:tcPr>
          <w:p>
            <w:r>
              <w:rPr>
                <w:rFonts w:ascii="Cambria" w:hAnsi="Cambria" w:eastAsia="Cambria"/>
                <w:b w:val="0"/>
                <w:i w:val="0"/>
                <w:color w:val="222222"/>
                <w:sz w:val="17"/>
              </w:rPr>
            </w:r>
          </w:p>
        </w:tc>
      </w:tr>
      <w:tr>
        <w:trPr>
          <w:cantSplit/>
        </w:trPr>
        <w:tc>
          <w:tcPr>
            <w:tcW w:type="dxa" w:w="1296"/>
            <w:tcMar>
              <w:top w:w="70" w:type="dxa"/>
              <w:start w:w="90" w:type="dxa"/>
              <w:bottom w:w="70" w:type="dxa"/>
              <w:end w:w="90" w:type="dxa"/>
            </w:tcMar>
            <w:vAlign w:val="top"/>
            <w:shd w:fill="F5F8FB"/>
          </w:tcPr>
          <w:p>
            <w:r>
              <w:rPr>
                <w:rFonts w:ascii="Cambria" w:hAnsi="Cambria" w:eastAsia="Cambria"/>
                <w:b w:val="0"/>
                <w:i w:val="0"/>
                <w:color w:val="222222"/>
                <w:sz w:val="17"/>
              </w:rPr>
            </w:r>
          </w:p>
        </w:tc>
        <w:tc>
          <w:tcPr>
            <w:tcW w:type="dxa" w:w="3456"/>
            <w:tcMar>
              <w:top w:w="70" w:type="dxa"/>
              <w:start w:w="90" w:type="dxa"/>
              <w:bottom w:w="70" w:type="dxa"/>
              <w:end w:w="90" w:type="dxa"/>
            </w:tcMar>
            <w:vAlign w:val="top"/>
            <w:shd w:fill="F5F8FB"/>
          </w:tcPr>
          <w:p>
            <w:r>
              <w:rPr>
                <w:rFonts w:ascii="Cambria" w:hAnsi="Cambria" w:eastAsia="Cambria"/>
                <w:b w:val="0"/>
                <w:i w:val="0"/>
                <w:color w:val="222222"/>
                <w:sz w:val="17"/>
              </w:rPr>
            </w:r>
          </w:p>
        </w:tc>
        <w:tc>
          <w:tcPr>
            <w:tcW w:type="dxa" w:w="2016"/>
            <w:tcMar>
              <w:top w:w="70" w:type="dxa"/>
              <w:start w:w="90" w:type="dxa"/>
              <w:bottom w:w="70" w:type="dxa"/>
              <w:end w:w="90" w:type="dxa"/>
            </w:tcMar>
            <w:vAlign w:val="top"/>
            <w:shd w:fill="F5F8FB"/>
          </w:tcPr>
          <w:p>
            <w:r>
              <w:rPr>
                <w:rFonts w:ascii="Cambria" w:hAnsi="Cambria" w:eastAsia="Cambria"/>
                <w:b w:val="0"/>
                <w:i w:val="0"/>
                <w:color w:val="222222"/>
                <w:sz w:val="17"/>
              </w:rPr>
            </w:r>
          </w:p>
        </w:tc>
        <w:tc>
          <w:tcPr>
            <w:tcW w:type="dxa" w:w="1584"/>
            <w:tcMar>
              <w:top w:w="70" w:type="dxa"/>
              <w:start w:w="90" w:type="dxa"/>
              <w:bottom w:w="70" w:type="dxa"/>
              <w:end w:w="90" w:type="dxa"/>
            </w:tcMar>
            <w:vAlign w:val="top"/>
            <w:shd w:fill="F5F8FB"/>
          </w:tcPr>
          <w:p>
            <w:r>
              <w:rPr>
                <w:rFonts w:ascii="Cambria" w:hAnsi="Cambria" w:eastAsia="Cambria"/>
                <w:b w:val="0"/>
                <w:i w:val="0"/>
                <w:color w:val="222222"/>
                <w:sz w:val="17"/>
              </w:rPr>
            </w:r>
          </w:p>
        </w:tc>
        <w:tc>
          <w:tcPr>
            <w:tcW w:type="dxa" w:w="2016"/>
            <w:tcMar>
              <w:top w:w="70" w:type="dxa"/>
              <w:start w:w="90" w:type="dxa"/>
              <w:bottom w:w="70" w:type="dxa"/>
              <w:end w:w="90" w:type="dxa"/>
            </w:tcMar>
            <w:vAlign w:val="top"/>
            <w:shd w:fill="F5F8FB"/>
          </w:tcPr>
          <w:p>
            <w:r>
              <w:rPr>
                <w:rFonts w:ascii="Cambria" w:hAnsi="Cambria" w:eastAsia="Cambria"/>
                <w:b w:val="0"/>
                <w:i w:val="0"/>
                <w:color w:val="222222"/>
                <w:sz w:val="17"/>
              </w:rPr>
            </w:r>
          </w:p>
        </w:tc>
      </w:tr>
    </w:tbl>
    <w:p/>
    <w:p>
      <w:pPr>
        <w:pStyle w:val="Heading1"/>
      </w:pPr>
      <w:r>
        <w:t>References</w:t>
      </w:r>
    </w:p>
    <w:tbl>
      <w:tblPr>
        <w:tblW w:type="auto" w:w="0"/>
        <w:jc w:val="center"/>
        <w:tblLayout w:type="fixed"/>
        <w:tblLook w:firstColumn="1" w:firstRow="1" w:lastColumn="0" w:lastRow="0" w:noHBand="0" w:noVBand="1" w:val="04A0"/>
      </w:tblPr>
      <w:tblGrid>
        <w:gridCol w:w="3364"/>
        <w:gridCol w:w="3364"/>
        <w:gridCol w:w="3364"/>
      </w:tblGrid>
      <w:tr>
        <w:trPr>
          <w:tblHeader w:val="true"/>
        </w:trPr>
        <w:tc>
          <w:tcPr>
            <w:tcW w:type="dxa" w:w="2088"/>
            <w:shd w:fill="D9EAF7"/>
            <w:tcMar>
              <w:top w:w="70" w:type="dxa"/>
              <w:start w:w="90" w:type="dxa"/>
              <w:bottom w:w="70" w:type="dxa"/>
              <w:end w:w="90" w:type="dxa"/>
            </w:tcMar>
          </w:tcPr>
          <w:p>
            <w:r>
              <w:rPr>
                <w:rFonts w:ascii="Cambria" w:hAnsi="Cambria" w:eastAsia="Cambria"/>
                <w:b/>
                <w:i w:val="0"/>
                <w:color w:val="222222"/>
                <w:sz w:val="16"/>
              </w:rPr>
              <w:t>Reference</w:t>
            </w:r>
          </w:p>
        </w:tc>
        <w:tc>
          <w:tcPr>
            <w:tcW w:type="dxa" w:w="5256"/>
            <w:shd w:fill="D9EAF7"/>
            <w:tcMar>
              <w:top w:w="70" w:type="dxa"/>
              <w:start w:w="90" w:type="dxa"/>
              <w:bottom w:w="70" w:type="dxa"/>
              <w:end w:w="90" w:type="dxa"/>
            </w:tcMar>
          </w:tcPr>
          <w:p>
            <w:r>
              <w:rPr>
                <w:rFonts w:ascii="Cambria" w:hAnsi="Cambria" w:eastAsia="Cambria"/>
                <w:b/>
                <w:i w:val="0"/>
                <w:color w:val="222222"/>
                <w:sz w:val="16"/>
              </w:rPr>
              <w:t>Title</w:t>
            </w:r>
          </w:p>
        </w:tc>
        <w:tc>
          <w:tcPr>
            <w:tcW w:type="dxa" w:w="2952"/>
            <w:shd w:fill="D9EAF7"/>
            <w:tcMar>
              <w:top w:w="70" w:type="dxa"/>
              <w:start w:w="90" w:type="dxa"/>
              <w:bottom w:w="70" w:type="dxa"/>
              <w:end w:w="90" w:type="dxa"/>
            </w:tcMar>
          </w:tcPr>
          <w:p>
            <w:r>
              <w:rPr>
                <w:rFonts w:ascii="Cambria" w:hAnsi="Cambria" w:eastAsia="Cambria"/>
                <w:b/>
                <w:i w:val="0"/>
                <w:color w:val="222222"/>
                <w:sz w:val="16"/>
              </w:rPr>
              <w:t>Official Source</w:t>
            </w:r>
          </w:p>
        </w:tc>
      </w:tr>
      <w:tr>
        <w:trPr>
          <w:cantSplit/>
        </w:trPr>
        <w:tc>
          <w:tcPr>
            <w:tcW w:type="dxa" w:w="2088"/>
            <w:tcMar>
              <w:top w:w="70" w:type="dxa"/>
              <w:start w:w="90" w:type="dxa"/>
              <w:bottom w:w="70" w:type="dxa"/>
              <w:end w:w="90" w:type="dxa"/>
            </w:tcMar>
            <w:vAlign w:val="top"/>
          </w:tcPr>
          <w:p>
            <w:r>
              <w:rPr>
                <w:rFonts w:ascii="Cambria" w:hAnsi="Cambria" w:eastAsia="Cambria"/>
                <w:b w:val="0"/>
                <w:i w:val="0"/>
                <w:color w:val="222222"/>
                <w:sz w:val="16"/>
              </w:rPr>
              <w:t>ISO 56001:2024</w:t>
            </w:r>
          </w:p>
        </w:tc>
        <w:tc>
          <w:tcPr>
            <w:tcW w:type="dxa" w:w="5256"/>
            <w:tcMar>
              <w:top w:w="70" w:type="dxa"/>
              <w:start w:w="90" w:type="dxa"/>
              <w:bottom w:w="70" w:type="dxa"/>
              <w:end w:w="90" w:type="dxa"/>
            </w:tcMar>
            <w:vAlign w:val="top"/>
          </w:tcPr>
          <w:p>
            <w:r>
              <w:rPr>
                <w:rFonts w:ascii="Cambria" w:hAnsi="Cambria" w:eastAsia="Cambria"/>
                <w:b w:val="0"/>
                <w:i w:val="0"/>
                <w:color w:val="222222"/>
                <w:sz w:val="16"/>
              </w:rPr>
              <w:t>Innovation management system — Requirements</w:t>
            </w:r>
          </w:p>
        </w:tc>
        <w:tc>
          <w:tcPr>
            <w:tcW w:type="dxa" w:w="2952"/>
            <w:tcMar>
              <w:top w:w="70" w:type="dxa"/>
              <w:start w:w="90" w:type="dxa"/>
              <w:bottom w:w="70" w:type="dxa"/>
              <w:end w:w="90" w:type="dxa"/>
            </w:tcMar>
            <w:vAlign w:val="top"/>
          </w:tcPr>
          <w:p>
            <w:r>
              <w:rPr>
                <w:rFonts w:ascii="Cambria" w:hAnsi="Cambria" w:eastAsia="Cambria"/>
                <w:b w:val="0"/>
                <w:i w:val="0"/>
                <w:color w:val="222222"/>
                <w:sz w:val="16"/>
              </w:rPr>
              <w:t>https://www.iso.org/standard/79278.html</w:t>
            </w:r>
          </w:p>
        </w:tc>
      </w:tr>
      <w:tr>
        <w:trPr>
          <w:cantSplit/>
        </w:trPr>
        <w:tc>
          <w:tcPr>
            <w:tcW w:type="dxa" w:w="2088"/>
            <w:tcMar>
              <w:top w:w="70" w:type="dxa"/>
              <w:start w:w="90" w:type="dxa"/>
              <w:bottom w:w="70" w:type="dxa"/>
              <w:end w:w="90" w:type="dxa"/>
            </w:tcMar>
            <w:vAlign w:val="top"/>
            <w:shd w:fill="F5F8FB"/>
          </w:tcPr>
          <w:p>
            <w:r>
              <w:rPr>
                <w:rFonts w:ascii="Cambria" w:hAnsi="Cambria" w:eastAsia="Cambria"/>
                <w:b w:val="0"/>
                <w:i w:val="0"/>
                <w:color w:val="222222"/>
                <w:sz w:val="16"/>
              </w:rPr>
              <w:t>ISO 56000:2025</w:t>
            </w:r>
          </w:p>
        </w:tc>
        <w:tc>
          <w:tcPr>
            <w:tcW w:type="dxa" w:w="5256"/>
            <w:tcMar>
              <w:top w:w="70" w:type="dxa"/>
              <w:start w:w="90" w:type="dxa"/>
              <w:bottom w:w="70" w:type="dxa"/>
              <w:end w:w="90" w:type="dxa"/>
            </w:tcMar>
            <w:vAlign w:val="top"/>
            <w:shd w:fill="F5F8FB"/>
          </w:tcPr>
          <w:p>
            <w:r>
              <w:rPr>
                <w:rFonts w:ascii="Cambria" w:hAnsi="Cambria" w:eastAsia="Cambria"/>
                <w:b w:val="0"/>
                <w:i w:val="0"/>
                <w:color w:val="222222"/>
                <w:sz w:val="16"/>
              </w:rPr>
              <w:t>Innovation management — Fundamentals and vocabulary</w:t>
            </w:r>
          </w:p>
        </w:tc>
        <w:tc>
          <w:tcPr>
            <w:tcW w:type="dxa" w:w="2952"/>
            <w:tcMar>
              <w:top w:w="70" w:type="dxa"/>
              <w:start w:w="90" w:type="dxa"/>
              <w:bottom w:w="70" w:type="dxa"/>
              <w:end w:w="90" w:type="dxa"/>
            </w:tcMar>
            <w:vAlign w:val="top"/>
            <w:shd w:fill="F5F8FB"/>
          </w:tcPr>
          <w:p>
            <w:r>
              <w:rPr>
                <w:rFonts w:ascii="Cambria" w:hAnsi="Cambria" w:eastAsia="Cambria"/>
                <w:b w:val="0"/>
                <w:i w:val="0"/>
                <w:color w:val="222222"/>
                <w:sz w:val="16"/>
              </w:rPr>
              <w:t>https://www.iso.org/standard/84436.html</w:t>
            </w:r>
          </w:p>
        </w:tc>
      </w:tr>
      <w:tr>
        <w:trPr>
          <w:cantSplit/>
        </w:trPr>
        <w:tc>
          <w:tcPr>
            <w:tcW w:type="dxa" w:w="2088"/>
            <w:tcMar>
              <w:top w:w="70" w:type="dxa"/>
              <w:start w:w="90" w:type="dxa"/>
              <w:bottom w:w="70" w:type="dxa"/>
              <w:end w:w="90" w:type="dxa"/>
            </w:tcMar>
            <w:vAlign w:val="top"/>
            <w:shd w:fill="F5F8FB"/>
          </w:tcPr>
          <w:p>
            <w:r>
              <w:rPr>
                <w:rFonts w:ascii="Cambria" w:hAnsi="Cambria" w:eastAsia="Cambria"/>
                <w:b w:val="0"/>
                <w:i w:val="0"/>
                <w:color w:val="222222"/>
                <w:sz w:val="16"/>
              </w:rPr>
              <w:t>ISO 56007:2023</w:t>
            </w:r>
          </w:p>
        </w:tc>
        <w:tc>
          <w:tcPr>
            <w:tcW w:type="dxa" w:w="5256"/>
            <w:tcMar>
              <w:top w:w="70" w:type="dxa"/>
              <w:start w:w="90" w:type="dxa"/>
              <w:bottom w:w="70" w:type="dxa"/>
              <w:end w:w="90" w:type="dxa"/>
            </w:tcMar>
            <w:vAlign w:val="top"/>
            <w:shd w:fill="F5F8FB"/>
          </w:tcPr>
          <w:p>
            <w:r>
              <w:rPr>
                <w:rFonts w:ascii="Cambria" w:hAnsi="Cambria" w:eastAsia="Cambria"/>
                <w:b w:val="0"/>
                <w:i w:val="0"/>
                <w:color w:val="222222"/>
                <w:sz w:val="16"/>
              </w:rPr>
              <w:t>Innovation management — Tools and methods for managing opportunities and ideas — Guidance</w:t>
            </w:r>
          </w:p>
        </w:tc>
        <w:tc>
          <w:tcPr>
            <w:tcW w:type="dxa" w:w="2952"/>
            <w:tcMar>
              <w:top w:w="70" w:type="dxa"/>
              <w:start w:w="90" w:type="dxa"/>
              <w:bottom w:w="70" w:type="dxa"/>
              <w:end w:w="90" w:type="dxa"/>
            </w:tcMar>
            <w:vAlign w:val="top"/>
            <w:shd w:fill="F5F8FB"/>
          </w:tcPr>
          <w:p>
            <w:r>
              <w:rPr>
                <w:rFonts w:ascii="Cambria" w:hAnsi="Cambria" w:eastAsia="Cambria"/>
                <w:b w:val="0"/>
                <w:i w:val="0"/>
                <w:color w:val="222222"/>
                <w:sz w:val="16"/>
              </w:rPr>
              <w:t>https://www.iso.org/standard/75068.html</w:t>
            </w:r>
          </w:p>
        </w:tc>
      </w:tr>
    </w:tbl>
    <w:p/>
    <w:sectPr w:rsidR="00FC693F" w:rsidRPr="0006063C" w:rsidSect="00034616">
      <w:headerReference w:type="default" r:id="rId9"/>
      <w:footerReference w:type="default" r:id="rId10"/>
      <w:pgSz w:w="11906" w:h="16838"/>
      <w:pgMar w:top="907" w:right="850"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ook w:firstColumn="1" w:firstRow="1" w:lastColumn="0" w:lastRow="0" w:noHBand="0" w:noVBand="1" w:val="04A0"/>
    </w:tblPr>
    <w:tblGrid>
      <w:gridCol w:w="3360"/>
      <w:gridCol w:w="3360"/>
      <w:gridCol w:w="3360"/>
    </w:tblGrid>
    <w:tr>
      <w:tc>
        <w:tcPr>
          <w:tcW w:type="dxa" w:w="3360"/>
          <w:tcMar>
            <w:top w:w="30" w:type="dxa"/>
            <w:start w:w="60" w:type="dxa"/>
            <w:bottom w:w="30" w:type="dxa"/>
            <w:end w:w="60" w:type="dxa"/>
          </w:tcMar>
        </w:tcPr>
        <w:p>
          <w:pPr>
            <w:jc w:val="left"/>
          </w:pPr>
          <w:r>
            <w:rPr>
              <w:rFonts w:ascii="Cambria" w:hAnsi="Cambria" w:eastAsia="Cambria"/>
              <w:b w:val="0"/>
              <w:i w:val="0"/>
              <w:color w:val="666666"/>
              <w:sz w:val="16"/>
            </w:rPr>
            <w:t>www.iso-toolkits.org</w:t>
          </w:r>
        </w:p>
      </w:tc>
      <w:tc>
        <w:tcPr>
          <w:tcW w:type="dxa" w:w="3360"/>
          <w:tcMar>
            <w:top w:w="30" w:type="dxa"/>
            <w:start w:w="60" w:type="dxa"/>
            <w:bottom w:w="30" w:type="dxa"/>
            <w:end w:w="60" w:type="dxa"/>
          </w:tcMar>
        </w:tcPr>
        <w:p>
          <w:pPr>
            <w:jc w:val="center"/>
          </w:pPr>
          <w:r>
            <w:rPr>
              <w:rFonts w:ascii="Cambria" w:hAnsi="Cambria" w:eastAsia="Cambria"/>
              <w:b w:val="0"/>
              <w:i w:val="0"/>
              <w:color w:val="666666"/>
              <w:sz w:val="16"/>
            </w:rPr>
            <w:t>info@iso-toolkits.org</w:t>
          </w:r>
        </w:p>
      </w:tc>
      <w:tc>
        <w:tcPr>
          <w:tcW w:type="dxa" w:w="3360"/>
          <w:tcMar>
            <w:top w:w="30" w:type="dxa"/>
            <w:start w:w="60" w:type="dxa"/>
            <w:bottom w:w="30" w:type="dxa"/>
            <w:end w:w="60" w:type="dxa"/>
          </w:tcMar>
        </w:tcPr>
        <w:p>
          <w:pPr>
            <w:jc w:val="right"/>
          </w:pPr>
          <w:r>
            <w:rPr>
              <w:rFonts w:ascii="Cambria" w:hAnsi="Cambria" w:eastAsia="Cambria"/>
              <w:b w:val="0"/>
              <w:i w:val="0"/>
              <w:color w:val="666666"/>
              <w:sz w:val="16"/>
            </w:rPr>
            <w:t xml:space="preserve">Page </w:t>
          </w:r>
          <w:r>
            <w:fldChar w:fldCharType="begin"/>
            <w:instrText xml:space="preserve">PAGE</w:instrText>
            <w:fldChar w:fldCharType="end"/>
          </w:r>
          <w:r>
            <w:rPr>
              <w:rFonts w:ascii="Cambria" w:hAnsi="Cambria" w:eastAsia="Cambria"/>
              <w:b w:val="0"/>
              <w:i w:val="0"/>
              <w:color w:val="666666"/>
              <w:sz w:val="16"/>
            </w:rPr>
            <w:t xml:space="preserve"> of </w:t>
          </w:r>
          <w:r>
            <w:fldChar w:fldCharType="begin"/>
            <w:instrText xml:space="preserve">NUMPAGES</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ook w:firstColumn="1" w:firstRow="1" w:lastColumn="0" w:lastRow="0" w:noHBand="0" w:noVBand="1" w:val="04A0"/>
    </w:tblPr>
    <w:tblGrid>
      <w:gridCol w:w="3360"/>
      <w:gridCol w:w="3360"/>
      <w:gridCol w:w="3360"/>
    </w:tblGrid>
    <w:tr>
      <w:tc>
        <w:tcPr>
          <w:tcW w:type="dxa" w:w="4176"/>
          <w:vAlign w:val="center"/>
          <w:shd w:fill="F5F8FB"/>
          <w:tcMar>
            <w:top w:w="40" w:type="dxa"/>
            <w:start w:w="70" w:type="dxa"/>
            <w:bottom w:w="40" w:type="dxa"/>
            <w:end w:w="70" w:type="dxa"/>
          </w:tcMar>
        </w:tcPr>
        <w:p>
          <w:pPr>
            <w:jc w:val="left"/>
          </w:pPr>
          <w:r>
            <w:rPr>
              <w:rFonts w:ascii="Cambria" w:hAnsi="Cambria" w:eastAsia="Cambria"/>
              <w:b/>
              <w:i w:val="0"/>
              <w:color w:val="1F4E79"/>
              <w:sz w:val="16"/>
            </w:rPr>
            <w:t>Internal Innovation Audit Report</w:t>
          </w:r>
        </w:p>
      </w:tc>
      <w:tc>
        <w:tcPr>
          <w:tcW w:type="dxa" w:w="2880"/>
          <w:vAlign w:val="center"/>
          <w:shd w:fill="F5F8FB"/>
          <w:tcMar>
            <w:top w:w="40" w:type="dxa"/>
            <w:start w:w="70" w:type="dxa"/>
            <w:bottom w:w="40" w:type="dxa"/>
            <w:end w:w="70" w:type="dxa"/>
          </w:tcMar>
        </w:tcPr>
        <w:p>
          <w:pPr>
            <w:jc w:val="center"/>
          </w:pPr>
          <w:r>
            <w:rPr>
              <w:rFonts w:ascii="Cambria" w:hAnsi="Cambria" w:eastAsia="Cambria"/>
              <w:b w:val="0"/>
              <w:i w:val="0"/>
              <w:color w:val="222222"/>
              <w:sz w:val="16"/>
            </w:rPr>
            <w:t>INMS-RPT-001 | Version 1.0</w:t>
          </w:r>
        </w:p>
      </w:tc>
      <w:tc>
        <w:tcPr>
          <w:tcW w:type="dxa" w:w="3024"/>
          <w:vAlign w:val="center"/>
          <w:shd w:fill="F5F8FB"/>
          <w:tcMar>
            <w:top w:w="40" w:type="dxa"/>
            <w:start w:w="70" w:type="dxa"/>
            <w:bottom w:w="40" w:type="dxa"/>
            <w:end w:w="70" w:type="dxa"/>
          </w:tcMar>
        </w:tcPr>
        <w:p>
          <w:pPr>
            <w:jc w:val="right"/>
          </w:pPr>
          <w:r>
            <w:rPr>
              <w:rFonts w:ascii="Cambria" w:hAnsi="Cambria" w:eastAsia="Cambria"/>
              <w:b w:val="0"/>
              <w:i w:val="0"/>
              <w:color w:val="222222"/>
              <w:sz w:val="16"/>
            </w:rPr>
            <w:t>Classification: INTERNAL</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mbria" w:hAnsi="Cambria"/>
      <w:color w:val="222222"/>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Cambria" w:hAnsi="Cambria"/>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mbria" w:hAnsi="Cambria"/>
      <w:b/>
      <w:bCs/>
      <w:color w:val="1F4E79"/>
      <w:sz w:val="23"/>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mbria" w:hAnsi="Cambria"/>
      <w:b/>
      <w:bCs/>
      <w:color w:val="3F3F3F"/>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Theme="majorHAnsi" w:eastAsiaTheme="majorEastAsia" w:hAnsiTheme="majorHAnsi" w:cstheme="majorBidi" w:ascii="Cambria" w:hAnsi="Cambria"/>
      <w:b/>
      <w:color w:val="1F4E79"/>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olkitNote">
    <w:name w:val="Toolkit Note"/>
    <w:pPr>
      <w:spacing w:before="60" w:after="100"/>
    </w:pPr>
    <w:rPr>
      <w:rFonts w:ascii="Cambria" w:hAnsi="Cambria"/>
      <w:i/>
      <w:color w:val="C00000"/>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Internal Innovation Audit Report</dc:title>
  <dc:subject>ISO 56001:2024 innovation management toolkit</dc:subject>
  <dc:creator>ISO Toolkits</dc:creator>
  <cp:keywords>ISO 56001, innovation management, toolkit, audit, guidance, manual</cp:keywords>
  <dc:description>generated by python-docx</dc:description>
  <cp:lastModifiedBy/>
  <cp:revision>1</cp:revision>
  <dcterms:created xsi:type="dcterms:W3CDTF">2013-12-23T23:15:00Z</dcterms:created>
  <dcterms:modified xsi:type="dcterms:W3CDTF">2013-12-23T23:15:00Z</dcterms:modified>
  <cp:category/>
</cp:coreProperties>
</file>