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INTERNAL FOOD SAFETY AUDIT PROCEDURE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22000:2018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Internal Audit Programme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Top Management / Food Safety Team Leader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Internal FSMS audits evaluate conformity and effectiveness. Evidence of a potential unsafe-product condition or serious loss of food-safety control must be handled through the organization's approved operational escalation and product-control processes without waiting for final audit reporting.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Purpose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Define a consistent, risk-based method to plan, conduct, report and follow up internal food-safety audits that evaluate the FSMS, prerequisite programmes, hazard-control system and supporting processes.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Scope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This procedure applies to the approved internal audit programme for FSMS processes, sites, departments, product/process areas, outsourced-process interfaces and supporting functions included in the FSMS scope.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Responsibilities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Role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Responsibility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Top Management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Ensure audit independence/resources as appropriate, receive material results and support timely action.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Programme Owner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Maintain the risk-based programme, assign competent auditors, preserve objectivity, track reporting and follow-up.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Lead Auditor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Plan each engagement, define scope/criteria/sampling, perform or coordinate fieldwork, evaluate evidence and issue the report.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Team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Perform assigned testing objectively and maintain working papers sufficient to support conclusions.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Food Safety Team / Technical Experts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technical expertise where needed without compromising audit objectivity.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Audited Function / Action Owner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Provide evidence, confirm factual accuracy, contain immediate risks and implement agreed actions.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Procedure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Step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Responsible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Activity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Output / Record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Programme Owner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Establish/refresh the audit universe and programme using food-safety risk, process criticality, significant changes, prior findings, complaints/incidents, verification trends, supplier issues and management requests.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audit programme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2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Define audit objective, scope, criteria, timing, locations/processes, sampling approach and required technical competence. Confirm independence/conflicts.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plan / notification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3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 / Team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Review FSMS scope, product/process information, PRPs, hazard analysis, OPRP/CCP plan, validation, verification, prior findings and relevant performance information.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Prepared audit work programme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4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Team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Conduct opening meeting, interviews, process walk-throughs, observation and risk-based sampling of records and controls.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evidence / working papers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5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Team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Trace hazard-control logic from process/product inputs through hazard analysis, control selection, criteria, monitoring, deviation response, product evaluation and verification where in scope.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Technical audit evidence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6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Evaluate evidence against criteria and classify results. Findings must state criterion, objective evidence and demonstrated gap.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Draft findings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7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 / Management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Communicate any immediate food-safety concern promptly; discuss factual accuracy and containment needs. Do not negotiate away supported findings.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Immediate escalation / validated facts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8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Lead Auditor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Conduct closing meeting and issue an audit report summarizing scope, method, findings, strengths/OFIs, material themes and required actions.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Final audit report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9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Action Owners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Implement corrections/corrective actions by due dates and submit traceable evidence.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Implementation evidence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10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Programme Owner / Qualified Reviewer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Verify closure and, for material/systemic findings, effectiveness after a suitable operating period or sample.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Closure / effectiveness record</w:t>
            </w:r>
          </w:p>
        </w:tc>
      </w:tr>
      <w:tr>
        <w:trPr>
          <w:cantSplit/>
        </w:trPr>
        <w:tc>
          <w:tcPr>
            <w:tcW w:type="dxa" w:w="6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11</w:t>
            </w:r>
          </w:p>
        </w:tc>
        <w:tc>
          <w:tcPr>
            <w:tcW w:type="dxa" w:w="232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Audit Programme Owner</w:t>
            </w:r>
          </w:p>
        </w:tc>
        <w:tc>
          <w:tcPr>
            <w:tcW w:type="dxa" w:w="4932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Use results to update audit frequency/scope, FSMS risk view, verification priorities and management reporting.</w:t>
            </w:r>
          </w:p>
        </w:tc>
        <w:tc>
          <w:tcPr>
            <w:tcW w:type="dxa" w:w="209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Programme / FSMS updates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Audit Criteria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22000:2018 and Amendment 1:2024 as applicable to the organization.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Approved FSMS policy, manual, procedures, PRPs, hazard analysis and hazard-control plan.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Verified legal, regulatory, customer, product and contract requirements relevant to the audit scope.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Approved internal specifications, validation/verification criteria and management decisions.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Sampling and Evidence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Use risk-based samples large enough to support the audit objective; document the rationale for significant sample decisions.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Triangulate documents, records, observations, system data, interviews and technical evidence instead of relying on one source.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Where auditing OPRPs/CCPs, sample monitoring records, deviations, affected-product evaluation, equipment verification/calibration and review evidence.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Where auditing PRPs, combine record review with site observation because physical conditions and practices are essential evidence.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Protect commercially sensitive or personal information and use evidence references rather than unnecessary copies where possible.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Finding Classification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Classification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Use When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Conforming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Sampled evidence demonstrates the audit criterion is implemented as expected.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Opportunity for Improvement (OFI)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No nonconformity is demonstrated, but a practical improvement could strengthen consistency, prevention, efficiency or evidence.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Minor Nonconformity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 localized/limited failure against an FSMS criterion that does not indicate a systemic breakdown or immediate serious loss of food-safety control.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Major Nonconformity</w:t>
            </w:r>
          </w:p>
        </w:tc>
        <w:tc>
          <w:tcPr>
            <w:tcW w:type="dxa" w:w="669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 systemic/significant failure, absence of a required FSMS process/control, or combination of issues indicating substantial breakdown or potential serious food-safety control failure.</w:t>
            </w:r>
          </w:p>
        </w:tc>
      </w:tr>
    </w:tbl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Classification is an audit-management tool. Potential unsafe product, recall/withdrawal decisions, legal-reporting obligations and immediate operational controls must follow the organization's approved food-safety processes and competent decision authority.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Audit Records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 programme and engagement plan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Auditor competence / independence confirmation as applicable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Working papers and evidence references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Opening/closing meeting records where used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Audit report and management responses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Corrective-action and closure/effectiveness verification records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Related Documents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Internal Food Safety Audit Checklist.xlsx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Food Safety Audit Results - Automated Charts.xlsx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Internal Food Safety Audit Report.docx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Food Safety Audit Guidance.docx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Corrective-action / improvement tracker and management-review records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Reference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Use in this document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Source / Location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 22000:2018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Published FSMS requirements; controlled baseline used in this toolkit.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https://www.iso.org/standard/65464.html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 22000:2018/Amd 1:2024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Climate-action amendment applicable to ISO 22000:2018.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https://www.iso.org/standard/88410.html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ISO/DIS 22000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Revision under development; not the controlled baseline until formally published/adopted.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https://www.iso.org/standard/88794.html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Organization FSMS information</w:t>
            </w:r>
          </w:p>
        </w:tc>
        <w:tc>
          <w:tcPr>
            <w:tcW w:type="dxa" w:w="430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Approved requirements, specifications, PRP/hazard-control records, monitoring, verification, incidents and management evidence.</w:t>
            </w:r>
          </w:p>
        </w:tc>
        <w:tc>
          <w:tcPr>
            <w:tcW w:type="dxa" w:w="243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[INTERNAL SOURCE / REPOSITORY]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Internal Audit Programme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Top Management / Food Safety Team Leader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Internal Food Safety Audit Procedure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FSMS-PRO-001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