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FOOD SAFETY POLICY, OBJECTIVES &amp; INDICATORS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22000:2018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Food Safety Team Leader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 food-safety policy should express durable management commitments. Do not promise absolute outcomes that cannot be demonstrated, and do not place unverified legal limits or product-specific hazard criteria in the policy itself.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drafting an enterprise food-safety policy, converting commitments into measurable FSMS objectives and selecting indicators that support operational control and management decisions.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Recommended Food Safety Policy Structure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Section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What to Include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Purpose / Direction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Why food safety matters to the organization and how the FSMS supports customers, consumers, regulatory obligations and business continuity.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 / Applicability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Organizations, sites, products/services and food-chain activities covered or a reference to the controlled FSMS scope.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Core Commitments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Meet applicable food-safety requirements; control food-safety hazards; maintain communication; ensure competence; improve the FSMS.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Leadership / Accountability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Top-management accountability, Food Safety Team Leader authority, process-owner and workforce expectations.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Objectives Framework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Commitment to establish, monitor and periodically review measurable food-safety objectives.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Reporting / Escalation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Expectation to report food-safety hazards, deviations, potentially unsafe product and significant changes promptly.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/ Approval</w:t>
            </w:r>
          </w:p>
        </w:tc>
        <w:tc>
          <w:tcPr>
            <w:tcW w:type="dxa" w:w="686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Document owner, approver and review/change triggers.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Practical Policy Commitment Themes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Provide safe products/services consistent with intended use and applicable food-safety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Apply effective PRPs, hazard analysis and hazard-control measures based on current product/process information.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effective internal and external food-safety communication across the food chain.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Ensure competence and awareness for roles that can affect food safety.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monitoring, verification, audit, management review and corrective action to continually improve the FSMS.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Maintain a culture in which food-safety concerns and deviations can be reported and acted upon promptly.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Objective Design Method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Design Question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Guidance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outcome needs improvement or control?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Select a meaningful food-safety result linked to policy, FSMS risk/opportunity, performance or improvement need.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How will it be measured?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 defined indicator, data source, calculation and reporting period.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target / criterion applies?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Use an approved target or evaluation criterion based on business, customer, legal or technical context.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Who owns the result?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Assign one accountable role with authority to influence performance.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actions/resources are needed?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programme, competence, process, equipment, supplier or verification actions.</w:t>
            </w:r>
          </w:p>
        </w:tc>
      </w:tr>
      <w:tr>
        <w:trPr>
          <w:cantSplit/>
        </w:trPr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How is effectiveness reviewed?</w:t>
            </w:r>
          </w:p>
        </w:tc>
        <w:tc>
          <w:tcPr>
            <w:tcW w:type="dxa" w:w="629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Define review frequency, escalation threshold and management-review input.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Indicator Selection Principles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a balanced mix of leading and lagging indicators rather than only incident counts.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Prefer indicators that support decisions and control improvement, not measures collected only because data is easy to obtain.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Define numerator, denominator, source system, owner, frequency and treatment of missing/excluded data.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Separate operational acceptance limits (for hazards/controls) from management performance targets where appropriate.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Avoid using a management KPI as a substitute for product/process-specific food-safety criteria.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Illustrative Objectives and Indicators</w:t>
      </w:r>
    </w:p>
    <w:tbl>
      <w:tblPr>
        <w:tblW w:type="auto" w:w="0"/>
        <w:jc w:val="center"/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Objective Theme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Illustrative Objective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Indicator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Review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Traceability Readiness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approved traceability tests within the organization-defined time criterion with full quantity reconciliation.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% tests meeting time and reconciliation criteria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Supply Chain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Quarterly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Food Safety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Improve timely re-evaluation of high-risk food-safety suppliers.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% high-risk suppliers reviewed by due date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Quality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Monthly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PRP Effectiveness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Reduce repeat high-priority hygiene/PRP deviations through verified corrective action.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Repeat high-priority PRP findings / inspections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Hygiene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Monthly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Hazard-Control Discipline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complete OPRP/CCP monitoring records and timely deviation response.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% reviewed records complete; overdue deviation actions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Operations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Weekly / Monthly</w:t>
            </w:r>
          </w:p>
        </w:tc>
      </w:tr>
      <w:tr>
        <w:trPr>
          <w:cantSplit/>
        </w:trPr>
        <w:tc>
          <w:tcPr>
            <w:tcW w:type="dxa" w:w="107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Food Safety Competence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competence for food-safety critical roles after role/process changes.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% critical roles with current competence evidence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HR / Food Safety Team Leader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Monthly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Targets in the table above are intentionally qualitative. The organization should approve numeric targets only after considering baseline performance, process capability, legal/customer requirements and food-safety risk.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Indicator Definition Sheet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Required Definition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Indicator Name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Unique practical name used consistently in reports.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Purpose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 or control outcome the measure supports.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Formula / Logic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Exact calculation, inclusions/exclusions and rounding.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Data Source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Controlled source system/record and responsible data owner.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Frequency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Collection and review interval.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Target / Criteria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target, threshold or evaluation rule.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Escalation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happens when performance deteriorates or data integrity is uncertain.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Verification</w:t>
            </w:r>
          </w:p>
        </w:tc>
        <w:tc>
          <w:tcPr>
            <w:tcW w:type="dxa" w:w="657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How calculation/source accuracy is periodically checked.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Management Review and Objective Updating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Food-safety objectives and indicators should be reviewed when products/processes, significant hazards, control measures, customer/regulatory requirements, supplier performance, incidents, climate/context issues or strategic priorities materially change. Obsolete indicators should be retired through controlled change rather than left on dashboards without decision value.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Common Failure Modes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Policy copied from a generic template without reflecting actual scope or food-chain role.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Objectives expressed only as activities such as "conduct training" rather than desired outcomes.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Targets set without a baseline, owner or defined data source.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KPIs treated as proof of food safety without checking underlying hazard-control effectiveness.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 limits and management targets mixed together without clear governance.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Use in this document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Published FSMS requirements; controlled baseline used in this toolkit.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https://www.iso.org/standard/65464.html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Climate-action amendment applicable to ISO 22000:2018.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https://www.iso.org/standard/88410.html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ISO/DIS 22000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Revision under development; not the controlled baseline until formally published/adopted.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https://www.iso.org/standard/88794.html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Organization FSMS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requirements, specifications, PRP/hazard-control records, monitoring, verification, incidents and management evidence.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Food Safety Team Leader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Food Safety Policy, Objectives &amp; Indicators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FSMS-GOV-002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