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FOOD SAFETY GAP ANALYSIS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22000:2018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Food Safety Team Leader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the licensed ISO 22000:2018 standard together with Amendment 1:2024 and verified legal, regulatory, customer, product and sector requirements for final conformity decisions. The criteria and examples in this guidance are practical paraphrases, not reproduced standard text.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a practical method for evaluating the current Food Safety Management System (FSMS), identifying evidence-based gaps, assigning food-safety significance and converting validated gaps into an implementation or improvement plan.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When to Use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Initial ISO 22000 implementation or re-baselining of an existing FSMS.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Pre-certification, transition or independent readiness review.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Major site, product, process, technology, supplier, utility, layout or organizational change.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Periodic maturity/effectiveness reassessment following significant incidents, complaints, recalls, audit results or performance deterioration.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Assessment Scope and Boundaries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Confirm the sites, products, process lines, storage/distribution activities, outsourced processes and food-chain interfaces included in the assessment. Record exclusions or boundaries with a factual rationale. The assessment scope should be consistent with the intended FSMS scope and the actual food-safety responsibilities of the organization.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Assessment Field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Entry / Guidance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Organization / Site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[ORGANIZATION / SITE]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Products / Services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[PRODUCT FAMILIES / FOOD-CHAIN SERVICES]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Processes / Lines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[PROCESS / LINE / STORAGE / DISTRIBUTION SCOPE]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Assessment Type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[INITIAL / PERIODIC / READINESS / POST-CHANGE]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Assessor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 / ROLE]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Assessment Date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[YYYY-MM-DD]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Roles and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Key Responsibilities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Management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Confirm scope and priorities, ensure access/resources, review material gaps and remove significant implementation barriers.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 Safety Team Leader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Coordinate criteria, product/process inputs, hazard-control evidence, interviews, conclusions and action planning.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 Safety Team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technical evaluation of PRPs, hazard analysis, control measures, validation and verification evidence.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 / Department Owners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records and operating evidence, validate factual accuracy and own agreed corrective or improvement actions.</w:t>
            </w:r>
          </w:p>
        </w:tc>
      </w:tr>
      <w:tr>
        <w:trPr>
          <w:cantSplit/>
        </w:trPr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Independent Assessor / Auditor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Apply criteria objectively, test evidence and challenge unsupported assumptions when independence is required.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Assessment Preparation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Review the FSMS scope, context, interested parties and applicable food-safety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Obtain current product descriptions, intended use, raw-material and packaging specifications, process flow diagrams and site/layout information.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Identify current PRPs, hazard analysis, OPRP/CCP control plan, validation evidence, monitoring records, traceability tests, recall/emergency arrangements and supplier controls.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Select evidence samples using food-safety risk, process criticality, changes, complaints/incidents, prior findings, supplier performance and verification trends.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Agree rating definitions and priority rules before fieldwork so assessors apply them consistently.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Evidence-Based Assessment Method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Step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Assessment Activity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Expected Output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the criterion and identify the expected FSMS outcome for the assessed scope.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focus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2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Collect objective evidence: controlled documents, records, observations, system data, specifications, monitoring and verification evidence.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set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3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Interview relevant personnel and perform process walk-throughs to confirm actual practice.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Corroboration / contradiction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4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Compare actual practice and evidence with the criterion and organization-specific requirements.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Current-state rating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5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Describe the demonstrated gap and its plausible food-safety / business impact without exaggeration.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Gap statement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6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priority using food-safety significance, control weakness, legal/customer relevance, recurrence and dependency.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Priority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7</w:t>
            </w:r>
          </w:p>
        </w:tc>
        <w:tc>
          <w:tcPr>
            <w:tcW w:type="dxa" w:w="589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a practical action, accountable owner, due date, implementation evidence and effectiveness check.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Action plan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Rating Guidance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Rating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Use When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Conforming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Evidence demonstrates the criterion is implemented and operating for the assessed scope/sample.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Partially Conforming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 process/control exists, but coverage, consistency, evidence, verification or effectiveness is incomplete.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Nonconforming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 required FSMS arrangement/control is absent or evidence demonstrates a material failure against the assessment criterion.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Not Assessed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Insufficient fieldwork or evidence is available to reach a conclusion.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N/A</w:t>
            </w:r>
          </w:p>
        </w:tc>
        <w:tc>
          <w:tcPr>
            <w:tcW w:type="dxa" w:w="70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The criterion is demonstrably outside the approved scope or not applicable; retain the rationale.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automatically rate missing requested evidence as nonconforming. Distinguish a temporary evidence-access delay from evidence demonstrating that a required process or control is absent, ineffective or not implemented.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Food-Safety-Specific Assessment Focus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Area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Questions to Challenge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Prerequisite Programmes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PRPs appropriate to the site/product/process, implemented in practice, monitored and verified? Do changes in layout, utilities, equipment, hygiene zoning, allergens, maintenance or pest risk trigger updates?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Product / Process Inputs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raw materials, packaging, end-product characteristics, intended use and verified flow diagrams current enough to support hazard analysis?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Hazard Analysis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reasonably expected biological, chemical, physical, allergen and other relevant hazards identified and assessed using approved criteria and current information?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 Measures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selected control measures capable of controlling significant hazards? Are OPRP/CCP decisions supported and are criteria/monitoring/corrections defined?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Validation / Verification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 validation available before operational reliance where required, and does verification confirm controls are implemented/effective?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Traceability / Recall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Can relevant material/process/distribution linkages be reconstructed within approved expectations, and are withdrawal/recall arrangements tested?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Unsafe Product / Deviations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Are affected products identified, held, evaluated and dispositioned before release when controls fail or uncertainty exists?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Priority Guidance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High: potential significant food-safety exposure; loss of hazard control; ineffective product hold/release; major traceability/recall weakness; material legal/customer dependency; repeated/systemic control failure.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Medium: meaningful FSMS weakness requiring scheduled correction, but without the same immediate food-safety exposure or control breakdown.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Low: localized improvement or evidence/documentation refinement with limited current food-safety impact.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Illustrative Gap Examples</w:t>
      </w:r>
    </w:p>
    <w:tbl>
      <w:tblPr>
        <w:tblW w:type="auto" w:w="0"/>
        <w:jc w:val="center"/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Theme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Gap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Rating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Priority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Action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PRPs / Zoning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High-care zoning map was not updated after a layout change.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Partially Conforming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Update and verify zoning; reassess sanitation and movement controls.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Hazard Analysis / Allergens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Reformulated ingredient allergen information is not reflected in the sampled hazard analysis.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Nonconforming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Obtain approved supplier data; reassess hazard significance and affected controls/labels.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Traceability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Quantity reconciliation is complete but the test exceeded the approved target time due to manual packaging-code retrieval.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Partially Conforming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Improve data retrieval and repeat a timed traceability test.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Controls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Risk-based review for an outsourced refrigerated storage provider has not been completed after scope expansion.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Nonconforming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Perform focused supplier review and update monitoring/audit coverage.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Verification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Verification records exist but trend review does not consistently identify repeated monitoring deviations.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Partially Conforming</w:t>
            </w:r>
          </w:p>
        </w:tc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Define trend-review method, ownership and escalation criteria.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11. Reporting and Management Use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Summarize material themes and systemic weaknesses rather than only counting gaps.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FSMS implementation gaps from confirmed regulatory noncompliance unless the latter has been validated through an approved regulatory/legal process.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gaps involving potential unsafe product, uncontrolled significant hazards, serious traceability/recall limitations or urgent customer/regulatory obligations through approved channels.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Link all accepted actions to a controlled action plan with owner, due date and verification evidence.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12. Common Failure Modes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Treating a written PRP or HACCP plan as proof that the control operates effectively.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Using generic hazard lists without verifying actual ingredients, process conditions, intended use and site environment.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Creating actions that only say "update procedure" without defining the operational control outcome.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Inventing regulatory limits, critical limits or customer requirements without an approved source.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Closing gaps without evidence that implementation worked in practice.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Use in this document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Published FSMS requirements; controlled baseline used in this toolkit.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https://www.iso.org/standard/65464.html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Climate-action amendment applicable to ISO 22000:2018.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https://www.iso.org/standard/88410.html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ISO/DIS 22000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Revision under development; not the controlled baseline until formally published/adopted.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https://www.iso.org/standard/88794.html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Organization FSMS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requirements, specifications, PRP/hazard-control records, monitoring, verification, incidents and management evidence.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[INTERNAL SOURCE / REPOSITORY]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Food Safety Gap Analysis.xlsx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 assessment workbook and evidence record.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[TOOLKIT FILE]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Food Safety Gap Analysis Action Plan.xlsx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Remediation tracking and closure evidence.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[TOOLKIT FILE]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Food Safety Team Leader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Food Safety Gap Analysis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FSMS-GOV-001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